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Жвавий Хлопчик</w:t>
      </w:r>
    </w:p>
    <w:p>
      <w:r>
        <w:br/>
        <w:t xml:space="preserve"> Був собі Хлопчик дуже жвавий,&lt;br /&gt;</w:t>
        <w:br/>
        <w:t>Моторний і цікавий:&lt;br /&gt;</w:t>
        <w:br/>
        <w:t>До всього придивлявсь&lt;br /&gt;</w:t>
        <w:br/>
        <w:t>І пильно прислухавсь;&lt;br /&gt;</w:t>
        <w:br/>
        <w:t>Що між собою скажуть люде —&lt;br /&gt;</w:t>
        <w:br/>
        <w:t>Почує, довго не забуде.&lt;br /&gt;</w:t>
        <w:br/>
        <w:t>Наслухавсь він, що дуже довгий світ,&lt;br /&gt;</w:t>
        <w:br/>
        <w:t>Куди не глянь — все світ, ні тину, ні воріт.&lt;br /&gt;</w:t>
        <w:br/>
        <w:t>От, як діждали літа,&lt;br /&gt;</w:t>
        <w:br/>
        <w:t>Придумав він побачить того світа&lt;br /&gt;</w:t>
        <w:br/>
        <w:t>І на комору зліз; як глянув — аж зрадів.&lt;br /&gt;</w:t>
        <w:br/>
        <w:t>"От,— думає,— якби я полетів&lt;br /&gt;</w:t>
        <w:br/>
        <w:t>Далеко, аж у степ… І! Добре б нагулявся,&lt;br /&gt;</w:t>
        <w:br/>
        <w:t>До вечора б додому не вертався;&lt;br /&gt;</w:t>
        <w:br/>
        <w:t>Літав би я туди щодня…"&lt;br /&gt;</w:t>
        <w:br/>
        <w:t>Де не взялась Свиня&lt;br /&gt;</w:t>
        <w:br/>
        <w:t>І стала чухать об драбину&lt;br /&gt;</w:t>
        <w:br/>
        <w:t>Багном обляпаную спину,&lt;br /&gt;</w:t>
        <w:br/>
        <w:t>Та так же тре, аж снасть тріщить;&lt;br /&gt;</w:t>
        <w:br/>
        <w:t>А Хлопчик на Свиню: — Чу-чу, чу-чу! — кричить…&lt;br /&gt;</w:t>
        <w:br/>
        <w:t>Посунулась драбина і упала;&lt;br /&gt;</w:t>
        <w:br/>
        <w:t>Свиня захрюкала і — драла;&lt;br /&gt;</w:t>
        <w:br/>
        <w:t>А Хлопчик на ввесь двір заголосив,&lt;br /&gt;</w:t>
        <w:br/>
        <w:t>Як крейда побілів,&lt;br /&gt;</w:t>
        <w:br/>
        <w:t>Забув і довгий світ, забув і степ широкий,&lt;br /&gt;</w:t>
        <w:br/>
        <w:t>Страшний йому зробився дах високий…&lt;br /&gt;</w:t>
        <w:br/>
        <w:t>Хотів уже скакать,-&lt;br /&gt;</w:t>
        <w:br/>
        <w:t>Була б тоді нахаба!&lt;br /&gt;</w:t>
        <w:br/>
        <w:t>На щастя, вийшла з хати Баба&lt;br /&gt;</w:t>
        <w:br/>
        <w:t>І кинулася рятувать.&lt;br /&gt;</w:t>
        <w:br/>
        <w:t>— І як ти тут,— питає,— опинився? —&lt;br /&gt;</w:t>
        <w:br/>
        <w:t>За Бабу Хлопчик ухопився.&lt;br /&gt;</w:t>
        <w:br/>
        <w:t>— Я,— каже,— зліз, драбина тут була,&lt;br /&gt;</w:t>
        <w:br/>
        <w:t>А чорная Свиня прийшла&lt;br /&gt;</w:t>
        <w:br/>
        <w:t>І чухаться тут заходилась.&lt;br /&gt;</w:t>
        <w:br/>
        <w:t>Драбина хить — і повалилась,&lt;br /&gt;</w:t>
        <w:br/>
        <w:t>Зоставсь я угорі… перелякавсь…&lt;br /&gt;</w:t>
        <w:br/>
        <w:t>— Ох, мій голубчику маленький!&lt;br /&gt;</w:t>
        <w:br/>
        <w:t>Ще добре, що зоставсь!&lt;br /&gt;</w:t>
        <w:br/>
        <w:t>От якби впав, і був би неживенький,&lt;br /&gt;</w:t>
        <w:br/>
        <w:t>І горенько б тоді було…&lt;br /&gt;</w:t>
        <w:br/>
        <w:t>Чого ж тебе туди знесло?&lt;br /&gt;</w:t>
        <w:br/>
        <w:t>— Бабусю! — каже він.— Хотів я подивиться,&lt;br /&gt;</w:t>
        <w:br/>
        <w:t>Чи дуже довгий світ.&lt;br /&gt;</w:t>
        <w:br/>
        <w:t>— Гай-гай! Дивився б із воріт,&lt;br /&gt;</w:t>
        <w:br/>
        <w:t>А лізти високо малому не годиться.&lt;br /&gt;</w:t>
        <w:br/>
        <w:t>Ти, може, й світ хотів би облітать?&lt;br /&gt;</w:t>
        <w:br/>
        <w:t>Тепер минулося, а вдруге не минеться;&lt;br /&gt;</w:t>
        <w:br/>
        <w:t>Бач, в грудях сердечко, неначе пташка, б’ється.&lt;br /&gt;</w:t>
        <w:br/>
        <w:t>І рученьки, і ніженьки тремтять.</w:t>
      </w:r>
    </w:p>
    <w:p>
      <w:r>
        <w:br/>
        <w:t>Скажу я вам, не тільки що дитині,&lt;br /&gt;</w:t>
        <w:br/>
        <w:t>Як мудрий дід мовляв мені колись,&lt;br /&gt;</w:t>
        <w:br/>
        <w:t>Що вік живи, учися, стережись&lt;br /&gt;</w:t>
        <w:br/>
        <w:t>І пам’ятай, що є на світі Свині.&lt;br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Жвавий Хлопчик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