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Зимою (Вчора вийшов я в садок...)</w:t>
      </w:r>
    </w:p>
    <w:p>
      <w:r>
        <w:br/>
        <w:t xml:space="preserve"> Вчора вийшов я в садок...&lt;br /&gt;</w:t>
        <w:br/>
        <w:t>Зирк! — на яблуні синиця.&lt;br /&gt;</w:t>
        <w:br/>
        <w:t>Біга, плига, чепуриться&lt;br /&gt;</w:t>
        <w:br/>
        <w:t>І зриває щось з гілок!</w:t>
      </w:r>
    </w:p>
    <w:p>
      <w:r>
        <w:br/>
        <w:t>Поруч з нею чорний шпак,&lt;br /&gt;</w:t>
        <w:br/>
        <w:t>Ввесь зігнувсь, як дід горбатий,&lt;br /&gt;</w:t>
        <w:br/>
        <w:t>Заялозений, кудлатий,&lt;br /&gt;</w:t>
        <w:br/>
        <w:t>В день ясний сидить, дивак.</w:t>
      </w:r>
    </w:p>
    <w:p>
      <w:r>
        <w:br/>
        <w:t>Настовбурчивсь, як індик,&lt;br /&gt;</w:t>
        <w:br/>
        <w:t>Не радіє сонцю й волі,&lt;br /&gt;</w:t>
        <w:br/>
        <w:t>Підібрав він ноги голі&lt;br /&gt;</w:t>
        <w:br/>
        <w:t>І сховав углиб язик.</w:t>
      </w:r>
    </w:p>
    <w:p>
      <w:r>
        <w:br/>
        <w:t>А синиця плиг та плиг.&lt;br /&gt;</w:t>
        <w:br/>
        <w:t>Що їй з того, що з ялинки&lt;br /&gt;</w:t>
        <w:br/>
        <w:t>Враз посиплються сніжинки,&lt;br /&gt;</w:t>
        <w:br/>
        <w:t>І зима тоді як сніг.</w:t>
      </w:r>
    </w:p>
    <w:p>
      <w:r>
        <w:br/>
        <w:t>Шпак мов скеля мовчазна...&lt;br /&gt;</w:t>
        <w:br/>
        <w:t>Він заплющив одне око&lt;br /&gt;</w:t>
        <w:br/>
        <w:t>І замислився глибоко,&lt;br /&gt;</w:t>
        <w:br/>
        <w:t>А про що, і сам не зна.</w:t>
      </w:r>
    </w:p>
    <w:p>
      <w:r>
        <w:br/>
        <w:t>Аж над самим вухом: "Кра!"&lt;br /&gt;</w:t>
        <w:br/>
        <w:t>Шпак одумавсь, стрепенувся,&lt;br /&gt;</w:t>
        <w:br/>
        <w:t>З жахом набік озирнувся&lt;br /&gt;</w:t>
        <w:br/>
        <w:t>Й дума: "Що там за мара?"</w:t>
      </w:r>
    </w:p>
    <w:p>
      <w:r>
        <w:br/>
        <w:t>Розгойдався і пурхнув,&lt;br /&gt;</w:t>
        <w:br/>
        <w:t>Сів на дерево високо,&lt;br /&gt;</w:t>
        <w:br/>
        <w:t>Знов заплющив одне око,&lt;br /&gt;</w:t>
        <w:br/>
        <w:t>Скорчивсь, згорбивсь і заснув.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Зимою (Вчора вийшов я в садок...)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