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Зів'яле листя</w:t>
      </w:r>
    </w:p>
    <w:p>
      <w:r>
        <w:br/>
        <w:t xml:space="preserve"> ЗМІСТ</w:t>
      </w:r>
    </w:p>
    <w:p>
      <w:r>
        <w:br/>
        <w:t>ПЕРШИЙ ЖМУТОК (1886-1893)</w:t>
      </w:r>
    </w:p>
    <w:p>
      <w:r>
        <w:br/>
        <w:t>"Не знаю, що мене до тебе тягне..."&lt;br /&gt;</w:t>
        <w:br/>
        <w:t>"Не боюсь я ні бога, ні біса..."&lt;br /&gt;</w:t>
        <w:br/>
        <w:t>"Раз зійшлися ми случайно..."&lt;br /&gt;</w:t>
        <w:br/>
        <w:t>"Твої очі, як те море..."&lt;br /&gt;</w:t>
        <w:br/>
        <w:t>"Не надійся нічого"&lt;br /&gt;</w:t>
        <w:br/>
        <w:t>"Я не надіюсь нічого..."&lt;br /&gt;</w:t>
        <w:br/>
        <w:t>"Безмежнеє поле в сніжному завою..."&lt;br /&gt;</w:t>
        <w:br/>
        <w:t>"Не минай з погордою..."&lt;br /&gt;</w:t>
        <w:br/>
        <w:t>"Я не кляв тебе, о зоре..."&lt;br /&gt;</w:t>
        <w:br/>
        <w:t>"Я не жалуюсь на тебе, доле..."&lt;br /&gt;</w:t>
        <w:br/>
        <w:t>Епілог</w:t>
      </w:r>
    </w:p>
    <w:p>
      <w:r>
        <w:br/>
        <w:t>ДРУГИЙ ЖМУТОК (1895)</w:t>
      </w:r>
    </w:p>
    <w:p>
      <w:r>
        <w:br/>
        <w:t>"Полудне..."&lt;br /&gt;</w:t>
        <w:br/>
        <w:t>"Зелений явір, зелений явір..."&lt;br /&gt;</w:t>
        <w:br/>
        <w:t>"Ой ти, дівчино, з горіха зерня..."&lt;br /&gt;</w:t>
        <w:br/>
        <w:t>"Червона калино, чого в лузі гнешся?.."&lt;br /&gt;</w:t>
        <w:br/>
        <w:t>"Ой ти, дубочку кучерявий..."&lt;br /&gt;</w:t>
        <w:br/>
        <w:t>"Я не тебе люблю, о ні..."&lt;br /&gt;</w:t>
        <w:br/>
        <w:t>В вагоні&lt;br /&gt;</w:t>
        <w:br/>
        <w:t>"Чого являєшся мені..."&lt;br /&gt;</w:t>
        <w:br/>
        <w:t>"Отсе тая стежечка..."&lt;br /&gt;</w:t>
        <w:br/>
        <w:t>"Якби знав я чари, що спиняють хмари..."&lt;br /&gt;</w:t>
        <w:br/>
        <w:t>"Що щастя? Се ж ілюзія..."&lt;br /&gt;</w:t>
        <w:br/>
        <w:t>"Як почуєш вночі край свойого вікна..."&lt;br /&gt;</w:t>
        <w:br/>
        <w:t>"Сипле, сипле, сипле сніг..."</w:t>
      </w:r>
    </w:p>
    <w:p>
      <w:r>
        <w:br/>
        <w:t>ТРЕТІЙ ЖМУТОК (1896)</w:t>
      </w:r>
    </w:p>
    <w:p>
      <w:r>
        <w:br/>
        <w:t>"Покоїк і кухня, два вікна в партері..."&lt;br /&gt;</w:t>
        <w:br/>
        <w:t>"Я хтів життю кінець зробить..."&lt;br /&gt;</w:t>
        <w:br/>
        <w:t>"Тричі мені являлася любов..."&lt;br /&gt;</w:t>
        <w:br/>
        <w:t>"Надходить ніч. Боюсь я тої ночі!.."&lt;br /&gt;</w:t>
        <w:br/>
        <w:t>"Чорте, демоне розлуки..."&lt;br /&gt;</w:t>
        <w:br/>
        <w:t>"І він явивсь мені. Не як мара рогата..."&lt;br /&gt;</w:t>
        <w:br/>
        <w:t>"Матінко моя ріднесенька!.."&lt;br /&gt;</w:t>
        <w:br/>
        <w:t>"Пісне, моя ти підстрелена пташко..."&lt;br /&gt;</w:t>
        <w:br/>
        <w:t>"Душа безсмертна! Жить віковічно їй!.."</w:t>
      </w:r>
    </w:p>
    <w:p>
      <w:r>
        <w:br/>
        <w:t>ПЕРШИЙ ЖМУТОК&lt;br /&gt;</w:t>
        <w:br/>
        <w:t>(1886-1893)</w:t>
      </w:r>
    </w:p>
    <w:p>
      <w:r>
        <w:br/>
        <w:t>НЕ ЗНАЮ, ЩО МЕНЕ ДО ТЕБЕ ТЯГНЕ...</w:t>
      </w:r>
    </w:p>
    <w:p>
      <w:r>
        <w:br/>
        <w:t>Не знаю, що мене до тебе тягне,&lt;br /&gt;</w:t>
        <w:br/>
        <w:t>Чим вчарувала ти мене, що все,&lt;br /&gt;</w:t>
        <w:br/>
        <w:t>Коли погляну на твоє лице,&lt;br /&gt;</w:t>
        <w:br/>
        <w:t>Чогось мов щастя й волі серце прагне</w:t>
      </w:r>
    </w:p>
    <w:p>
      <w:r>
        <w:br/>
        <w:t>І в груді щось метушиться, немов&lt;br /&gt;</w:t>
        <w:br/>
        <w:t>Давно забута згадка піль зелених,&lt;br /&gt;</w:t>
        <w:br/>
        <w:t>Весни і квітів, — молода любов&lt;br /&gt;</w:t>
        <w:br/>
        <w:t>З обійм виходить гробових, студених.</w:t>
      </w:r>
    </w:p>
    <w:p>
      <w:r>
        <w:br/>
        <w:t>Себе я чую сильним і свобідним,&lt;br /&gt;</w:t>
        <w:br/>
        <w:t>Мов той, що вирвався з тюрми на світ;&lt;br /&gt;</w:t>
        <w:br/>
        <w:t>Таким веселим, щирим і лагідним,&lt;br /&gt;</w:t>
        <w:br/>
        <w:t>Яким я був за давніх, давніх літ.</w:t>
      </w:r>
    </w:p>
    <w:p>
      <w:r>
        <w:br/>
        <w:t>І, попри тебе йдучи, я дрижу,&lt;br /&gt;</w:t>
        <w:br/>
        <w:t>Як перед злою не дрижав судьбою;&lt;br /&gt;</w:t>
        <w:br/>
        <w:t>В твоє лице тривожно так гляджу, —&lt;br /&gt;</w:t>
        <w:br/>
        <w:t>Здаєсь, ось-ось би впав перед тобою.</w:t>
      </w:r>
    </w:p>
    <w:p>
      <w:r>
        <w:br/>
        <w:t>Якби ти слово прорекла мені,&lt;br /&gt;</w:t>
        <w:br/>
        <w:t>Я б був щасливий, наче цар могучий,&lt;br /&gt;</w:t>
        <w:br/>
        <w:t>Та в серці щось порвалось би на дні,&lt;br /&gt;</w:t>
        <w:br/>
        <w:t>З очей би сліз потік полявся рвучий.</w:t>
      </w:r>
    </w:p>
    <w:p>
      <w:r>
        <w:br/>
        <w:t>Не знаємось, ні брат я твій, ні сват,&lt;br /&gt;</w:t>
        <w:br/>
        <w:t>І приязнь мусила б нам надокучить,&lt;br /&gt;</w:t>
        <w:br/>
        <w:t>В житті, мабуть, ніщо нас не сполучить,&lt;br /&gt;</w:t>
        <w:br/>
        <w:t>Роздільно нам прийдеться і вмирать.</w:t>
      </w:r>
    </w:p>
    <w:p>
      <w:r>
        <w:br/>
        <w:t>Припадком лиш не раз тебе видаю,&lt;br /&gt;</w:t>
        <w:br/>
        <w:t>На мене ж, певно, й не зирнула ти;&lt;br /&gt;</w:t>
        <w:br/>
        <w:t>Та прецінь аж у гріб мені — се знаю —&lt;br /&gt;</w:t>
        <w:br/>
        <w:t>Лице твоє прийдеться донести.</w:t>
      </w:r>
    </w:p>
    <w:p>
      <w:r>
        <w:br/>
        <w:t>НЕ БОЮСЬ Я НІ БОГА, НІ БІСА...</w:t>
      </w:r>
    </w:p>
    <w:p>
      <w:r>
        <w:br/>
        <w:t>Не боюсь я ні бога, ні біса,&lt;br /&gt;</w:t>
        <w:br/>
        <w:t>Маю серця гіпотеку чисту;&lt;br /&gt;</w:t>
        <w:br/>
        <w:t>Не боюся я й вовка із ліса,&lt;br /&gt;</w:t>
        <w:br/>
        <w:t>Хоч не маю стрілецького хисту.</w:t>
      </w:r>
    </w:p>
    <w:p>
      <w:r>
        <w:br/>
        <w:t>Не боюсь я царів-держилюдів,&lt;br /&gt;</w:t>
        <w:br/>
        <w:t>Хоч у них є солдати й гармати;&lt;br /&gt;</w:t>
        <w:br/>
        <w:t>Не боюсь я людських пересудів,&lt;br /&gt;</w:t>
        <w:br/>
        <w:t>Що потраплять і душу порвати.</w:t>
      </w:r>
    </w:p>
    <w:p>
      <w:r>
        <w:br/>
        <w:t>Навіть гнів твій, дівчино-зірничко,&lt;br /&gt;</w:t>
        <w:br/>
        <w:t>Не лякав мене ні крихітки:&lt;br /&gt;</w:t>
        <w:br/>
        <w:t>Я люблю те рум'янеє личко&lt;br /&gt;</w:t>
        <w:br/>
        <w:t>І розіскрені очі-красітки.</w:t>
      </w:r>
    </w:p>
    <w:p>
      <w:r>
        <w:br/>
        <w:t>Лиш коли на те личко чудове&lt;br /&gt;</w:t>
        <w:br/>
        <w:t>Ляже хмарою жалісна туга,&lt;br /&gt;</w:t>
        <w:br/>
        <w:t>І болюще дрижання нервове&lt;br /&gt;</w:t>
        <w:br/>
        <w:t>Ті усточка зціплить, як шаруга,</w:t>
      </w:r>
    </w:p>
    <w:p>
      <w:r>
        <w:br/>
        <w:t>І докір десь у горлі пропаде,&lt;br /&gt;</w:t>
        <w:br/>
        <w:t>І в знесиллі опустяться руки,&lt;br /&gt;</w:t>
        <w:br/>
        <w:t>І благає підмоги, поради&lt;br /&gt;</w:t>
        <w:br/>
        <w:t>Прошибаючий погляд розпуки,</w:t>
      </w:r>
    </w:p>
    <w:p>
      <w:r>
        <w:br/>
        <w:t>Отоді моє серце стискає,&lt;br /&gt;</w:t>
        <w:br/>
        <w:t>Мов кліщами, холодна тривога:&lt;br /&gt;</w:t>
        <w:br/>
        <w:t>Біль німий мене більше лякає,&lt;br /&gt;</w:t>
        <w:br/>
        <w:t>Ніж всі громи й злих сил перемога.</w:t>
      </w:r>
    </w:p>
    <w:p>
      <w:r>
        <w:br/>
        <w:t>РАЗ ЗІЙШЛИСЯ МИ СЛУЧАЙНО...</w:t>
      </w:r>
    </w:p>
    <w:p>
      <w:r>
        <w:br/>
        <w:t>Раз зійшлися ми случайно,&lt;br /&gt;</w:t>
        <w:br/>
        <w:t>Говорили кілька хвиль —&lt;br /&gt;</w:t>
        <w:br/>
        <w:t>Говорили так звичайно,&lt;br /&gt;</w:t>
        <w:br/>
        <w:t>Мов краяни, що нечайно&lt;br /&gt;</w:t>
        <w:br/>
        <w:t>Здиблються з-за трьохсот миль.</w:t>
      </w:r>
    </w:p>
    <w:p>
      <w:r>
        <w:br/>
        <w:t>Я питав про щось такеє,&lt;br /&gt;</w:t>
        <w:br/>
        <w:t>Що й не варт було питать,&lt;br /&gt;</w:t>
        <w:br/>
        <w:t>Говрив щось про ідеї —&lt;br /&gt;</w:t>
        <w:br/>
        <w:t>Та зовсім не те, не теє,&lt;br /&gt;</w:t>
        <w:br/>
        <w:t>Що хотілося сказать.</w:t>
      </w:r>
    </w:p>
    <w:p>
      <w:r>
        <w:br/>
        <w:t>Звільна, стиха ти, о пані,&lt;br /&gt;</w:t>
        <w:br/>
        <w:t>І розсудно річ вела;&lt;br /&gt;</w:t>
        <w:br/>
        <w:t>Ми розстались, мов незнані,&lt;br /&gt;</w:t>
        <w:br/>
        <w:t>А мені ти на прощанні&lt;br /&gt;</w:t>
        <w:br/>
        <w:t>І руки не подала.</w:t>
      </w:r>
    </w:p>
    <w:p>
      <w:r>
        <w:br/>
        <w:t>Ти кивнула головою,&lt;br /&gt;</w:t>
        <w:br/>
        <w:t>В сінях скрилася як стій;&lt;br /&gt;</w:t>
        <w:br/>
        <w:t>Я ж мов одурілий стою&lt;br /&gt;</w:t>
        <w:br/>
        <w:t>І безсилий за тобою&lt;br /&gt;</w:t>
        <w:br/>
        <w:t>Шлю в погоню погляд свій.</w:t>
      </w:r>
    </w:p>
    <w:p>
      <w:r>
        <w:br/>
        <w:t>Чує серце, що в тій хвилі&lt;br /&gt;</w:t>
        <w:br/>
        <w:t>Весь мій рай був тут — отсе!&lt;br /&gt;</w:t>
        <w:br/>
        <w:t>Два-три слова, щирі, милі&lt;br /&gt;</w:t>
        <w:br/>
        <w:t>І гарячі, були б в силі&lt;br /&gt;</w:t>
        <w:br/>
        <w:t>Задержать його на все.</w:t>
      </w:r>
    </w:p>
    <w:p>
      <w:r>
        <w:br/>
        <w:t>Чує серце, що програна&lt;br /&gt;</w:t>
        <w:br/>
        <w:t>Ставка вже не верне знов…&lt;br /&gt;</w:t>
        <w:br/>
        <w:t>Щось щемить в душі, мов рана:&lt;br /&gt;</w:t>
        <w:br/>
        <w:t>Се блідая, горем п'яна,&lt;br /&gt;</w:t>
        <w:br/>
        <w:t>Безнадійная любов.</w:t>
      </w:r>
    </w:p>
    <w:p>
      <w:r>
        <w:br/>
        <w:t>ТВОЇ ОЧІ, ЯК ТЕ МОРЕ...</w:t>
      </w:r>
    </w:p>
    <w:p>
      <w:r>
        <w:br/>
        <w:t>Твої очі, як те море&lt;br /&gt;</w:t>
        <w:br/>
        <w:t>Супокійне, світляне;&lt;br /&gt;</w:t>
        <w:br/>
        <w:t>Серця мого давнє горе,&lt;br /&gt;</w:t>
        <w:br/>
        <w:t>Мов пилинка, в них тоне.</w:t>
      </w:r>
    </w:p>
    <w:p>
      <w:r>
        <w:br/>
        <w:t>Твої очі, мов криниця&lt;br /&gt;</w:t>
        <w:br/>
        <w:t>Чиста на перловім дні,&lt;br /&gt;</w:t>
        <w:br/>
        <w:t>А надія, мов зірниця,&lt;br /&gt;</w:t>
        <w:br/>
        <w:t>З них проблискує мені.&lt;br /&gt;</w:t>
        <w:br/>
        <w:t>16.IV 1883</w:t>
      </w:r>
    </w:p>
    <w:p>
      <w:r>
        <w:br/>
        <w:t>"НЕ НАДІЙСЯ НІЧОГО"</w:t>
      </w:r>
    </w:p>
    <w:p>
      <w:r>
        <w:br/>
        <w:t>Як ти могла сказати се так рівно,&lt;br /&gt;</w:t>
        <w:br/>
        <w:t>Спокійно, твердо? Як не задрижав&lt;br /&gt;</w:t>
        <w:br/>
        <w:t>Твій голос в горлі, серце в твоїй груді&lt;br /&gt;</w:t>
        <w:br/>
        <w:t>Биттям тривожним не зглушило ті&lt;br /&gt;</w:t>
        <w:br/>
        <w:t>Слова страшні: "Не надійся нічого!"</w:t>
      </w:r>
    </w:p>
    <w:p>
      <w:r>
        <w:br/>
        <w:t>Не надійся нічого! Чи ти знаєш,&lt;br /&gt;</w:t>
        <w:br/>
        <w:t>Що ті слова — найтяжчая провина,&lt;br /&gt;</w:t>
        <w:br/>
        <w:t>Убійство серця, духу і думок&lt;br /&gt;</w:t>
        <w:br/>
        <w:t>Живих і ненароджених? Чи в тебе&lt;br /&gt;</w:t>
        <w:br/>
        <w:t>При тих словах не ворухнулась совість?</w:t>
      </w:r>
    </w:p>
    <w:p>
      <w:r>
        <w:br/>
        <w:t>Не надійся нічого! Земле-мамо!&lt;br /&gt;</w:t>
        <w:br/>
        <w:t>Ти, світе ясний? Темното нічна!&lt;br /&gt;</w:t>
        <w:br/>
        <w:t>Зірки і люди! Чим ви всі тепер?&lt;br /&gt;</w:t>
        <w:br/>
        <w:t>Чим я тепер? О, чом не пил бездушний?&lt;br /&gt;</w:t>
        <w:br/>
        <w:t>Чом не той камінь, не вода, не лід?</w:t>
      </w:r>
    </w:p>
    <w:p>
      <w:r>
        <w:br/>
        <w:t>Тоді б не чув я пекла в своїй груді,&lt;br /&gt;</w:t>
        <w:br/>
        <w:t>І в мізку моїм не вертів би нор&lt;br /&gt;</w:t>
        <w:br/>
        <w:t>Черв'як неситий, кров моя кипуча&lt;br /&gt;</w:t>
        <w:br/>
        <w:t>В гарячці лютій не дзвонила б вічно&lt;br /&gt;</w:t>
        <w:br/>
        <w:t>Тих слів страшних: "Не надійся нічого!"</w:t>
      </w:r>
    </w:p>
    <w:p>
      <w:r>
        <w:br/>
        <w:t>Та ні, не вірю! Злуда, злуда все!&lt;br /&gt;</w:t>
        <w:br/>
        <w:t>Живущої води в напій мені&lt;br /&gt;</w:t>
        <w:br/>
        <w:t>Ти долила, а жартом лиш сказала,&lt;br /&gt;</w:t>
        <w:br/>
        <w:t>Що се отрута. Бо за що ж би ти&lt;br /&gt;</w:t>
        <w:br/>
        <w:t>Могла вбивать у мене душу й тіло?</w:t>
      </w:r>
    </w:p>
    <w:p>
      <w:r>
        <w:br/>
        <w:t>Ні, ні, не вірю! В хвилю ту, коли&lt;br /&gt;</w:t>
        <w:br/>
        <w:t>Уста твої мене вбивати мали, —&lt;br /&gt;</w:t>
        <w:br/>
        <w:t>Лице твоє бліде, тривожні очі,&lt;br /&gt;</w:t>
        <w:br/>
        <w:t>Вся стать твоя тремтяча, мов мімоза,&lt;br /&gt;</w:t>
        <w:br/>
        <w:t>Все мовило мені: "Не вір! Не вір!"</w:t>
      </w:r>
    </w:p>
    <w:p>
      <w:r>
        <w:br/>
        <w:t>Ти добра, щира! О, не ошукаєш&lt;br /&gt;</w:t>
        <w:br/>
        <w:t>Мойого серця гордості лускою!&lt;br /&gt;</w:t>
        <w:br/>
        <w:t>Я зрозумів тебе! Ти добра, щира!&lt;br /&gt;</w:t>
        <w:br/>
        <w:t>Лиш бурі світу, розчаровань муки&lt;br /&gt;</w:t>
        <w:br/>
        <w:t>Заволокли тебе отим туманом.</w:t>
      </w:r>
    </w:p>
    <w:p>
      <w:r>
        <w:br/>
        <w:t>І в серці своїм знов я чую силу&lt;br /&gt;</w:t>
        <w:br/>
        <w:t>Розсіяти туман той, теплотою&lt;br /&gt;</w:t>
        <w:br/>
        <w:t>Чуття і жаром думки поєднати&lt;br /&gt;</w:t>
        <w:br/>
        <w:t>Теб з життям — і в відповідь тобі&lt;br /&gt;</w:t>
        <w:br/>
        <w:t>Я кличу: "Надійсь і кріпись в борбі!"</w:t>
      </w:r>
    </w:p>
    <w:p>
      <w:r>
        <w:br/>
        <w:t>Я НЕ НАДІЮСЬ НІЧОГО...</w:t>
      </w:r>
    </w:p>
    <w:p>
      <w:r>
        <w:br/>
        <w:t>Я не надіюсь нічого&lt;br /&gt;</w:t>
        <w:br/>
        <w:t>І нічого не бажаю —&lt;br /&gt;</w:t>
        <w:br/>
        <w:t>Що ж, коли жию і мучусь,&lt;br /&gt;</w:t>
        <w:br/>
        <w:t>Не вмираю!</w:t>
      </w:r>
    </w:p>
    <w:p>
      <w:r>
        <w:br/>
        <w:t>Що ж, коли гляджу на тебе&lt;br /&gt;</w:t>
        <w:br/>
        <w:t>І не можу не глядіти,&lt;br /&gt;</w:t>
        <w:br/>
        <w:t>І люблю тебе! Куди ж те&lt;br /&gt;</w:t>
        <w:br/>
        <w:t>Серце діти?</w:t>
      </w:r>
    </w:p>
    <w:p>
      <w:r>
        <w:br/>
        <w:t>Усміх твій, неначе сонце&lt;br /&gt;</w:t>
        <w:br/>
        <w:t>Листя покрівля зелене,&lt;br /&gt;</w:t>
        <w:br/>
        <w:t>А з'їдає штучну краску —&lt;br /&gt;</w:t>
        <w:br/>
        <w:t>Смійся з мене!</w:t>
      </w:r>
    </w:p>
    <w:p>
      <w:r>
        <w:br/>
        <w:t>Я не надіюсь нічого,&lt;br /&gt;</w:t>
        <w:br/>
        <w:t>Але як бажання сперти?&lt;br /&gt;</w:t>
        <w:br/>
        <w:t>Не бажать життя живому,&lt;br /&gt;</w:t>
        <w:br/>
        <w:t>Тільки смерти?</w:t>
      </w:r>
    </w:p>
    <w:p>
      <w:r>
        <w:br/>
        <w:t>Жиймо! Кожде своїм шляхом&lt;br /&gt;</w:t>
        <w:br/>
        <w:t>Йдім, куди судьба провадить!&lt;br /&gt;</w:t>
        <w:br/>
        <w:t>Здиблемось колись — то добре,&lt;br /&gt;</w:t>
        <w:br/>
        <w:t>А як ні — кому се вадить?</w:t>
      </w:r>
    </w:p>
    <w:p>
      <w:r>
        <w:br/>
        <w:t>БЕЗМЕЖНЕЄ ПОЛЕ В СНІЖНОМУ ЗАВОЮ...</w:t>
      </w:r>
    </w:p>
    <w:p>
      <w:r>
        <w:br/>
        <w:t>Безмежнеє поле в сніжному завою,&lt;br /&gt;</w:t>
        <w:br/>
        <w:t>Ох, дай мені обширу й волі!&lt;br /&gt;</w:t>
        <w:br/>
        <w:t>Я сам серед тебе, лиш кінь підо мною&lt;br /&gt;</w:t>
        <w:br/>
        <w:t>І в серці нестерпнії болі.</w:t>
      </w:r>
    </w:p>
    <w:p>
      <w:r>
        <w:br/>
        <w:t>Неси ж мене, коню, по чистому полю,&lt;br /&gt;</w:t>
        <w:br/>
        <w:t>Як вихор, що тутка гуляє,&lt;br /&gt;</w:t>
        <w:br/>
        <w:t>А чень, утечу я від лютого болю,&lt;br /&gt;</w:t>
        <w:br/>
        <w:t>Що серце моє розриває.</w:t>
      </w:r>
    </w:p>
    <w:p>
      <w:r>
        <w:br/>
        <w:t>НЕ МИНАЙ З ПОГОРДОЮ...</w:t>
      </w:r>
    </w:p>
    <w:p>
      <w:r>
        <w:br/>
        <w:t>Не минай з погордою&lt;br /&gt;</w:t>
        <w:br/>
        <w:t>І не смійсь, дитя!&lt;br /&gt;</w:t>
        <w:br/>
        <w:t>Може, в тім осміянім&lt;br /&gt;</w:t>
        <w:br/>
        <w:t>Суть твого життя.</w:t>
      </w:r>
    </w:p>
    <w:p>
      <w:r>
        <w:br/>
        <w:t>Може, в тім зневаженім&lt;br /&gt;</w:t>
        <w:br/>
        <w:t>Твого щастя карб,&lt;br /&gt;</w:t>
        <w:br/>
        <w:t>Може, в тім погордженім&lt;br /&gt;</w:t>
        <w:br/>
        <w:t>Є любові скарб.</w:t>
      </w:r>
    </w:p>
    <w:p>
      <w:r>
        <w:br/>
        <w:t>Може, сміх твій нинішній,&lt;br /&gt;</w:t>
        <w:br/>
        <w:t>Срібний та дзвінкий,&lt;br /&gt;</w:t>
        <w:br/>
        <w:t>Стане в твоїй пам'яті&lt;br /&gt;</w:t>
        <w:br/>
        <w:t>За докір гіркий.</w:t>
      </w:r>
    </w:p>
    <w:p>
      <w:r>
        <w:br/>
        <w:t>Я НЕ КЛЯВ ТЕБЕ, О ЗОРЕ...</w:t>
      </w:r>
    </w:p>
    <w:p>
      <w:r>
        <w:br/>
        <w:t>Я не кляв тебе, о зоре,&lt;br /&gt;</w:t>
        <w:br/>
        <w:t>Хоч як сильно жаль мій ріс;&lt;br /&gt;</w:t>
        <w:br/>
        <w:t>Насміх твій і власне горе&lt;br /&gt;</w:t>
        <w:br/>
        <w:t>Я терпливо переніс.</w:t>
      </w:r>
    </w:p>
    <w:p>
      <w:r>
        <w:br/>
        <w:t>Та боюсь за тебе дуже,&lt;br /&gt;</w:t>
        <w:br/>
        <w:t>Бо любо — то мстивий бог;&lt;br /&gt;</w:t>
        <w:br/>
        <w:t>Як одно її зневажить,&lt;br /&gt;</w:t>
        <w:br/>
        <w:t>Любить мститься на обох.</w:t>
      </w:r>
    </w:p>
    <w:p>
      <w:r>
        <w:br/>
        <w:t>Як сміючись ти вбивала&lt;br /&gt;</w:t>
        <w:br/>
        <w:t>Чистую любов мою,&lt;br /&gt;</w:t>
        <w:br/>
        <w:t>Чи ти знала, що вбиваєш&lt;br /&gt;</w:t>
        <w:br/>
        <w:t>Все, чим в світі я жию?</w:t>
      </w:r>
    </w:p>
    <w:p>
      <w:r>
        <w:br/>
        <w:t>Чи ти знала, що руйнуєш&lt;br /&gt;</w:t>
        <w:br/>
        <w:t>Щастя власного підклад,&lt;br /&gt;</w:t>
        <w:br/>
        <w:t>Те, чого життя так мало&lt;br /&gt;</w:t>
        <w:br/>
        <w:t>Звикло всякому вділять?</w:t>
      </w:r>
    </w:p>
    <w:p>
      <w:r>
        <w:br/>
        <w:t>Чи ти знала, що небавом,&lt;br /&gt;</w:t>
        <w:br/>
        <w:t>От мов раз махнуть пером,&lt;br /&gt;</w:t>
        <w:br/>
        <w:t>Ти не раз заплачеш гірко&lt;br /&gt;</w:t>
        <w:br/>
        <w:t>За потоптаним добром?</w:t>
      </w:r>
    </w:p>
    <w:p>
      <w:r>
        <w:br/>
        <w:t>Я НЕ ЖАЛУЮСЬ НА ТЕБЕ, ДОЛЕ...</w:t>
      </w:r>
    </w:p>
    <w:p>
      <w:r>
        <w:br/>
        <w:t>Я не жалуюсь на тебе, доле:&lt;br /&gt;</w:t>
        <w:br/>
        <w:t>Добре ти вела мене, мов мати.&lt;br /&gt;</w:t>
        <w:br/>
        <w:t>Таж де хліб родити має поле,&lt;br /&gt;</w:t>
        <w:br/>
        <w:t>Мусить плуг квітки з корінням рвати.</w:t>
      </w:r>
    </w:p>
    <w:p>
      <w:r>
        <w:br/>
        <w:t>Важко плуг скрипить у чорній скибі,&lt;br /&gt;</w:t>
        <w:br/>
        <w:t>І квітки зітхають у сконанню…&lt;br /&gt;</w:t>
        <w:br/>
        <w:t>Серце рвесь, уста німі, мов риби,&lt;br /&gt;</w:t>
        <w:br/>
        <w:t>І душа вглибляєсь в люту рану.</w:t>
      </w:r>
    </w:p>
    <w:p>
      <w:r>
        <w:br/>
        <w:t>А ти йдеш з сівнею й тихо сієш&lt;br /&gt;</w:t>
        <w:br/>
        <w:t>В чорні скиби й незарослі рани&lt;br /&gt;</w:t>
        <w:br/>
        <w:t>Нове сім'я, новії надії,&lt;br /&gt;</w:t>
        <w:br/>
        <w:t>І вдихаєш дух життя рум'яний.</w:t>
      </w:r>
    </w:p>
    <w:p>
      <w:r>
        <w:br/>
        <w:t>ЕПІЛОГ</w:t>
      </w:r>
    </w:p>
    <w:p>
      <w:r>
        <w:br/>
        <w:t>Розвійтеся з вітром, листочки зів'ялі,&lt;br /&gt;</w:t>
        <w:br/>
        <w:t>Розвійтесь, як тихе зітхання!&lt;br /&gt;</w:t>
        <w:br/>
        <w:t>Незгоєні рани, невтишені жалі,&lt;br /&gt;</w:t>
        <w:br/>
        <w:t>Завмерлеє в серці кохання.</w:t>
      </w:r>
    </w:p>
    <w:p>
      <w:r>
        <w:br/>
        <w:t>В зів'ялих листочках хто може вгадати&lt;br /&gt;</w:t>
        <w:br/>
        <w:t>Красу всю зеленого гаю?&lt;br /&gt;</w:t>
        <w:br/>
        <w:t>Хто взнає, який я чуття скарб багатий&lt;br /&gt;</w:t>
        <w:br/>
        <w:t>В ті вбогії вірші вкладаю?</w:t>
      </w:r>
    </w:p>
    <w:p>
      <w:r>
        <w:br/>
        <w:t>Ті скарби найкращі душі молодої&lt;br /&gt;</w:t>
        <w:br/>
        <w:t>Розтративши марно, без тями,&lt;br /&gt;</w:t>
        <w:br/>
        <w:t>Жебрак одинокий, назустріч недолі&lt;br /&gt;</w:t>
        <w:br/>
        <w:t>Піду я сумними стежками.&lt;br /&gt;</w:t>
        <w:br/>
        <w:t>ДРУГИЙ ЖМУТОК&lt;br /&gt;</w:t>
        <w:br/>
        <w:t>(1895)</w:t>
      </w:r>
    </w:p>
    <w:p>
      <w:r>
        <w:br/>
        <w:t>ПОЛУДНЕ.</w:t>
      </w:r>
    </w:p>
    <w:p>
      <w:r>
        <w:br/>
        <w:t>Полудне.&lt;br /&gt;</w:t>
        <w:br/>
        <w:t>Широкеє поле безлюдне,&lt;br /&gt;</w:t>
        <w:br/>
        <w:t>Довкола для ока й для вуха&lt;br /&gt;</w:t>
        <w:br/>
        <w:t>Ні духу!&lt;br /&gt;</w:t>
        <w:br/>
        <w:t>Ні сліду людей не видать…&lt;br /&gt;</w:t>
        <w:br/>
        <w:t>Лиш трави, мов море хвилясте,&lt;br /&gt;</w:t>
        <w:br/>
        <w:t>Зелене, барвисте, квітчасте,&lt;br /&gt;</w:t>
        <w:br/>
        <w:t>І сверщики в травах тріщать.</w:t>
      </w:r>
    </w:p>
    <w:p>
      <w:r>
        <w:br/>
        <w:t>Без впину&lt;br /&gt;</w:t>
        <w:br/>
        <w:t>За річкою геть у долину,&lt;br /&gt;</w:t>
        <w:br/>
        <w:t>І геть аж до синіх тих гір&lt;br /&gt;</w:t>
        <w:br/>
        <w:t>Мій зір&lt;br /&gt;</w:t>
        <w:br/>
        <w:t>Летить і в тиші потопає,&lt;br /&gt;</w:t>
        <w:br/>
        <w:t>У пахощах дух спочиває, —&lt;br /&gt;</w:t>
        <w:br/>
        <w:t>У душу тепла доливає&lt;br /&gt;</w:t>
        <w:br/>
        <w:t>Простір.</w:t>
      </w:r>
    </w:p>
    <w:p>
      <w:r>
        <w:br/>
        <w:t>Втім — цить!&lt;br /&gt;</w:t>
        <w:br/>
        <w:t>Яке ж то тихеньке ридання&lt;br /&gt;</w:t>
        <w:br/>
        <w:t>В повітрі, мов тужне зітхання,&lt;br /&gt;</w:t>
        <w:br/>
        <w:t>Тремтить?&lt;br /&gt;</w:t>
        <w:br/>
        <w:t>Чи се моє власнеє горе?&lt;br /&gt;</w:t>
        <w:br/>
        <w:t>Чи серце стрепалося хоре?&lt;br /&gt;</w:t>
        <w:br/>
        <w:t>Ах, ні! Се здалека десь тільки&lt;br /&gt;</w:t>
        <w:br/>
        <w:t>Доноситься голос сопілки.</w:t>
      </w:r>
    </w:p>
    <w:p>
      <w:r>
        <w:br/>
        <w:t>І ось&lt;br /&gt;</w:t>
        <w:br/>
        <w:t>На голос той серце моє потяглось,&lt;br /&gt;</w:t>
        <w:br/>
        <w:t>В тім раю без краю воно заридало&lt;br /&gt;</w:t>
        <w:br/>
        <w:t>Без слів.&lt;br /&gt;</w:t>
        <w:br/>
        <w:t>Тебе, моя зоре, воно спогадало,&lt;br /&gt;</w:t>
        <w:br/>
        <w:t>І стиха до строю сопілки&lt;br /&gt;</w:t>
        <w:br/>
        <w:t>Поплив із народним до спілки&lt;br /&gt;</w:t>
        <w:br/>
        <w:t>Мій спів.</w:t>
      </w:r>
    </w:p>
    <w:p>
      <w:r>
        <w:br/>
        <w:t>ЗЕЛЕНИЙ ЯВІР, ЗЕЛЕНИЙ ЯВІР...</w:t>
      </w:r>
    </w:p>
    <w:p>
      <w:r>
        <w:br/>
        <w:t>Зелений явір, зелений явір,&lt;br /&gt;</w:t>
        <w:br/>
        <w:t>Ще зеленіша ива;&lt;br /&gt;</w:t>
        <w:br/>
        <w:t>Ой між усіми дівчатоньками&lt;br /&gt;</w:t>
        <w:br/>
        <w:t>Лиш одна мені мила.</w:t>
      </w:r>
    </w:p>
    <w:p>
      <w:r>
        <w:br/>
        <w:t>Червона рожа, червона рожа&lt;br /&gt;</w:t>
        <w:br/>
        <w:t>Над усі квіти гожа;&lt;br /&gt;</w:t>
        <w:br/>
        <w:t>Не бачу рожі, не бачу рожі,&lt;br /&gt;</w:t>
        <w:br/>
        <w:t>Лиш її личка гожі.</w:t>
      </w:r>
    </w:p>
    <w:p>
      <w:r>
        <w:br/>
        <w:t>Золоті зорі в небеснім морі&lt;br /&gt;</w:t>
        <w:br/>
        <w:t>Моргають серед ночі,&lt;br /&gt;</w:t>
        <w:br/>
        <w:t>Та над всі зорі внизу і вгорі —&lt;br /&gt;</w:t>
        <w:br/>
        <w:t>Її чорнії очі.</w:t>
      </w:r>
    </w:p>
    <w:p>
      <w:r>
        <w:br/>
        <w:t>Голосні дзвони, срібнії тони,&lt;br /&gt;</w:t>
        <w:br/>
        <w:t>Слух у них потопає,&lt;br /&gt;</w:t>
        <w:br/>
        <w:t>Та її голос — пшеничний колос,&lt;br /&gt;</w:t>
        <w:br/>
        <w:t>Аж за серце хапає.</w:t>
      </w:r>
    </w:p>
    <w:p>
      <w:r>
        <w:br/>
        <w:t>Широке море, велике море,&lt;br /&gt;</w:t>
        <w:br/>
        <w:t>Що й кінця не видати,&lt;br /&gt;</w:t>
        <w:br/>
        <w:t>Та в моїм серці ще більше горе:&lt;br /&gt;</w:t>
        <w:br/>
        <w:t>Я навік її втратив.</w:t>
      </w:r>
    </w:p>
    <w:p>
      <w:r>
        <w:br/>
        <w:t>ОЙ ТИ, ДІВЧИНО, З ГОРІХА ЗЕРНЯ...</w:t>
      </w:r>
    </w:p>
    <w:p>
      <w:r>
        <w:br/>
        <w:t>Ой ти, дівчино, з горіха зерня,&lt;br /&gt;</w:t>
        <w:br/>
        <w:t>Чом твоє серденько — колюче терня?</w:t>
      </w:r>
    </w:p>
    <w:p>
      <w:r>
        <w:br/>
        <w:t>Чом твої устонька — тиха молитва,&lt;br /&gt;</w:t>
        <w:br/>
        <w:t>А твоє слово остре, як бритва?</w:t>
      </w:r>
    </w:p>
    <w:p>
      <w:r>
        <w:br/>
        <w:t>Чом твої очі сяють тим чаром,&lt;br /&gt;</w:t>
        <w:br/>
        <w:t>Що то запалює серце пожаром?</w:t>
      </w:r>
    </w:p>
    <w:p>
      <w:r>
        <w:br/>
        <w:t>Ох, тії очі темніші ночі,&lt;br /&gt;</w:t>
        <w:br/>
        <w:t>Хто в них задивиться, й сонця не хоче!</w:t>
      </w:r>
    </w:p>
    <w:p>
      <w:r>
        <w:br/>
        <w:t>І чом твій усміх — для мене скрута,&lt;br /&gt;</w:t>
        <w:br/>
        <w:t>Серце бентежить, як буря люта?</w:t>
      </w:r>
    </w:p>
    <w:p>
      <w:r>
        <w:br/>
        <w:t>Ой ти, дівчино, ясная зоре!&lt;br /&gt;</w:t>
        <w:br/>
        <w:t>Ти мої радощі, ти моє горе!</w:t>
      </w:r>
    </w:p>
    <w:p>
      <w:r>
        <w:br/>
        <w:t>Тебе кидаючи, любити мушу,&lt;br /&gt;</w:t>
        <w:br/>
        <w:t>Тебе кохаючи, загублю душу.</w:t>
      </w:r>
    </w:p>
    <w:p>
      <w:r>
        <w:br/>
        <w:t>ЧЕРВОНА КАЛИНО, ЧОГО В ЛУЗІ ГНЕШСЯ?...</w:t>
      </w:r>
    </w:p>
    <w:p>
      <w:r>
        <w:br/>
        <w:t>Червона калино, чого в лузі гнешся?&lt;br /&gt;</w:t>
        <w:br/>
        <w:t>Чого в лузі гнешся?&lt;br /&gt;</w:t>
        <w:br/>
        <w:t>Чи світла не любиш, до сонця не пнешся?&lt;br /&gt;</w:t>
        <w:br/>
        <w:t>До сонця не пнешся?&lt;br /&gt;</w:t>
        <w:br/>
        <w:t>Чи жаль тобі цвіту на радощі світу?&lt;br /&gt;</w:t>
        <w:br/>
        <w:t>На радощі світу?&lt;br /&gt;</w:t>
        <w:br/>
        <w:t>Чи бурі боїшся, чи грому з блакиту?&lt;br /&gt;</w:t>
        <w:br/>
        <w:t>Чи грому з блакиту?&lt;br /&gt;</w:t>
        <w:br/>
        <w:t>Не жаль мені цвіту, не страшно і грому,&lt;br /&gt;</w:t>
        <w:br/>
        <w:t>Не страшно і грому.&lt;br /&gt;</w:t>
        <w:br/>
        <w:t>І світло люблю я, купаюся в ньому,&lt;br /&gt;</w:t>
        <w:br/>
        <w:t>Купаюся в ньому.&lt;br /&gt;</w:t>
        <w:br/>
        <w:t>Та вгору не пнуся, бо сили не маю,&lt;br /&gt;</w:t>
        <w:br/>
        <w:t>Бо сили не маю.&lt;br /&gt;</w:t>
        <w:br/>
        <w:t>Червоні ягідки додолу схиляю,&lt;br /&gt;</w:t>
        <w:br/>
        <w:t>Додолу схиляю.&lt;br /&gt;</w:t>
        <w:br/>
        <w:t>Я вгору не пнуся, я дубам не пара,&lt;br /&gt;</w:t>
        <w:br/>
        <w:t>Я дубам не пара:&lt;br /&gt;</w:t>
        <w:br/>
        <w:t>Та ти мене, дубе, отінив, як хмара.&lt;br /&gt;</w:t>
        <w:br/>
        <w:t>Отінив, як хмара.</w:t>
      </w:r>
    </w:p>
    <w:p>
      <w:r>
        <w:br/>
        <w:t>ОЙ ТИ, ДУБОЧКУ КУЧЕРЯВИЙ...</w:t>
      </w:r>
    </w:p>
    <w:p>
      <w:r>
        <w:br/>
        <w:t>Ой ти, дубочку кучерявий,&lt;br /&gt;</w:t>
        <w:br/>
        <w:t>Ой, а хто ж тебе скучерявив?</w:t>
      </w:r>
    </w:p>
    <w:p>
      <w:r>
        <w:br/>
        <w:t>Скучерявили густі лози,&lt;br /&gt;</w:t>
        <w:br/>
        <w:t>Підмили корінь дрібні сльози.</w:t>
      </w:r>
    </w:p>
    <w:p>
      <w:r>
        <w:br/>
        <w:t>Скучерявили темні ночі,&lt;br /&gt;</w:t>
        <w:br/>
        <w:t>Зранили серце чорні очі.</w:t>
      </w:r>
    </w:p>
    <w:p>
      <w:r>
        <w:br/>
        <w:t>Чорнії очі, пишна врода,&lt;br /&gt;</w:t>
        <w:br/>
        <w:t>Гордая мова, непогода.</w:t>
      </w:r>
    </w:p>
    <w:p>
      <w:r>
        <w:br/>
        <w:t>Гордая мова — вітер зимний,&lt;br /&gt;</w:t>
        <w:br/>
        <w:t>Вічна розлука — жаль нестримний.</w:t>
      </w:r>
    </w:p>
    <w:p>
      <w:r>
        <w:br/>
        <w:t>Вже ж моє серце сохне, тане,&lt;br /&gt;</w:t>
        <w:br/>
        <w:t>Вже ж моя краса в'яне, в'яне.</w:t>
      </w:r>
    </w:p>
    <w:p>
      <w:r>
        <w:br/>
        <w:t>Вже моя сила слабне, гнеться,&lt;br /&gt;</w:t>
        <w:br/>
        <w:t>Вже мені весна не всміхнеться.</w:t>
      </w:r>
    </w:p>
    <w:p>
      <w:r>
        <w:br/>
        <w:t>Падуть листочки зв'ялі, зв'ялі —&lt;br /&gt;</w:t>
        <w:br/>
        <w:t>От так і сам я впаду далі.</w:t>
      </w:r>
    </w:p>
    <w:p>
      <w:r>
        <w:br/>
        <w:t>Решту красоти, решту сили&lt;br /&gt;</w:t>
        <w:br/>
        <w:t>Поріжуть живо острі пили.</w:t>
      </w:r>
    </w:p>
    <w:p>
      <w:r>
        <w:br/>
        <w:t>Острії пили, людська злоба,&lt;br /&gt;</w:t>
        <w:br/>
        <w:t>Стопче байдужість, як худоба.</w:t>
      </w:r>
    </w:p>
    <w:p>
      <w:r>
        <w:br/>
        <w:t>Я НЕ ТЕБЕ ЛЮБЛЮ, О НІ...</w:t>
      </w:r>
    </w:p>
    <w:p>
      <w:r>
        <w:br/>
        <w:t>Я не тебе люблю, о ні,&lt;br /&gt;</w:t>
        <w:br/>
        <w:t>Моя хистка лілеє,&lt;br /&gt;</w:t>
        <w:br/>
        <w:t>Не оченька твої ясні,&lt;br /&gt;</w:t>
        <w:br/>
        <w:t>Не личенько блідеє.</w:t>
      </w:r>
    </w:p>
    <w:p>
      <w:r>
        <w:br/>
        <w:t>Не голос твій, що, мов дзвінок,&lt;br /&gt;</w:t>
        <w:br/>
        <w:t>Мою бентежить душу,&lt;br /&gt;</w:t>
        <w:br/>
        <w:t>І не твій хід, що кождий крок&lt;br /&gt;</w:t>
        <w:br/>
        <w:t>Відчути серцем мушу.</w:t>
      </w:r>
    </w:p>
    <w:p>
      <w:r>
        <w:br/>
        <w:t>Не ті уста, з котрих вже я&lt;br /&gt;</w:t>
        <w:br/>
        <w:t>Не вчую слова ласки,&lt;br /&gt;</w:t>
        <w:br/>
        <w:t>Не вид, в котрім душа твоя&lt;br /&gt;</w:t>
        <w:br/>
        <w:t>Виднієсь вся без маски.</w:t>
      </w:r>
    </w:p>
    <w:p>
      <w:r>
        <w:br/>
        <w:t>Не стать твою, не скромний стрій,&lt;br /&gt;</w:t>
        <w:br/>
        <w:t>Котрим вона вповита,&lt;br /&gt;</w:t>
        <w:br/>
        <w:t>Не гармонійний вигляд твій,&lt;br /&gt;</w:t>
        <w:br/>
        <w:t>Мов пісня сумовита.</w:t>
      </w:r>
    </w:p>
    <w:p>
      <w:r>
        <w:br/>
        <w:t>Я не тебе люблю, о ні,&lt;br /&gt;</w:t>
        <w:br/>
        <w:t>Люблю я власну мрію,&lt;br /&gt;</w:t>
        <w:br/>
        <w:t>Що там у серденьку на дні&lt;br /&gt;</w:t>
        <w:br/>
        <w:t>Відмалечку лелію.</w:t>
      </w:r>
    </w:p>
    <w:p>
      <w:r>
        <w:br/>
        <w:t>Все, що дало мені життя,&lt;br /&gt;</w:t>
        <w:br/>
        <w:t>В красу перетопляв я,&lt;br /&gt;</w:t>
        <w:br/>
        <w:t>І всю красу, весь жар чуття&lt;br /&gt;</w:t>
        <w:br/>
        <w:t>На неї перелляв я.</w:t>
      </w:r>
    </w:p>
    <w:p>
      <w:r>
        <w:br/>
        <w:t>Вона мій спів, вона мій хліб!&lt;br /&gt;</w:t>
        <w:br/>
        <w:t>Душа моя — аж дивно —&lt;br /&gt;</w:t>
        <w:br/>
        <w:t>До неї, наче той поліп,&lt;br /&gt;</w:t>
        <w:br/>
        <w:t>Приссалась невідривно.</w:t>
      </w:r>
    </w:p>
    <w:p>
      <w:r>
        <w:br/>
        <w:t>Усіми нервами приляг&lt;br /&gt;</w:t>
        <w:br/>
        <w:t>Мій дух до неї, мила, —&lt;br /&gt;</w:t>
        <w:br/>
        <w:t>І тут вона — аж страх! аж страх!&lt;br /&gt;</w:t>
        <w:br/>
        <w:t>Твій вид мені явила.</w:t>
      </w:r>
    </w:p>
    <w:p>
      <w:r>
        <w:br/>
        <w:t>Неначе блискавка ярка,&lt;br /&gt;</w:t>
        <w:br/>
        <w:t>Що зразу сліпить очі,&lt;br /&gt;</w:t>
        <w:br/>
        <w:t>Що враз і тішить, і ляка,&lt;br /&gt;</w:t>
        <w:br/>
        <w:t>Ніч робить з дня, день з ночі, —</w:t>
      </w:r>
    </w:p>
    <w:p>
      <w:r>
        <w:br/>
        <w:t>Отак для мене був твій вид&lt;br /&gt;</w:t>
        <w:br/>
        <w:t>І розкішшю й ударом;&lt;br /&gt;</w:t>
        <w:br/>
        <w:t>Я чув: тут смерть моя сидить,&lt;br /&gt;</w:t>
        <w:br/>
        <w:t>Краси вповита чаром.</w:t>
      </w:r>
    </w:p>
    <w:p>
      <w:r>
        <w:br/>
        <w:t>Я чув, і з жаху весь тремтів,&lt;br /&gt;</w:t>
        <w:br/>
        <w:t>І розкішшю впивався;&lt;br /&gt;</w:t>
        <w:br/>
        <w:t>Від тебе геть тікать хотів,&lt;br /&gt;</w:t>
        <w:br/>
        <w:t>Круг тебе все снувався.</w:t>
      </w:r>
    </w:p>
    <w:p>
      <w:r>
        <w:br/>
        <w:t>Мов той Іксіон, вплетений&lt;br /&gt;</w:t>
        <w:br/>
        <w:t>У колесо-катушку,&lt;br /&gt;</w:t>
        <w:br/>
        <w:t>Так рік за роком мучусь я,&lt;br /&gt;</w:t>
        <w:br/>
        <w:t>І біль мою жре душу.</w:t>
      </w:r>
    </w:p>
    <w:p>
      <w:r>
        <w:br/>
        <w:t>І дармо ліку я шукав&lt;br /&gt;</w:t>
        <w:br/>
        <w:t>На сю свою хоробу;&lt;br /&gt;</w:t>
        <w:br/>
        <w:t>Кого зрадливий сфінкс піймав,&lt;br /&gt;</w:t>
        <w:br/>
        <w:t>Не пустить аж до гробу.</w:t>
      </w:r>
    </w:p>
    <w:p>
      <w:r>
        <w:br/>
        <w:t>Ні, не тебе я так люблю,&lt;br /&gt;</w:t>
        <w:br/>
        <w:t>Люблю я власну мрію!&lt;br /&gt;</w:t>
        <w:br/>
        <w:t>За неї смерть собі зроблю,&lt;br /&gt;</w:t>
        <w:br/>
        <w:t>Від неї одурію.</w:t>
      </w:r>
    </w:p>
    <w:p>
      <w:r>
        <w:br/>
        <w:t>В ВАГОНІ</w:t>
      </w:r>
    </w:p>
    <w:p>
      <w:r>
        <w:br/>
        <w:t>Мов сполохана, без тями,&lt;br /&gt;</w:t>
        <w:br/>
        <w:t>Так земля з-під моїх ніг&lt;br /&gt;</w:t>
        <w:br/>
        <w:t>Утіка — стовпи, смереки&lt;br /&gt;</w:t>
        <w:br/>
        <w:t>Гонять, тільки миг-миг-миг.</w:t>
      </w:r>
    </w:p>
    <w:p>
      <w:r>
        <w:br/>
        <w:t>Наче полотно простерте&lt;br /&gt;</w:t>
        <w:br/>
        <w:t>Велетенськая рука&lt;br /&gt;</w:t>
        <w:br/>
        <w:t>Враз стяга, так лан за ланом,&lt;br /&gt;</w:t>
        <w:br/>
        <w:t>Сад за садом утіка.</w:t>
      </w:r>
    </w:p>
    <w:p>
      <w:r>
        <w:br/>
        <w:t>Тільки я стою, та зорі,&lt;br /&gt;</w:t>
        <w:br/>
        <w:t>Що високо там горять,&lt;br /&gt;</w:t>
        <w:br/>
        <w:t>Не втікають, мов на доказ,&lt;br /&gt;</w:t>
        <w:br/>
        <w:t>Що є в світі стійкість, лад.</w:t>
      </w:r>
    </w:p>
    <w:p>
      <w:r>
        <w:br/>
        <w:t>І сміються вічні зорі,&lt;br /&gt;</w:t>
        <w:br/>
        <w:t>Іронічно миготять;&lt;br /&gt;</w:t>
        <w:br/>
        <w:t>"Ми і ти! — неправда? — доказ,&lt;br /&gt;</w:t>
        <w:br/>
        <w:t>Що є в світі стійкість, лад!"</w:t>
      </w:r>
    </w:p>
    <w:p>
      <w:r>
        <w:br/>
        <w:t>ЧОГО ЯВЛЯЄШСЯ МЕНІ...</w:t>
      </w:r>
    </w:p>
    <w:p>
      <w:r>
        <w:br/>
        <w:t>Чого являєшся мені&lt;br /&gt;</w:t>
        <w:br/>
        <w:t>У сні?&lt;br /&gt;</w:t>
        <w:br/>
        <w:t>Чого звертаєш ти до мене&lt;br /&gt;</w:t>
        <w:br/>
        <w:t>Чудові очі ті ясні,&lt;br /&gt;</w:t>
        <w:br/>
        <w:t>Сумні,&lt;br /&gt;</w:t>
        <w:br/>
        <w:t>Немов криниці дно студене?&lt;br /&gt;</w:t>
        <w:br/>
        <w:t>Чому уста твої німі?&lt;br /&gt;</w:t>
        <w:br/>
        <w:t>Який докір, яке страждання,&lt;br /&gt;</w:t>
        <w:br/>
        <w:t>Яке несповнене бажання&lt;br /&gt;</w:t>
        <w:br/>
        <w:t>На них, мов зарево червоне,&lt;br /&gt;</w:t>
        <w:br/>
        <w:t>Займається і знову тоне&lt;br /&gt;</w:t>
        <w:br/>
        <w:t>У тьмі?</w:t>
      </w:r>
    </w:p>
    <w:p>
      <w:r>
        <w:br/>
        <w:t>Чого являєшся мені&lt;br /&gt;</w:t>
        <w:br/>
        <w:t>У сні?&lt;br /&gt;</w:t>
        <w:br/>
        <w:t>В житті ти мною згордувала,&lt;br /&gt;</w:t>
        <w:br/>
        <w:t>Моє ти серце надірвала,&lt;br /&gt;</w:t>
        <w:br/>
        <w:t>Із нього визвала одні&lt;br /&gt;</w:t>
        <w:br/>
        <w:t>Оті ридання голосні —&lt;br /&gt;</w:t>
        <w:br/>
        <w:t>Пісні.&lt;br /&gt;</w:t>
        <w:br/>
        <w:t>В житті мене ти й знать не знаєш,&lt;br /&gt;</w:t>
        <w:br/>
        <w:t>Ідеш по вулиці — минаєш,&lt;br /&gt;</w:t>
        <w:br/>
        <w:t>Вклонюся — навіть не зирнеш&lt;br /&gt;</w:t>
        <w:br/>
        <w:t>І головою не кивнеш,&lt;br /&gt;</w:t>
        <w:br/>
        <w:t>Хоч знаєш, знаєш, добре знаєш,&lt;br /&gt;</w:t>
        <w:br/>
        <w:t>Як я люблю тебе без тями,&lt;br /&gt;</w:t>
        <w:br/>
        <w:t>Як мучусь довгими ночами&lt;br /&gt;</w:t>
        <w:br/>
        <w:t>І як літа вже за літами&lt;br /&gt;</w:t>
        <w:br/>
        <w:t>Свій біль, свій жаль, свої пісні&lt;br /&gt;</w:t>
        <w:br/>
        <w:t>У серці здавлюю на дні.</w:t>
      </w:r>
    </w:p>
    <w:p>
      <w:r>
        <w:br/>
        <w:t>О ні!&lt;br /&gt;</w:t>
        <w:br/>
        <w:t>Являйся, зіронько, мені!&lt;br /&gt;</w:t>
        <w:br/>
        <w:t>Хоч в сні!&lt;br /&gt;</w:t>
        <w:br/>
        <w:t>В житті мені весь вік тужити —&lt;br /&gt;</w:t>
        <w:br/>
        <w:t>Не жити.&lt;br /&gt;</w:t>
        <w:br/>
        <w:t>Так най те серце, що в турботі,&lt;br /&gt;</w:t>
        <w:br/>
        <w:t>Неначе перла у болоті,&lt;br /&gt;</w:t>
        <w:br/>
        <w:t>Марніє, в'яне, засиха, —&lt;br /&gt;</w:t>
        <w:br/>
        <w:t>Хоч в сні на вид твій оживає,&lt;br /&gt;</w:t>
        <w:br/>
        <w:t>Хоч в жалощах живіше грає,&lt;br /&gt;</w:t>
        <w:br/>
        <w:t>По-людськи вільно віддиха,&lt;br /&gt;</w:t>
        <w:br/>
        <w:t>І того дива золотого&lt;br /&gt;</w:t>
        <w:br/>
        <w:t>Зазнає, щастя молодого,&lt;br /&gt;</w:t>
        <w:br/>
        <w:t>Бажаного, страшного того&lt;br /&gt;</w:t>
        <w:br/>
        <w:t>Гріха!</w:t>
      </w:r>
    </w:p>
    <w:p>
      <w:r>
        <w:br/>
        <w:t>ОТСЕ ТАЯ СТЕЖЕЧКА...</w:t>
      </w:r>
    </w:p>
    <w:p>
      <w:r>
        <w:br/>
        <w:t>Отсе тая стежечка,&lt;br /&gt;</w:t>
        <w:br/>
        <w:t>Де дівчина йшла,&lt;br /&gt;</w:t>
        <w:br/>
        <w:t>Що з мойого сердечка&lt;br /&gt;</w:t>
        <w:br/>
        <w:t>Щастя унесла.</w:t>
      </w:r>
    </w:p>
    <w:p>
      <w:r>
        <w:br/>
        <w:t>Ось туди пішла вона&lt;br /&gt;</w:t>
        <w:br/>
        <w:t>Та гуляючи,&lt;br /&gt;</w:t>
        <w:br/>
        <w:t>З іншим своїм любчиком&lt;br /&gt;</w:t>
        <w:br/>
        <w:t>Розмовляючи.</w:t>
      </w:r>
    </w:p>
    <w:p>
      <w:r>
        <w:br/>
        <w:t>За її слідами я,&lt;br /&gt;</w:t>
        <w:br/>
        <w:t>Мов безумний, біг,&lt;br /&gt;</w:t>
        <w:br/>
        <w:t>Цілував з сльозами я&lt;br /&gt;</w:t>
        <w:br/>
        <w:t>Пил із її ніг.</w:t>
      </w:r>
    </w:p>
    <w:p>
      <w:r>
        <w:br/>
        <w:t>Наче потопаючий&lt;br /&gt;</w:t>
        <w:br/>
        <w:t>Стебелиночку,&lt;br /&gt;</w:t>
        <w:br/>
        <w:t>Зір мій вид її ловив&lt;br /&gt;</w:t>
        <w:br/>
        <w:t>На хвилиночку.</w:t>
      </w:r>
    </w:p>
    <w:p>
      <w:r>
        <w:br/>
        <w:t>І мов нурок перли ті&lt;br /&gt;</w:t>
        <w:br/>
        <w:t>На морському дні,&lt;br /&gt;</w:t>
        <w:br/>
        <w:t>Сквапно так мій слух ловив&lt;br /&gt;</w:t>
        <w:br/>
        <w:t>Всі слова її.</w:t>
      </w:r>
    </w:p>
    <w:p>
      <w:r>
        <w:br/>
        <w:t>Отсе тая стежечка&lt;br /&gt;</w:t>
        <w:br/>
        <w:t>Ізвивається,&lt;br /&gt;</w:t>
        <w:br/>
        <w:t>А у мене серденько&lt;br /&gt;</w:t>
        <w:br/>
        <w:t>Розриваєтьтся.</w:t>
      </w:r>
    </w:p>
    <w:p>
      <w:r>
        <w:br/>
        <w:t>Залягло на дні його&lt;br /&gt;</w:t>
        <w:br/>
        <w:t>Те важке чуття:&lt;br /&gt;</w:t>
        <w:br/>
        <w:t>Тут навіки згублений&lt;br /&gt;</w:t>
        <w:br/>
        <w:t>Змисл твого буття.</w:t>
      </w:r>
    </w:p>
    <w:p>
      <w:r>
        <w:br/>
        <w:t>Все, що найдорожчеє,&lt;br /&gt;</w:t>
        <w:br/>
        <w:t>Найулюблене,&lt;br /&gt;</w:t>
        <w:br/>
        <w:t>Чим душа жива була,&lt;br /&gt;</w:t>
        <w:br/>
        <w:t>Тут загублене!</w:t>
      </w:r>
    </w:p>
    <w:p>
      <w:r>
        <w:br/>
        <w:t>Чим душа жива була,&lt;br /&gt;</w:t>
        <w:br/>
        <w:t>Чим пишалася…&lt;br /&gt;</w:t>
        <w:br/>
        <w:t>Отсе тая стежечка,&lt;br /&gt;</w:t>
        <w:br/>
        <w:t>Щоб запалася!</w:t>
      </w:r>
    </w:p>
    <w:p>
      <w:r>
        <w:br/>
        <w:t>ЯКБИ ЗНАВ Я ЧАРИ, ЩО СПИНЯЮТЬ ХМАРИ...</w:t>
      </w:r>
    </w:p>
    <w:p>
      <w:r>
        <w:br/>
        <w:t>Якби знав я чари, що спиняють хмари,&lt;br /&gt;</w:t>
        <w:br/>
        <w:t>Що два серця можуть ізвести до пари,&lt;br /&gt;</w:t>
        <w:br/>
        <w:t>Що ламають пута, де душа закута,&lt;br /&gt;</w:t>
        <w:br/>
        <w:t>Що в поживу ними зміниться отрута!&lt;br /&gt;</w:t>
        <w:br/>
        <w:t>То тебе би, мила, обдала їх сила,&lt;br /&gt;</w:t>
        <w:br/>
        <w:t>Всі би в твоїм серці іскри погасила.&lt;br /&gt;</w:t>
        <w:br/>
        <w:t>Всі думки й бажання за одним ударом.&lt;br /&gt;</w:t>
        <w:br/>
        <w:t>Лиш одна любов би вибухла пожаром,&lt;br /&gt;</w:t>
        <w:br/>
        <w:t>Обняла б достоту всю твою істоту,&lt;br /&gt;</w:t>
        <w:br/>
        <w:t>Мислі б всі пожерла, всю твою турботу, —&lt;br /&gt;</w:t>
        <w:br/>
        <w:t>Тільки мій там образ і ясніє й гріє…&lt;br /&gt;</w:t>
        <w:br/>
        <w:t>Фантастичні думи! Фантастичні мрії!</w:t>
      </w:r>
    </w:p>
    <w:p>
      <w:r>
        <w:br/>
        <w:t>Якби був я лицар і мав панцир добрий,&lt;br /&gt;</w:t>
        <w:br/>
        <w:t>І над всіх був сильнй і над всіх хоробрий,&lt;br /&gt;</w:t>
        <w:br/>
        <w:t>Я би з перемоги вороги під ноги,&lt;br /&gt;</w:t>
        <w:br/>
        <w:t>Що мені до тебе не дають дороги!&lt;br /&gt;</w:t>
        <w:br/>
        <w:t>Я б добувсь до тебе через мури й стіни,&lt;br /&gt;</w:t>
        <w:br/>
        <w:t>Я побив би смоки, розметав руїни,&lt;br /&gt;</w:t>
        <w:br/>
        <w:t>Я б здобув всі скарби, що їх криє море,&lt;br /&gt;</w:t>
        <w:br/>
        <w:t>І до ніг би твоїх положив, о зоре!&lt;br /&gt;</w:t>
        <w:br/>
        <w:t>Де б тебе не скрито, я б зламав верії.&lt;br /&gt;</w:t>
        <w:br/>
        <w:t>Фантастичні думи! Фантастичні мрії!</w:t>
      </w:r>
    </w:p>
    <w:p>
      <w:r>
        <w:br/>
        <w:t>Якби я не дурень, що лиш в думах кисне,&lt;br /&gt;</w:t>
        <w:br/>
        <w:t>Що співа і плаче, як біль серце тисне,&lt;br /&gt;</w:t>
        <w:br/>
        <w:t>Що будуще бачить людське і народне,&lt;br /&gt;</w:t>
        <w:br/>
        <w:t>А в сучаснім блудить, як дитя голодне,&lt;br /&gt;</w:t>
        <w:br/>
        <w:t>Що із неба ловить зорі золотії,&lt;br /&gt;</w:t>
        <w:br/>
        <w:t>Але до дівчини приступить не вміє, —&lt;br /&gt;</w:t>
        <w:br/>
        <w:t>Ідеали бачить геть десь за горами,&lt;br /&gt;</w:t>
        <w:br/>
        <w:t>А живеє щастя з рук пустив без тями&lt;br /&gt;</w:t>
        <w:br/>
        <w:t>І тепер, запізно, плаче і дуріє —&lt;br /&gt;</w:t>
        <w:br/>
        <w:t>Фантастичні думи! Фантастичні мрії!</w:t>
      </w:r>
    </w:p>
    <w:p>
      <w:r>
        <w:br/>
        <w:t>ЩО ЩАСТЯ? СЕ Ж ІЛЮЗІЯ...</w:t>
      </w:r>
    </w:p>
    <w:p>
      <w:r>
        <w:br/>
        <w:t>Що щастя? Се ж ілюзія,&lt;br /&gt;</w:t>
        <w:br/>
        <w:t>Се привид, тінь, омана…&lt;br /&gt;</w:t>
        <w:br/>
        <w:t>О ти, ілюзіє моя,&lt;br /&gt;</w:t>
        <w:br/>
        <w:t>Зрадлива і кохана!</w:t>
      </w:r>
    </w:p>
    <w:p>
      <w:r>
        <w:br/>
        <w:t>Кринице радощів, чуття&lt;br /&gt;</w:t>
        <w:br/>
        <w:t>Ти чарочко хрустальна!&lt;br /&gt;</w:t>
        <w:br/>
        <w:t>Омано дум, мого життя&lt;br /&gt;</w:t>
        <w:br/>
        <w:t>Ти помилко фатальна!</w:t>
      </w:r>
    </w:p>
    <w:p>
      <w:r>
        <w:br/>
        <w:t>Я хтів зловить тебе, ось-ось,&lt;br /&gt;</w:t>
        <w:br/>
        <w:t>Та враз опали крила:&lt;br /&gt;</w:t>
        <w:br/>
        <w:t>З тобою жить не довелось,&lt;br /&gt;</w:t>
        <w:br/>
        <w:t>Без тебе жить несила.</w:t>
      </w:r>
    </w:p>
    <w:p>
      <w:r>
        <w:br/>
        <w:t>З тобою жить — важка лежить&lt;br /&gt;</w:t>
        <w:br/>
        <w:t>Завада поміж нами;&lt;br /&gt;</w:t>
        <w:br/>
        <w:t>Без тебе жить — весь вік тужить&lt;br /&gt;</w:t>
        <w:br/>
        <w:t>І днями, і ночами.</w:t>
      </w:r>
    </w:p>
    <w:p>
      <w:r>
        <w:br/>
        <w:t>Нехацй ти тінь, що гине десь,&lt;br /&gt;</w:t>
        <w:br/>
        <w:t>Мана, луда — одначе&lt;br /&gt;</w:t>
        <w:br/>
        <w:t>Чому ж без тебе серце рвесь,&lt;br /&gt;</w:t>
        <w:br/>
        <w:t>Душа болить і плаче?</w:t>
      </w:r>
    </w:p>
    <w:p>
      <w:r>
        <w:br/>
        <w:t>Нехай ти тінь, мана, дім з карт&lt;br /&gt;</w:t>
        <w:br/>
        <w:t>І мрія молодеча,&lt;br /&gt;</w:t>
        <w:br/>
        <w:t>Без тебе жить — безглуздий жарт,&lt;br /&gt;</w:t>
        <w:br/>
        <w:t>І світ весь — порожнеча.</w:t>
      </w:r>
    </w:p>
    <w:p>
      <w:r>
        <w:br/>
        <w:t>Як той Шлеміль, що стратив тінь,&lt;br /&gt;</w:t>
        <w:br/>
        <w:t>Ходжу я, мов заклятий,&lt;br /&gt;</w:t>
        <w:br/>
        <w:t>Весь світ не годен заповнить&lt;br /&gt;</w:t>
        <w:br/>
        <w:t>Мені твоєї страти.</w:t>
      </w:r>
    </w:p>
    <w:p>
      <w:r>
        <w:br/>
        <w:t>ЯК ПОЧУЄШ ВНОЧІ КРАЙ СВОЙОГО ВІКНА...</w:t>
      </w:r>
    </w:p>
    <w:p>
      <w:r>
        <w:br/>
        <w:t>Як почуєш вночі край свойого вікна,&lt;br /&gt;</w:t>
        <w:br/>
        <w:t>Що щось плаче і хлипає важко,&lt;br /&gt;</w:t>
        <w:br/>
        <w:t>Не тривожся зовсім, не збавляй собі сна,&lt;br /&gt;</w:t>
        <w:br/>
        <w:t>Не дивися в той бік, моя пташко.</w:t>
      </w:r>
    </w:p>
    <w:p>
      <w:r>
        <w:br/>
        <w:t>То не та сирота, що без мами блука,&lt;br /&gt;</w:t>
        <w:br/>
        <w:t>Не голодний жебрак, моя зірко.&lt;br /&gt;</w:t>
        <w:br/>
        <w:t>Се розпука моя, невтишима тоска,&lt;br /&gt;</w:t>
        <w:br/>
        <w:t>Се любов моя плаче так гірко.</w:t>
      </w:r>
    </w:p>
    <w:p>
      <w:r>
        <w:br/>
        <w:t>Так прощай же, прощай, не чекай більш весни,&lt;br /&gt;</w:t>
        <w:br/>
        <w:t>Коли будуть цвісти верболози.&lt;br /&gt;</w:t>
        <w:br/>
        <w:t>І востаннє тобі, замість слів про любов,&lt;br /&gt;</w:t>
        <w:br/>
        <w:t>Посилаю я муки і сльози.</w:t>
      </w:r>
    </w:p>
    <w:p>
      <w:r>
        <w:br/>
        <w:t>Так прощай же, прощай, не чекай більш весни,&lt;br /&gt;</w:t>
        <w:br/>
        <w:t>Будь щаслива, весела, як завжди.&lt;br /&gt;</w:t>
        <w:br/>
        <w:t>Що було — схороню аж у серце на дно…&lt;br /&gt;</w:t>
        <w:br/>
        <w:t>Не шукай між людьми більше правди.</w:t>
      </w:r>
    </w:p>
    <w:p>
      <w:r>
        <w:br/>
        <w:t>СИПЛЕ, СИПЛЕ, СИПЛЕ СНІГ...</w:t>
      </w:r>
    </w:p>
    <w:p>
      <w:r>
        <w:br/>
        <w:t>Сипле, сипле, сипле сніг.&lt;br /&gt;</w:t>
        <w:br/>
        <w:t>З неба сірої безодні&lt;br /&gt;</w:t>
        <w:br/>
        <w:t>Міріадами летять&lt;br /&gt;</w:t>
        <w:br/>
        <w:t>Ті метелики холодні.</w:t>
      </w:r>
    </w:p>
    <w:p>
      <w:r>
        <w:br/>
        <w:t>Одностайні, мов жура,&lt;br /&gt;</w:t>
        <w:br/>
        <w:t>Зимні, мов лихая доля,&lt;br /&gt;</w:t>
        <w:br/>
        <w:t>Присипають все життя,&lt;br /&gt;</w:t>
        <w:br/>
        <w:t>Всю красу лугів і поля.</w:t>
      </w:r>
    </w:p>
    <w:p>
      <w:r>
        <w:br/>
        <w:t>Білий килим забуття,&lt;br /&gt;</w:t>
        <w:br/>
        <w:t>Одубіння, отупіння&lt;br /&gt;</w:t>
        <w:br/>
        <w:t>Все покрив, стискає все&lt;br /&gt;</w:t>
        <w:br/>
        <w:t>До найглибшого коріння.</w:t>
      </w:r>
    </w:p>
    <w:p>
      <w:r>
        <w:br/>
        <w:t>Сипле, сипле, сипле сніг,&lt;br /&gt;</w:t>
        <w:br/>
        <w:t>Килим важче налягає…&lt;br /&gt;</w:t>
        <w:br/>
        <w:t>Молодий огонь в душі&lt;br /&gt;</w:t>
        <w:br/>
        <w:t>Меркне, слабне, погасає.</w:t>
      </w:r>
    </w:p>
    <w:p>
      <w:r>
        <w:br/>
        <w:t>ТРЕТІЙ ЖМУТОК&lt;br /&gt;</w:t>
        <w:br/>
        <w:t>(1896)</w:t>
      </w:r>
    </w:p>
    <w:p>
      <w:r>
        <w:br/>
        <w:t>ПОКОЇК І КУХНЯ, ДВА ВІКНА В ПАРТЕРІ...</w:t>
      </w:r>
    </w:p>
    <w:p>
      <w:r>
        <w:br/>
        <w:t>Покоїк і кухня, два вікна в партері,&lt;br /&gt;</w:t>
        <w:br/>
        <w:t>На вікнах з квітками вазонки,&lt;br /&gt;</w:t>
        <w:br/>
        <w:t>В покою два ліжка, підхилені двері,&lt;br /&gt;</w:t>
        <w:br/>
        <w:t>Над вікнами білі заслонки.</w:t>
      </w:r>
    </w:p>
    <w:p>
      <w:r>
        <w:br/>
        <w:t>На стінах годинник, п'ять-шість фотографій,&lt;br /&gt;</w:t>
        <w:br/>
        <w:t>Простенька комода під муром,&lt;br /&gt;</w:t>
        <w:br/>
        <w:t>Насеред покою стіл круглий, накритий&lt;br /&gt;</w:t>
        <w:br/>
        <w:t>І лампа на нім з абажуром.</w:t>
      </w:r>
    </w:p>
    <w:p>
      <w:r>
        <w:br/>
        <w:t>На кріслі при ньому сидить моє щастя,&lt;br /&gt;</w:t>
        <w:br/>
        <w:t>Само, у тужливій задумі:&lt;br /&gt;</w:t>
        <w:br/>
        <w:t>Когось дожидає, чийсь хід, мабуть, ловить&lt;br /&gt;</w:t>
        <w:br/>
        <w:t>У вуличнім гаморі й шумі.</w:t>
      </w:r>
    </w:p>
    <w:p>
      <w:r>
        <w:br/>
        <w:t>Когось дожидає… Та вже ж не для мене&lt;br /&gt;</w:t>
        <w:br/>
        <w:t>В очах її світло те блима!&lt;br /&gt;</w:t>
        <w:br/>
        <w:t>Я, сумерком вкритий, на вулиці стою,&lt;br /&gt;</w:t>
        <w:br/>
        <w:t>У рай той закрався очима.</w:t>
      </w:r>
    </w:p>
    <w:p>
      <w:r>
        <w:br/>
        <w:t>Ось тут моє щастя! Як близько! Як близько!&lt;br /&gt;</w:t>
        <w:br/>
        <w:t>Та як же ж далеко навіки!&lt;br /&gt;</w:t>
        <w:br/>
        <w:t>І крається серце, та висохли сльози,&lt;br /&gt;</w:t>
        <w:br/>
        <w:t>Огнем лиш пашіють повіки.</w:t>
      </w:r>
    </w:p>
    <w:p>
      <w:r>
        <w:br/>
        <w:t>Гаряче чоло я в долоні зціпивши,&lt;br /&gt;</w:t>
        <w:br/>
        <w:t>Втікаю від тихої хати,&lt;br /&gt;</w:t>
        <w:br/>
        <w:t>Мов ранений звір той тікає у нетрі,&lt;br /&gt;</w:t>
        <w:br/>
        <w:t>Щоб в своїй берлозі здихати.</w:t>
      </w:r>
    </w:p>
    <w:p>
      <w:r>
        <w:br/>
        <w:t>Я ХТІВ ЖИТТЮ КІНЕЦЬ ЗРОБИТЬ...</w:t>
      </w:r>
    </w:p>
    <w:p>
      <w:r>
        <w:br/>
        <w:t>Я хтів життю кінець зробить,&lt;br /&gt;</w:t>
        <w:br/>
        <w:t>Марну лушпину геть розбить,&lt;br /&gt;</w:t>
        <w:br/>
        <w:t>Хотів зусиллям власних рук&lt;br /&gt;</w:t>
        <w:br/>
        <w:t>Здобути вихід з страшних мук,&lt;br /&gt;</w:t>
        <w:br/>
        <w:t>Хотів я вирваться з ярма&lt;br /&gt;</w:t>
        <w:br/>
        <w:t>Твойого чару — та дарма!&lt;br /&gt;</w:t>
        <w:br/>
        <w:t>Зусиллям всім неперекір&lt;br /&gt;</w:t>
        <w:br/>
        <w:t>У мні трусливий, підлий звір&lt;br /&gt;</w:t>
        <w:br/>
        <w:t>Бунтуєсь, плаче, мов дитя, —&lt;br /&gt;</w:t>
        <w:br/>
        <w:t>Сліпая привичка життя,&lt;br /&gt;</w:t>
        <w:br/>
        <w:t>Прив'язання до тих кутів,&lt;br /&gt;</w:t>
        <w:br/>
        <w:t>Де я не жив, а животів,&lt;br /&gt;</w:t>
        <w:br/>
        <w:t>До праці, що з'їдає дни,&lt;br /&gt;</w:t>
        <w:br/>
        <w:t>А замість рож дає терни,&lt;br /&gt;</w:t>
        <w:br/>
        <w:t>До того краю, що, мов смок,&lt;br /&gt;</w:t>
        <w:br/>
        <w:t>Із серця ссе найкращий сок,&lt;br /&gt;</w:t>
        <w:br/>
        <w:t>Аж висхне віра в нім жива, —&lt;br /&gt;</w:t>
        <w:br/>
        <w:t>Тоді отрути долива.&lt;br /&gt;</w:t>
        <w:br/>
        <w:t>Я чую се — не варто жить,&lt;br /&gt;</w:t>
        <w:br/>
        <w:t>Життям не варто дорожить,&lt;br /&gt;</w:t>
        <w:br/>
        <w:t>Тебе утративши навік,&lt;br /&gt;</w:t>
        <w:br/>
        <w:t>Я чую се — єдиний лік,&lt;br /&gt;</w:t>
        <w:br/>
        <w:t>Се кулька в лоб. Та що ж, хитка&lt;br /&gt;</w:t>
        <w:br/>
        <w:t>Не піднімається рука.</w:t>
      </w:r>
    </w:p>
    <w:p>
      <w:r>
        <w:br/>
        <w:t>Увесь свій жаль, увесь свій біль&lt;br /&gt;</w:t>
        <w:br/>
        <w:t>Хтів я в одну звернути ціль,&lt;br /&gt;</w:t>
        <w:br/>
        <w:t>В один набій страшний, як грім,&lt;br /&gt;</w:t>
        <w:br/>
        <w:t>Зібрать свою всю силу в нім&lt;br /&gt;</w:t>
        <w:br/>
        <w:t>І вилить голосно, мов дзвін,&lt;br /&gt;</w:t>
        <w:br/>
        <w:t>Остатній спів, страшний проклін,&lt;br /&gt;</w:t>
        <w:br/>
        <w:t>Такий проклін, щоб мерзла кров,&lt;br /&gt;</w:t>
        <w:br/>
        <w:t>В ненависть зстилася любов,&lt;br /&gt;</w:t>
        <w:br/>
        <w:t>Змінялась радість в темний сум,&lt;br /&gt;</w:t>
        <w:br/>
        <w:t>І щоб краси не бачив ум,&lt;br /&gt;</w:t>
        <w:br/>
        <w:t>І щоби уст цурався сміх,&lt;br /&gt;</w:t>
        <w:br/>
        <w:t>І від повік би сон відбіг,&lt;br /&gt;</w:t>
        <w:br/>
        <w:t>Тюрмою б весь зробився світ&lt;br /&gt;</w:t>
        <w:br/>
        <w:t>І в лоні мами гиб би плід —&lt;br /&gt;</w:t>
        <w:br/>
        <w:t>І сей проклін, душе моя,&lt;br /&gt;</w:t>
        <w:br/>
        <w:t>Хотів на тебе кинуть я&lt;br /&gt;</w:t>
        <w:br/>
        <w:t>За насміх твій, за весь твій чар,&lt;br /&gt;</w:t>
        <w:br/>
        <w:t>За той болючий, клятий дар —&lt;br /&gt;</w:t>
        <w:br/>
        <w:t>З тернових колючок букет.&lt;br /&gt;</w:t>
        <w:br/>
        <w:t>Та в серці мойому поет&lt;br /&gt;</w:t>
        <w:br/>
        <w:t>Бунтуєсь, плаче, мов дитя,&lt;br /&gt;</w:t>
        <w:br/>
        <w:t>Для нього ти краса життя,&lt;br /&gt;</w:t>
        <w:br/>
        <w:t>Струя чуття, пісень пора —&lt;br /&gt;</w:t>
        <w:br/>
        <w:t>Проклін у горлі завмира.</w:t>
      </w:r>
    </w:p>
    <w:p>
      <w:r>
        <w:br/>
        <w:t>ТРИЧІ МЕНІ ЯВЛЯЛАСЯ ЛЮБОВ...</w:t>
      </w:r>
    </w:p>
    <w:p>
      <w:r>
        <w:br/>
        <w:t>Тричі мені являлася любов.&lt;br /&gt;</w:t>
        <w:br/>
        <w:t>Одна несміла, як лілея біла,&lt;br /&gt;</w:t>
        <w:br/>
        <w:t>З зітхання й мрій уткана, із обснов</w:t>
      </w:r>
    </w:p>
    <w:p>
      <w:r>
        <w:br/>
        <w:t>Сріблястих, мов метелик, підлетіла.&lt;br /&gt;</w:t>
        <w:br/>
        <w:t>Купав її в рожевих блисках май,&lt;br /&gt;</w:t>
        <w:br/>
        <w:t>На пурпуровій хмарі вранці сіла</w:t>
      </w:r>
    </w:p>
    <w:p>
      <w:r>
        <w:br/>
        <w:t>І бачила довкола рай і рай!&lt;br /&gt;</w:t>
        <w:br/>
        <w:t>Вона була невинна, як дитина,&lt;br /&gt;</w:t>
        <w:br/>
        <w:t>Пахуча, як розцвілий свіжо гай.</w:t>
      </w:r>
    </w:p>
    <w:p>
      <w:r>
        <w:br/>
        <w:t>Явилась друга — гордая княгиня,&lt;br /&gt;</w:t>
        <w:br/>
        <w:t>Бліда, мов місяць, тиха та сумна,&lt;br /&gt;</w:t>
        <w:br/>
        <w:t>Таємна й недоступна, мов святиня.</w:t>
      </w:r>
    </w:p>
    <w:p>
      <w:r>
        <w:br/>
        <w:t>Мене рукою зимною вона&lt;br /&gt;</w:t>
        <w:br/>
        <w:t>Відсунула і шепнула таємно:&lt;br /&gt;</w:t>
        <w:br/>
        <w:t>"Мені не жить, тож най умру одна!"</w:t>
      </w:r>
    </w:p>
    <w:p>
      <w:r>
        <w:br/>
        <w:t>І мовчки щезла там, де вічно темнно.&lt;br /&gt;</w:t>
        <w:br/>
        <w:t>Явилась третя — женщина чи звір?&lt;br /&gt;</w:t>
        <w:br/>
        <w:t>Глядиш на неї — і очам приємно,</w:t>
      </w:r>
    </w:p>
    <w:p>
      <w:r>
        <w:br/>
        <w:t>Впивається її красою зір.&lt;br /&gt;</w:t>
        <w:br/>
        <w:t>То разом страх бере, душа холоне&lt;br /&gt;</w:t>
        <w:br/>
        <w:t>І сила розпливається в простір.</w:t>
      </w:r>
    </w:p>
    <w:p>
      <w:r>
        <w:br/>
        <w:t>Спершу я думав, що бокує, тоне&lt;br /&gt;</w:t>
        <w:br/>
        <w:t>Десь в тіні, що на мене й не зирне —&lt;br /&gt;</w:t>
        <w:br/>
        <w:t>Та враз мов бухло полум'я червоне.</w:t>
      </w:r>
    </w:p>
    <w:p>
      <w:r>
        <w:br/>
        <w:t>За саме серце вхопила мене,&lt;br /&gt;</w:t>
        <w:br/>
        <w:t>Мов сфінкс, у душу кігтями вп'ялилась&lt;br /&gt;</w:t>
        <w:br/>
        <w:t>І смокче кров, і геть спокій жене.</w:t>
      </w:r>
    </w:p>
    <w:p>
      <w:r>
        <w:br/>
        <w:t>Минали дні, я думав: наситилась,&lt;br /&gt;</w:t>
        <w:br/>
        <w:t>Ослабне, щезне… Та дарма! Дарма!&lt;br /&gt;</w:t>
        <w:br/>
        <w:t>Вона мене й на хвилю не пустилась,</w:t>
      </w:r>
    </w:p>
    <w:p>
      <w:r>
        <w:br/>
        <w:t>Часом на груді моїй задріма,&lt;br /&gt;</w:t>
        <w:br/>
        <w:t>Та кігтями не покида стискати;&lt;br /&gt;</w:t>
        <w:br/>
        <w:t>То знов прокинесь, звільна підійма</w:t>
      </w:r>
    </w:p>
    <w:p>
      <w:r>
        <w:br/>
        <w:t>Півсонні вії, мов боїться втрати,&lt;br /&gt;</w:t>
        <w:br/>
        <w:t>І око в око зазира мені.&lt;br /&gt;</w:t>
        <w:br/>
        <w:t>І дивні іскри починають грати</w:t>
      </w:r>
    </w:p>
    <w:p>
      <w:r>
        <w:br/>
        <w:t>В її очах — такі яркі, страшні,&lt;br /&gt;</w:t>
        <w:br/>
        <w:t>Жагою повні, що аж серце стине.&lt;br /&gt;</w:t>
        <w:br/>
        <w:t>І разом щось таке в них там на дні</w:t>
      </w:r>
    </w:p>
    <w:p>
      <w:r>
        <w:br/>
        <w:t>Ворушиться солодке, мелодійне,&lt;br /&gt;</w:t>
        <w:br/>
        <w:t>Що забуваю рани, біль і страх,&lt;br /&gt;</w:t>
        <w:br/>
        <w:t>В марі тій бачу рай, добро єдине.</w:t>
      </w:r>
    </w:p>
    <w:p>
      <w:r>
        <w:br/>
        <w:t>І дармо дух мій, мов у сіті птах,&lt;br /&gt;</w:t>
        <w:br/>
        <w:t>Тріпочеться! Я чую, ясно чую,&lt;br /&gt;</w:t>
        <w:br/>
        <w:t>Як стелиться мені в безодню шлях</w:t>
      </w:r>
    </w:p>
    <w:p>
      <w:r>
        <w:br/>
        <w:t>І як я ним у пітьму помандрую.</w:t>
      </w:r>
    </w:p>
    <w:p>
      <w:r>
        <w:br/>
        <w:t>НАДХОДИТЬ НІЧ. БОЮСЬ Я ТОЇ НОЧІ!...</w:t>
      </w:r>
    </w:p>
    <w:p>
      <w:r>
        <w:br/>
        <w:t>Надходить ніч. Боюсь я тої ночі!&lt;br /&gt;</w:t>
        <w:br/>
        <w:t>Коли довкола світ увесь засне,&lt;br /&gt;</w:t>
        <w:br/>
        <w:t>Я тільки сам замкнуть не можу очі:&lt;br /&gt;</w:t>
        <w:br/>
        <w:t>Загиб спокій, і сон мина мене.</w:t>
      </w:r>
    </w:p>
    <w:p>
      <w:r>
        <w:br/>
        <w:t>Я сам сиджу і риюсь в своїй рані,&lt;br /&gt;</w:t>
        <w:br/>
        <w:t>І плачу й тужу, плачу і клену,&lt;br /&gt;</w:t>
        <w:br/>
        <w:t>І мрії всі летять, біжать, мов п'яні,&lt;br /&gt;</w:t>
        <w:br/>
        <w:t>До неї! Бачать лиш її одну.</w:t>
      </w:r>
    </w:p>
    <w:p>
      <w:r>
        <w:br/>
        <w:t>І бачиться, що з мріями отими&lt;br /&gt;</w:t>
        <w:br/>
        <w:t>Й душа моя летить із тіла геть;&lt;br /&gt;</w:t>
        <w:br/>
        <w:t>І щось, немов крилаті серафими,&lt;br /&gt;</w:t>
        <w:br/>
        <w:t>Несе її — і чую я їх лет.</w:t>
      </w:r>
    </w:p>
    <w:p>
      <w:r>
        <w:br/>
        <w:t>До мене ж безграничная тривога,&lt;br /&gt;</w:t>
        <w:br/>
        <w:t>Бліда розпука підсідає вмить,&lt;br /&gt;</w:t>
        <w:br/>
        <w:t>І чорні думи, мов з фортуни рога,&lt;br /&gt;</w:t>
        <w:br/>
        <w:t>На мене ллє, щоб світ мені затьмить.</w:t>
      </w:r>
    </w:p>
    <w:p>
      <w:r>
        <w:br/>
        <w:t>І бачиться, що я в якійсь безодні,&lt;br /&gt;</w:t>
        <w:br/>
        <w:t>Де холод, слизь і вітер, темно скрізь,&lt;br /&gt;</w:t>
        <w:br/>
        <w:t>І виють звірі, люті та голодні,&lt;br /&gt;</w:t>
        <w:br/>
        <w:t>І стогне бір, і гіллям б'ється ліс.</w:t>
      </w:r>
    </w:p>
    <w:p>
      <w:r>
        <w:br/>
        <w:t>Ось на розпутті я стою пустому&lt;br /&gt;</w:t>
        <w:br/>
        <w:t>І весь тремчу, гадюка серце ссе,&lt;br /&gt;</w:t>
        <w:br/>
        <w:t>Не видно шляху, тільки голос грому&lt;br /&gt;</w:t>
        <w:br/>
        <w:t>Якусь погрозу дикую несе.</w:t>
      </w:r>
    </w:p>
    <w:p>
      <w:r>
        <w:br/>
        <w:t>І я безсильний, хорий, і утома,&lt;br /&gt;</w:t>
        <w:br/>
        <w:t>Мов млинове каміння, тисне грудь, —&lt;br /&gt;</w:t>
        <w:br/>
        <w:t>Бездомний — я бажав би бути дома,&lt;br /&gt;</w:t>
        <w:br/>
        <w:t>В теплі бажав би, в щасті відітхнуть.</w:t>
      </w:r>
    </w:p>
    <w:p>
      <w:r>
        <w:br/>
        <w:t>Я, що так довго, гаряче кохаю&lt;br /&gt;</w:t>
        <w:br/>
        <w:t>І за любов знайшов погорду й глум,&lt;br /&gt;</w:t>
        <w:br/>
        <w:t>Бажаю хоч на хвилю бути в раю,&lt;br /&gt;</w:t>
        <w:br/>
        <w:t>Обнять тебе, ціль моїх мрій і дум.</w:t>
      </w:r>
    </w:p>
    <w:p>
      <w:r>
        <w:br/>
        <w:t>Обнять тебе, до серця пригорнути,&lt;br /&gt;</w:t>
        <w:br/>
        <w:t>Із твоїх уст солодкий нектар пить,&lt;br /&gt;</w:t>
        <w:br/>
        <w:t>В твоїх очах душею потонути,&lt;br /&gt;</w:t>
        <w:br/>
        <w:t>В твоїх обіймах згинуть і ожить.</w:t>
      </w:r>
    </w:p>
    <w:p>
      <w:r>
        <w:br/>
        <w:t>Та дощ січе, скрипить обмокле гілля,&lt;br /&gt;</w:t>
        <w:br/>
        <w:t>Вихри ревуть: "Дарма! Дарма! Дарма!"&lt;br /&gt;</w:t>
        <w:br/>
        <w:t>І заревло скажене божевілля&lt;br /&gt;</w:t>
        <w:br/>
        <w:t>У серці: "Ні! Чи ж виходу нема?</w:t>
      </w:r>
    </w:p>
    <w:p>
      <w:r>
        <w:br/>
        <w:t>Ні! Мусить буть! Не хочу погибати,&lt;br /&gt;</w:t>
        <w:br/>
        <w:t>Не знавши хоч на хвилечку її!&lt;br /&gt;</w:t>
        <w:br/>
        <w:t>Хоч би прийшлось і чорту душу дати,&lt;br /&gt;</w:t>
        <w:br/>
        <w:t>А сповняться бажання всі мої!"</w:t>
      </w:r>
    </w:p>
    <w:p>
      <w:r>
        <w:br/>
        <w:t>І чую, як при тих словах із мене&lt;br /&gt;</w:t>
        <w:br/>
        <w:t>Обпало щось, мов листя, мов краса,&lt;br /&gt;</w:t>
        <w:br/>
        <w:t>А щось влилося темне і студене, —&lt;br /&gt;</w:t>
        <w:br/>
        <w:t>Се віра в чорта, віра в чудеса.</w:t>
      </w:r>
    </w:p>
    <w:p>
      <w:r>
        <w:br/>
        <w:t>ЧОРТЕ, ДЕМОНЕ РОЗЛУКИ...</w:t>
      </w:r>
    </w:p>
    <w:p>
      <w:r>
        <w:br/>
        <w:t>Чорте, демоне розлуки,&lt;br /&gt;</w:t>
        <w:br/>
        <w:t>Несповнимих диких мрій,&lt;br /&gt;</w:t>
        <w:br/>
        <w:t>Недрімаючої муки&lt;br /&gt;</w:t>
        <w:br/>
        <w:t>І несправджених надій!</w:t>
      </w:r>
    </w:p>
    <w:p>
      <w:r>
        <w:br/>
        <w:t>Слухай голосу розпуки!&lt;br /&gt;</w:t>
        <w:br/>
        <w:t>Буду раб, невольник твій,&lt;br /&gt;</w:t>
        <w:br/>
        <w:t>Весь тобі віддамся в руки,&lt;br /&gt;</w:t>
        <w:br/>
        <w:t>Лиш те серце заспокій!</w:t>
      </w:r>
    </w:p>
    <w:p>
      <w:r>
        <w:br/>
        <w:t>Враз з тобою на страждання&lt;br /&gt;</w:t>
        <w:br/>
        <w:t>Я готов навік піти, —&lt;br /&gt;</w:t>
        <w:br/>
        <w:t>Лиш одно мені бажання&lt;br /&gt;</w:t>
        <w:br/>
        <w:t>Заспокій тепера ти.</w:t>
      </w:r>
    </w:p>
    <w:p>
      <w:r>
        <w:br/>
        <w:t>За один її цілунок&lt;br /&gt;</w:t>
        <w:br/>
        <w:t>Най горю сто тисяч літ!&lt;br /&gt;</w:t>
        <w:br/>
        <w:t>За любов її і ласку&lt;br /&gt;</w:t>
        <w:br/>
        <w:t>Дам я небо, рай, весь світ.</w:t>
      </w:r>
    </w:p>
    <w:p>
      <w:r>
        <w:br/>
        <w:t>І ВІН ЯВИВСЬ МЕНІ. НЕ ЯК МАРА РОГАТА...</w:t>
      </w:r>
    </w:p>
    <w:p>
      <w:r>
        <w:br/>
        <w:t>І він явивсь мені. Не як мара рогата,&lt;br /&gt;</w:t>
        <w:br/>
        <w:t>З копитами й хвостом, як виснила багата&lt;br /&gt;</w:t>
        <w:br/>
        <w:t>Уява давніх літ,&lt;br /&gt;</w:t>
        <w:br/>
        <w:t>А як приємний пан в плащі і пелерині,&lt;br /&gt;</w:t>
        <w:br/>
        <w:t>Що десь його я чув учора або нині, —&lt;br /&gt;</w:t>
        <w:br/>
        <w:t>Чи жид, чи єзуїт.</w:t>
      </w:r>
    </w:p>
    <w:p>
      <w:r>
        <w:br/>
        <w:t>Спинивсь. Лиця йому у пітьмі не видати.&lt;br /&gt;</w:t>
        <w:br/>
        <w:t>Зареготавсь та й ну мене в плече плескати.&lt;br /&gt;</w:t>
        <w:br/>
        <w:t>"Ха-ха! Ха-ха! Ха-ха!&lt;br /&gt;</w:t>
        <w:br/>
        <w:t>Ось новість! Куріоз! Ось диво природниче!&lt;br /&gt;</w:t>
        <w:br/>
        <w:t>Пан раціоналіст, безбожник — чорта кличе!&lt;br /&gt;</w:t>
        <w:br/>
        <w:t>Ще й душу напиха!</w:t>
      </w:r>
    </w:p>
    <w:p>
      <w:r>
        <w:br/>
        <w:t>Мій панцю, адже ж ви не віруєте в бога!&lt;br /&gt;</w:t>
        <w:br/>
        <w:t>Я ще недавно чув край вашого порога —&lt;br /&gt;</w:t>
        <w:br/>
        <w:t>Підслухую не раз —&lt;br /&gt;</w:t>
        <w:br/>
        <w:t>Як голосили ви так просто конфіскабль:&lt;br /&gt;</w:t>
        <w:br/>
        <w:t>"Ne croyant pas au Dieu je ne croye pas au diable!"&lt;br /&gt;</w:t>
        <w:br/>
        <w:t>Що ж сталось нині з вас?</w:t>
      </w:r>
    </w:p>
    <w:p>
      <w:r>
        <w:br/>
        <w:t>Невже ж я — а, pardon, що зараз не представивсь!&lt;br /&gt;</w:t>
        <w:br/>
        <w:t>Та думаю, що ви, хто я є, догадались —&lt;br /&gt;</w:t>
        <w:br/>
        <w:t>Невже ж я ближчий вам&lt;br /&gt;</w:t>
        <w:br/>
        <w:t>Чи можливіший вам здаюсь від пана бога?&lt;br /&gt;</w:t>
        <w:br/>
        <w:t>Чи легша вам здалась до сатани дорога,&lt;br /&gt;</w:t>
        <w:br/>
        <w:t>Аніж на небо там?</w:t>
      </w:r>
    </w:p>
    <w:p>
      <w:r>
        <w:br/>
        <w:t>Спасибі вам за се довір'я! Розумію!&lt;br /&gt;</w:t>
        <w:br/>
        <w:t>У вас бажанняі є, ви стратили надію,&lt;br /&gt;</w:t>
        <w:br/>
        <w:t>Сказали: як біда,&lt;br /&gt;</w:t>
        <w:br/>
        <w:t>То хоч до жида йди, чи пак до чорта; що там,&lt;br /&gt;</w:t>
        <w:br/>
        <w:t>Що стільки літ його мішали ви з болотом,&lt;br /&gt;</w:t>
        <w:br/>
        <w:t>Кричали: чорт — луда!</w:t>
      </w:r>
    </w:p>
    <w:p>
      <w:r>
        <w:br/>
        <w:t>Ось бачите, куди веде неосторожність!&lt;br /&gt;</w:t>
        <w:br/>
        <w:t>Ускочили в таке, що хоч вдаряйсь в побожність&lt;br /&gt;</w:t>
        <w:br/>
        <w:t>Або до чорта в путь!&lt;br /&gt;</w:t>
        <w:br/>
        <w:t>Та ще й з душею! Ах! Даруйте за нечемність!&lt;br /&gt;</w:t>
        <w:br/>
        <w:t>Сміяться мушу знов. Пекельна се приємність&lt;br /&gt;</w:t>
        <w:br/>
        <w:t>Від вас про душу чуть.</w:t>
      </w:r>
    </w:p>
    <w:p>
      <w:r>
        <w:br/>
        <w:t>Сто тисяч літ горіть готові? Ха-ха! Друже!&lt;br /&gt;</w:t>
        <w:br/>
        <w:t>Се спорий шмат часу! А ще недавно дуже&lt;br /&gt;</w:t>
        <w:br/>
        <w:t>Чи не казали ви:&lt;br /&gt;</w:t>
        <w:br/>
        <w:t>"Душа — то нервів рух?" Значить, загинуть нерви,&lt;br /&gt;</w:t>
        <w:br/>
        <w:t>То і душі капут! То як же се тепер ви&lt;br /&gt;</w:t>
        <w:br/>
        <w:t>Згубили з голови?</w:t>
      </w:r>
    </w:p>
    <w:p>
      <w:r>
        <w:br/>
        <w:t>І що ж, скажіть мені, оферта ваша варта?&lt;br /&gt;</w:t>
        <w:br/>
        <w:t>Се ж в газардовій грі фіктивна, кепська карта.&lt;br /&gt;</w:t>
        <w:br/>
        <w:t>Чи чесно се, скажіть?&lt;br /&gt;</w:t>
        <w:br/>
        <w:t>Вам хочесь те і те… конкретне, а мені ви&lt;br /&gt;</w:t>
        <w:br/>
        <w:t>Даєте пшик. Се стид! Не думав, що такі ви,&lt;br /&gt;</w:t>
        <w:br/>
        <w:t>І з чортом так не слід!</w:t>
      </w:r>
    </w:p>
    <w:p>
      <w:r>
        <w:br/>
        <w:t>А втім, голубчику, оферта ваша пізна!&lt;br /&gt;</w:t>
        <w:br/>
        <w:t>Та ваша душенька — се коршма та заїзна, —&lt;br /&gt;</w:t>
        <w:br/>
        <w:t>Давно в ній наш нічліг.&lt;br /&gt;</w:t>
        <w:br/>
        <w:t>Чи я дурний у вас добро те купувати,&lt;br /&gt;</w:t>
        <w:br/>
        <w:t>Що й без куповання швиденько буду мати&lt;br /&gt;</w:t>
        <w:br/>
        <w:t>Без клопотів усіх!</w:t>
      </w:r>
    </w:p>
    <w:p>
      <w:r>
        <w:br/>
        <w:t>І знайте ще одно. Ота, що так за нею&lt;br /&gt;</w:t>
        <w:br/>
        <w:t>Ви побиваєтесь і мучитесь душею,&lt;br /&gt;</w:t>
        <w:br/>
        <w:t>Є наша теж якраз.&lt;br /&gt;</w:t>
        <w:br/>
        <w:t>Спішіться ж, паночку, до пекла, як до балю!&lt;br /&gt;</w:t>
        <w:br/>
        <w:t>Там власноручно сам віддам вам вашу кралю.&lt;br /&gt;</w:t>
        <w:br/>
        <w:t>Au revoir у нас!"</w:t>
      </w:r>
    </w:p>
    <w:p>
      <w:r>
        <w:br/>
        <w:t>Ще раз зареготавсь і по плечі легенько&lt;br /&gt;</w:t>
        <w:br/>
        <w:t>Мене він поклепав та й геть пішов швиденько,&lt;br /&gt;</w:t>
        <w:br/>
        <w:t>Мов пильне діло мав.&lt;br /&gt;</w:t>
        <w:br/>
        <w:t>А я стояв, мов стовп, лице моє горіло,&lt;br /&gt;</w:t>
        <w:br/>
        <w:t>Стид душу жер; замість добуть, на що кортіло,&lt;br /&gt;</w:t>
        <w:br/>
        <w:t>Я ще від чорта облизня спіймав!</w:t>
      </w:r>
    </w:p>
    <w:p>
      <w:r>
        <w:br/>
        <w:t>МАТІНКО МОЯ РІДНЕСЕНЬКА!...</w:t>
      </w:r>
    </w:p>
    <w:p>
      <w:r>
        <w:br/>
        <w:t>Матінко моя ріднесенька!&lt;br /&gt;</w:t>
        <w:br/>
        <w:t>В нещасний час, у годину лиху&lt;br /&gt;</w:t>
        <w:br/>
        <w:t>Ти породила мене на світ!</w:t>
      </w:r>
    </w:p>
    <w:p>
      <w:r>
        <w:br/>
        <w:t>Чи в тяжкім грісі ти почала мене,&lt;br /&gt;</w:t>
        <w:br/>
        <w:t>Чи прокляв мене в твоїм лоні хто,&lt;br /&gt;</w:t>
        <w:br/>
        <w:t>Чи лиш доля отак надо мною смієсь?</w:t>
      </w:r>
    </w:p>
    <w:p>
      <w:r>
        <w:br/>
        <w:t>Не дала ти мені чарівної краси,&lt;br /&gt;</w:t>
        <w:br/>
        <w:t>Не дала мені сили, щоб стіни валить,&lt;br /&gt;</w:t>
        <w:br/>
        <w:t>Не дала мені роду почесного.</w:t>
      </w:r>
    </w:p>
    <w:p>
      <w:r>
        <w:br/>
        <w:t>Ти пустила мене сиротою у світ,&lt;br /&gt;</w:t>
        <w:br/>
        <w:t>Ти дала ще мені три недолі в наділ,&lt;br /&gt;</w:t>
        <w:br/>
        <w:t>Три недолі важкі, невідступнії.</w:t>
      </w:r>
    </w:p>
    <w:p>
      <w:r>
        <w:br/>
        <w:t>Що одна недоля — то серце м'яке,&lt;br /&gt;</w:t>
        <w:br/>
        <w:t>То співацькеє серце вразливеє,&lt;br /&gt;</w:t>
        <w:br/>
        <w:t>На красу, на добро податливе.</w:t>
      </w:r>
    </w:p>
    <w:p>
      <w:r>
        <w:br/>
        <w:t>А що друга недоля — то хлопський рід,&lt;br /&gt;</w:t>
        <w:br/>
        <w:t>То погорджений рід, замурований світ,&lt;br /&gt;</w:t>
        <w:br/>
        <w:t>То затроєний хліб, безславний гріб.</w:t>
      </w:r>
    </w:p>
    <w:p>
      <w:r>
        <w:br/>
        <w:t>А що третя недоля — то горда душа,&lt;br /&gt;</w:t>
        <w:br/>
        <w:t>Що нікого не впустить до свого нутра,&lt;br /&gt;</w:t>
        <w:br/>
        <w:t>Мов запертий огонь, сама в собі згора,</w:t>
      </w:r>
    </w:p>
    <w:p>
      <w:r>
        <w:br/>
        <w:t>Матінко моя ріднесенька!&lt;br /&gt;</w:t>
        <w:br/>
        <w:t>Не тужи ти за мною, не плач в самоті,&lt;br /&gt;</w:t>
        <w:br/>
        <w:t>Не клени, як почуєш, що я зробив!</w:t>
      </w:r>
    </w:p>
    <w:p>
      <w:r>
        <w:br/>
        <w:t>Не сумуй, що прийдеться самій доживать,&lt;br /&gt;</w:t>
        <w:br/>
        <w:t>Що прийдеться самій у гріб лягать,&lt;br /&gt;</w:t>
        <w:br/>
        <w:t>Що не буде кому очей затулить!</w:t>
      </w:r>
    </w:p>
    <w:p>
      <w:r>
        <w:br/>
        <w:t>Не клени своє бідне, безсиле дитя!&lt;br /&gt;</w:t>
        <w:br/>
        <w:t>Доки міг, то я тяг сю тачку життя,&lt;br /&gt;</w:t>
        <w:br/>
        <w:t>Та тепер я зламався і збився з пуття!</w:t>
      </w:r>
    </w:p>
    <w:p>
      <w:r>
        <w:br/>
        <w:t>Я не можу, не можу спинити того,&lt;br /&gt;</w:t>
        <w:br/>
        <w:t>Що, мов чорная хмара, на мене йде,&lt;br /&gt;</w:t>
        <w:br/>
        <w:t>Що, мов буря, здалека шумить-гуде!</w:t>
      </w:r>
    </w:p>
    <w:p>
      <w:r>
        <w:br/>
        <w:t>Я не хочу на світі завадою буть,&lt;br /&gt;</w:t>
        <w:br/>
        <w:t>Я не хочу вдуріть і живцем озвіріть —&lt;br /&gt;</w:t>
        <w:br/>
        <w:t>Радше темную ніч, аніж світло зустріть!</w:t>
      </w:r>
    </w:p>
    <w:p>
      <w:r>
        <w:br/>
        <w:t>ПІСНЕ, МОЯ ТИ ПІДСТРЕЛЕНА ПТАШКО...</w:t>
      </w:r>
    </w:p>
    <w:p>
      <w:r>
        <w:br/>
        <w:t>Пісне, моя ти підстрелена пташко,&lt;br /&gt;</w:t>
        <w:br/>
        <w:t>Мусиш замовкнуть і ти.&lt;br /&gt;</w:t>
        <w:br/>
        <w:t>Годі ридати і плакати тяжко,&lt;br /&gt;</w:t>
        <w:br/>
        <w:t>Час нам зо сцени зійти.</w:t>
      </w:r>
    </w:p>
    <w:p>
      <w:r>
        <w:br/>
        <w:t>Годі вглибляться у рану затрутую,&lt;br /&gt;</w:t>
        <w:br/>
        <w:t>Годі благать о любов.&lt;br /&gt;</w:t>
        <w:br/>
        <w:t>З кождою строфою, з кождою нутою&lt;br /&gt;</w:t>
        <w:br/>
        <w:t>Капає з серденька кров.</w:t>
      </w:r>
    </w:p>
    <w:p>
      <w:r>
        <w:br/>
        <w:t>З кождою строфою, з кождою нутою&lt;br /&gt;</w:t>
        <w:br/>
        <w:t>Слабшає відгомін твій…&lt;br /&gt;</w:t>
        <w:br/>
        <w:t>Пісне, напоєна горем-отрутою,&lt;br /&gt;</w:t>
        <w:br/>
        <w:t>Час тобі вже на спокій.</w:t>
      </w:r>
    </w:p>
    <w:p>
      <w:r>
        <w:br/>
        <w:t>ДУША БЕЗСМЕРТНА! ЖИТЬ ВІКОВІЧНО ЇЙ!...</w:t>
      </w:r>
    </w:p>
    <w:p>
      <w:r>
        <w:br/>
        <w:t>Душа безсмертна! Жить віковічно їй!&lt;br /&gt;</w:t>
        <w:br/>
        <w:t>Жорстока думка, дика фантазія,&lt;br /&gt;</w:t>
        <w:br/>
        <w:t>Лойоли гідна і Торквемади!&lt;br /&gt;</w:t>
        <w:br/>
        <w:t>Серце холоне і тьмиться розум.</w:t>
      </w:r>
    </w:p>
    <w:p>
      <w:r>
        <w:br/>
        <w:t>Носити вічно в серці лице твоє,&lt;br /&gt;</w:t>
        <w:br/>
        <w:t>І знать, що з другим зв'язана вічно ти,&lt;br /&gt;</w:t>
        <w:br/>
        <w:t>І бачить з ним тебе й томитись —&lt;br /&gt;</w:t>
        <w:br/>
        <w:t>Ох, навіть рай мені пеклом стане!</w:t>
      </w:r>
    </w:p>
    <w:p>
      <w:r>
        <w:br/>
        <w:t>Творця хвалити? За що хвалити його?&lt;br /&gt;</w:t>
        <w:br/>
        <w:t>Що в моїм серці сей розпалив огонь&lt;br /&gt;</w:t>
        <w:br/>
        <w:t>І в насміх призначив розлуку?&lt;br /&gt;</w:t>
        <w:br/>
        <w:t>Рай показав і затріснув браму!</w:t>
      </w:r>
    </w:p>
    <w:p>
      <w:r>
        <w:br/>
        <w:t>Та пану богу я не хочу блюзнить,&lt;br /&gt;</w:t>
        <w:br/>
        <w:t>Бо пощо вірних щирі чуття дразнить?&lt;br /&gt;</w:t>
        <w:br/>
        <w:t>Мов актор той, мечем махати&lt;br /&gt;</w:t>
        <w:br/>
        <w:t>На паперовії страхопуди?</w:t>
      </w:r>
    </w:p>
    <w:p>
      <w:r>
        <w:br/>
        <w:t>Я не романтик. Міфологічний дим&lt;br /&gt;</w:t>
        <w:br/>
        <w:t>Давно розвіявсь із голови мені;&lt;br /&gt;</w:t>
        <w:br/>
        <w:t>Мене не тішать ані страшать&lt;br /&gt;</w:t>
        <w:br/>
        <w:t>Привиди давньої віри млисті.</w:t>
      </w:r>
    </w:p>
    <w:p>
      <w:r>
        <w:br/>
        <w:t>Бо що ж є Дух той? Сам чоловік його&lt;br /&gt;</w:t>
        <w:br/>
        <w:t>Создав з нічого, в кождій порі й землі&lt;br /&gt;</w:t>
        <w:br/>
        <w:t>Дає йому свою подобу,&lt;br /&gt;</w:t>
        <w:br/>
        <w:t>Сам собі пана й тирана творить.</w:t>
      </w:r>
    </w:p>
    <w:p>
      <w:r>
        <w:br/>
        <w:t>Одно лиш вічне без початку й кінця,&lt;br /&gt;</w:t>
        <w:br/>
        <w:t>Живе і сильне, — се є матерія:&lt;br /&gt;</w:t>
        <w:br/>
        <w:t>Один атом її тривкіший,&lt;br /&gt;</w:t>
        <w:br/>
        <w:t>Ніж всі боги, всі Астарти й Ягве.</w:t>
      </w:r>
    </w:p>
    <w:p>
      <w:r>
        <w:br/>
        <w:t>Безмірне море, що заповня простір,&lt;br /&gt;</w:t>
        <w:br/>
        <w:t>А в тому морі вир повстає сям-там —&lt;br /&gt;</w:t>
        <w:br/>
        <w:t>Се планетарная система, —&lt;br /&gt;</w:t>
        <w:br/>
        <w:t>Вир той бурлить, і клекоче, й б'ється.</w:t>
      </w:r>
    </w:p>
    <w:p>
      <w:r>
        <w:br/>
        <w:t>В тім вирі хвилі — сонце, планети є,&lt;br /&gt;</w:t>
        <w:br/>
        <w:t>В них міліарди бомблів дрібних кишать,&lt;br /&gt;</w:t>
        <w:br/>
        <w:t>А в кождім бомблі щось там мріє,&lt;br /&gt;</w:t>
        <w:br/>
        <w:t>Міниться, піниться, поки не присне.</w:t>
      </w:r>
    </w:p>
    <w:p>
      <w:r>
        <w:br/>
        <w:t>Се наші мрії, се наша свідомість,&lt;br /&gt;</w:t>
        <w:br/>
        <w:t>Дрібненький бомблик в вирі матерії.&lt;br /&gt;</w:t>
        <w:br/>
        <w:t>Та бомблі згинуть, вир утихне,&lt;br /&gt;</w:t>
        <w:br/>
        <w:t>Щоб закрутиться знов десь-інде.</w:t>
      </w:r>
    </w:p>
    <w:p>
      <w:r>
        <w:br/>
        <w:t>Безцільно, вічно круговорот отсей&lt;br /&gt;</w:t>
        <w:br/>
        <w:t>Іде і йтиме; сонця, планет ряди&lt;br /&gt;</w:t>
        <w:br/>
        <w:t>І інфузорії дрібненькі,&lt;br /&gt;</w:t>
        <w:br/>
        <w:t>Всьому однакова тут дорога.</w:t>
      </w:r>
    </w:p>
    <w:p>
      <w:r>
        <w:br/>
        <w:t>Лише маленькі бомблики людськії,&lt;br /&gt;</w:t>
        <w:br/>
        <w:t>Що в них частинка виру відбилася,&lt;br /&gt;</w:t>
        <w:br/>
        <w:t>Міркують, мучаться, бажають&lt;br /&gt;</w:t>
        <w:br/>
        <w:t>Вічності море вмістити в собі.</w:t>
      </w:r>
    </w:p>
    <w:p>
      <w:r>
        <w:br/>
        <w:t>І уявляють вічність на образ свій,&lt;br /&gt;</w:t>
        <w:br/>
        <w:t>Дають свій вигляд, власну подобу їй,&lt;br /&gt;</w:t>
        <w:br/>
        <w:t>А там лякаються, мов діти,&lt;br /&gt;</w:t>
        <w:br/>
        <w:t>Мар, що породила їх уява.</w:t>
      </w:r>
    </w:p>
    <w:p>
      <w:r>
        <w:br/>
        <w:t>Я не дитина, я не лякаюсь мар,&lt;br /&gt;</w:t>
        <w:br/>
        <w:t>Неначе в'язень з дому тортур і кар,&lt;br /&gt;</w:t>
        <w:br/>
        <w:t>Душа моя на волю рветься&lt;br /&gt;</w:t>
        <w:br/>
        <w:t>В мами матерії лоні вснути.</w:t>
      </w:r>
    </w:p>
    <w:p>
      <w:r>
        <w:br/>
        <w:t>Бажає бомблик приснути радісно,&lt;br /&gt;</w:t>
        <w:br/>
        <w:t>Згасить болючу іскорку — свідомість,&lt;br /&gt;</w:t>
        <w:br/>
        <w:t>З людства свойого ні пилинки&lt;br /&gt;</w:t>
        <w:br/>
        <w:t>В вічність не хоче нести з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Зів'яле листя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