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клітка</w:t>
      </w:r>
    </w:p>
    <w:p>
      <w:r>
        <w:br/>
        <w:t xml:space="preserve"> Чоловік собі папугу&lt;br /&gt;</w:t>
        <w:br/>
        <w:t>Разом з кліткою купив.&lt;br /&gt;</w:t>
        <w:br/>
        <w:t>Позолочену ту клітку&lt;br /&gt;</w:t>
        <w:br/>
        <w:t>Аж до стелі причепив.&lt;br /&gt;</w:t>
        <w:br/>
        <w:t>А папуга, мов сказився,&lt;br /&gt;</w:t>
        <w:br/>
        <w:t>Не змовкає ні на мить.&lt;br /&gt;</w:t>
        <w:br/>
        <w:t>Так шалено репетує,&lt;br /&gt;</w:t>
        <w:br/>
        <w:t>Що аж клітка деренчить.&lt;br /&gt;</w:t>
        <w:br/>
        <w:t>І сказала кішка сіра,&lt;br /&gt;</w:t>
        <w:br/>
        <w:t>Що в людей отих жила:&lt;br /&gt;</w:t>
        <w:br/>
        <w:t>— А мені б отак кричати&lt;br /&gt;</w:t>
        <w:br/>
        <w:t>Господиня не дала.&lt;br /&gt;</w:t>
        <w:br/>
        <w:t>Я, буває, тільки нявкну,&lt;br /&gt;</w:t>
        <w:br/>
        <w:t>Лиш подам свій голосок,&lt;br /&gt;</w:t>
        <w:br/>
        <w:t>А хазяїн: — Геть за двері! —&lt;br /&gt;</w:t>
        <w:br/>
        <w:t>А хазяйка — за ціпок.&lt;br /&gt;</w:t>
        <w:br/>
        <w:t>— Не рівняйся ти зі мною, —&lt;br /&gt;</w:t>
        <w:br/>
        <w:t>Відповів папуга їй. —&lt;br /&gt;</w:t>
        <w:br/>
        <w:t>Хто ж ломакою дозволить&lt;br /&gt;</w:t>
        <w:br/>
        <w:t>Бить по клітці золотій?</w:t>
      </w:r>
    </w:p>
    <w:p>
      <w:r>
        <w:br/>
        <w:t>Ще чимало є на світі&lt;br /&gt;</w:t>
        <w:br/>
        <w:t>З привілеями папуг.&lt;br /&gt;</w:t>
        <w:br/>
        <w:t>Дров, буває, наламає —&lt;br /&gt;</w:t>
        <w:br/>
        <w:t>І не спікся, не попух,&lt;br /&gt;</w:t>
        <w:br/>
        <w:t>Ні пір'їночки не втратив, —&lt;br /&gt;</w:t>
        <w:br/>
        <w:t>І ви знаєте чому?&lt;br /&gt;</w:t>
        <w:br/>
        <w:t>Дуже високо забрався.&lt;br /&gt;</w:t>
        <w:br/>
        <w:t>Що ви зробите йому?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клітка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