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 листопада</w:t>
      </w:r>
    </w:p>
    <w:p>
      <w:r>
        <w:br/>
        <w:t xml:space="preserve"> (2 листопада)</w:t>
      </w:r>
    </w:p>
    <w:p>
      <w:r>
        <w:br/>
        <w:t>Зима. Що на селі робити нам? Стрічаю&lt;br /&gt;</w:t>
        <w:br/>
        <w:t>Слугу, що подає уранці чашку чаю,&lt;br /&gt;</w:t>
        <w:br/>
        <w:t>Питаннями: ну, як? Чи ще мете, чи ні?&lt;br /&gt;</w:t>
        <w:br/>
        <w:t>Пороша випала? чи варто встать мені&lt;br /&gt;</w:t>
        <w:br/>
        <w:t>І сісти у сідло, чи краще до обіда&lt;br /&gt;</w:t>
        <w:br/>
        <w:t>Возиться з давніми журналами сусіда?&lt;br /&gt;</w:t>
        <w:br/>
        <w:t>Пороша. Встаємо, і миттю на коня,&lt;br /&gt;</w:t>
        <w:br/>
        <w:t>І риссю по полях при першім світлі дня;&lt;br /&gt;</w:t>
        <w:br/>
        <w:t>Гарапники в руках, собаки вслід за нами;&lt;br /&gt;</w:t>
        <w:br/>
        <w:t>Уважно стежимо за лігвами й слідами;&lt;br /&gt;</w:t>
        <w:br/>
        <w:t>Кружляєм, нишпорим, шукаємо зайців —&lt;br /&gt;</w:t>
        <w:br/>
        <w:t>І двох проґавили. Додому час наспів.&lt;br /&gt;</w:t>
        <w:br/>
        <w:t>Ото пак весело! Вже й вечір: хуга виє,&lt;br /&gt;</w:t>
        <w:br/>
        <w:t>Свіча ледь блимає: у тузі серце ниє;&lt;br /&gt;</w:t>
        <w:br/>
        <w:t>Ковтаю краплями нудоту я гірку.&lt;br /&gt;</w:t>
        <w:br/>
        <w:t>Читати? Ні! Рядок чорніє по рядку,&lt;br /&gt;</w:t>
        <w:br/>
        <w:t>А думка десь літа... Я книгу закриваю,&lt;br /&gt;</w:t>
        <w:br/>
        <w:t>Беру перо, пишу; насильно вириваю&lt;br /&gt;</w:t>
        <w:br/>
        <w:t>У музи сонної розтріпані слова.&lt;br /&gt;</w:t>
        <w:br/>
        <w:t>До звука звук не йде... Втрачаю я права&lt;br /&gt;</w:t>
        <w:br/>
        <w:t>Усі над римою, служницею чудного:&lt;br /&gt;</w:t>
        <w:br/>
        <w:t>Вірш в'яло тягнеться, немов повитий млою.&lt;br /&gt;</w:t>
        <w:br/>
        <w:t>Змагання з лірою я облишаю сам&lt;br /&gt;</w:t>
        <w:br/>
        <w:t>І до вітальні йду; розмову чую там&lt;br /&gt;</w:t>
        <w:br/>
        <w:t>Про вибори близькі, про сахарні заводи;&lt;br /&gt;</w:t>
        <w:br/>
        <w:t>Хазяйка хмуриться за прикладом погоди,&lt;br /&gt;</w:t>
        <w:br/>
        <w:t>І шпицям сталевим увагу приділя&lt;br /&gt;</w:t>
        <w:br/>
        <w:t>Чи на червового ворожить короля.&lt;br /&gt;</w:t>
        <w:br/>
        <w:t>Нудьга! Так день по дню у самоті минає.&lt;br /&gt;</w:t>
        <w:br/>
        <w:t>Та як увечері в садибу завітає,&lt;br /&gt;</w:t>
        <w:br/>
        <w:t>Коли за шашками куняєм тихо ми,&lt;br /&gt;</w:t>
        <w:br/>
        <w:t>Сім'я кибиткою чи древніми саньми —&lt;br /&gt;</w:t>
        <w:br/>
        <w:t>Старенька з буклями і з нею дві дівиці&lt;br /&gt;</w:t>
        <w:br/>
        <w:t>(Дві панночки стрункі, біляві дві сестриці),—&lt;br /&gt;</w:t>
        <w:br/>
        <w:t>Як міниться тоді похмура сторона,&lt;br /&gt;</w:t>
        <w:br/>
        <w:t>Як, боже мій, життям займається вона!&lt;br /&gt;</w:t>
        <w:br/>
        <w:t>Спочатку погляди, немовби випадкові,&lt;br /&gt;</w:t>
        <w:br/>
        <w:t>А далі жвавості все більше у розмові,&lt;br /&gt;</w:t>
        <w:br/>
        <w:t>А там і дружній сміх, і співанки гуртом,&lt;br /&gt;</w:t>
        <w:br/>
        <w:t>І вальси, й пустощі, і шепіт за столом,&lt;br /&gt;</w:t>
        <w:br/>
        <w:t>І млосні погляди, і жарти, й ніжний подих,&lt;br /&gt;</w:t>
        <w:br/>
        <w:t>І зустріч потайна десь на вузеньких сходах;&lt;br /&gt;</w:t>
        <w:br/>
        <w:t>І діва в присмерку на ґанку вже стоїть:&lt;br /&gt;</w:t>
        <w:br/>
        <w:t>Відкриті шия й грудь, в обличчя сніг летить,&lt;br /&gt;</w:t>
        <w:br/>
        <w:t>Та бурі півночі не шкодять руській розі.&lt;br /&gt;</w:t>
        <w:br/>
        <w:t>Цілунок як жаркий палає на морозі!&lt;br /&gt;</w:t>
        <w:br/>
        <w:t>Як руська дівчина цвіте серед снігів!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листопада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