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Аж серце стисне, як згадаю</w:t>
      </w:r>
    </w:p>
    <w:p>
      <w:r>
        <w:br/>
        <w:t xml:space="preserve"> Аж серце стисне, як згадаю&lt;br /&gt;</w:t>
        <w:br/>
        <w:t>Забуті давні дні, коли&lt;br /&gt;</w:t>
        <w:br/>
        <w:t>Спокійний світ лежав без краю&lt;br /&gt;</w:t>
        <w:br/>
        <w:t>І люди мирно ще жили.</w:t>
      </w:r>
    </w:p>
    <w:p>
      <w:r>
        <w:br/>
        <w:t>Все зрушилось навколо тебе,&lt;br /&gt;</w:t>
        <w:br/>
        <w:t>Нужда й гризо?та скрізь тепер,&lt;br /&gt;</w:t>
        <w:br/>
        <w:t>Неначе бог помер у небі&lt;br /&gt;</w:t>
        <w:br/>
        <w:t>І в пеклі чорт давно помер.</w:t>
      </w:r>
    </w:p>
    <w:p>
      <w:r>
        <w:br/>
        <w:t>А навкруги таке страждання,&lt;br /&gt;</w:t>
        <w:br/>
        <w:t>Таке холодне люте зло,&lt;br /&gt;</w:t>
        <w:br/>
        <w:t>Коли б не крихітка кохання,&lt;br /&gt;</w:t>
        <w:br/>
        <w:t>Навряд чи й можна б жить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Аж серце стисне, як згадаю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