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Барильце</w:t>
      </w:r>
    </w:p>
    <w:p>
      <w:r>
        <w:br/>
        <w:t xml:space="preserve"> &lt;p&gt;Адольфові Таверньє</w:t>
      </w:r>
    </w:p>
    <w:p>
      <w:r>
        <w:br/>
        <w:t>Хазяїн Шіко, епревільський шинкар, спинив свою бідку перед фермою тітки Маглуар. То був високий чолов’яга сорока років, червоний і череватий; ішла поголоска, що він здатний на все лихе.</w:t>
      </w:r>
    </w:p>
    <w:p>
      <w:r>
        <w:br/>
        <w:t>Він прив’язав коня до стовпа в воротах і ввійшов у двір. У нього були землі, суміжні з садибою старої, і він уже давно накидав оком на її грунти. Разів із двадцять пробував купити ділянку, але тітка Маглуар уперто відмовляла.</w:t>
      </w:r>
    </w:p>
    <w:p>
      <w:r>
        <w:br/>
        <w:t>— Тут я народилася, тут і помру, — казала вона.</w:t>
      </w:r>
    </w:p>
    <w:p>
      <w:r>
        <w:br/>
        <w:t>Він застав її коло дверей — вона чистила картоплю. У свої сімдесят два роки, суха, зморщена, зігнута, жінка була невтомна, як молода дівчина. Шіко ляснув її дружньо по спині й присів поряд на стілець.</w:t>
      </w:r>
    </w:p>
    <w:p>
      <w:r>
        <w:br/>
        <w:t>— Ну, тітко, як здоров’ячко?</w:t>
      </w:r>
    </w:p>
    <w:p>
      <w:r>
        <w:br/>
        <w:t>— Та нічого, а ви як, хазяїне Проспере?</w:t>
      </w:r>
    </w:p>
    <w:p>
      <w:r>
        <w:br/>
        <w:t>— Ех! Коли б не ревматизм, було б усе гаразд.</w:t>
      </w:r>
    </w:p>
    <w:p>
      <w:r>
        <w:br/>
        <w:t>— То й добре.</w:t>
      </w:r>
    </w:p>
    <w:p>
      <w:r>
        <w:br/>
        <w:t>І вона замовкла. Шіко дивився, як вона справлялася з роботою. Її покорчені, криві, тверді, як краб’ячі клешні, пальці, немов лещатами, хапали сірувату картоплину; вона спритно повертала її, знімаючи довгу стрічку лушпиння лезом ножа, який тримала в другій руці. Чисту жовту картоплину кидала у відро з водою. Троє відважних курок підходили по одній аж до її пелени, хапали лушпиння й прожогом тікали, несучи здобич у дзьобі.</w:t>
      </w:r>
    </w:p>
    <w:p>
      <w:r>
        <w:br/>
        <w:t>Шіко, здавалось, ніяковів, вагався, маючи сказати щось, але слова не йшли йому з язика. Нарешті він зважився:</w:t>
      </w:r>
    </w:p>
    <w:p>
      <w:r>
        <w:br/>
        <w:t>— Скажіть-но, тітко Маглуар…</w:t>
      </w:r>
    </w:p>
    <w:p>
      <w:r>
        <w:br/>
        <w:t>— А що ви хотіли?</w:t>
      </w:r>
    </w:p>
    <w:p>
      <w:r>
        <w:br/>
        <w:t>— Та оця ферма, ви все-таки не хочете мені її продати?</w:t>
      </w:r>
    </w:p>
    <w:p>
      <w:r>
        <w:br/>
        <w:t>— От цього вже ні. І не думайте. Це вирішено, вирішено й не переінакшиться.</w:t>
      </w:r>
    </w:p>
    <w:p>
      <w:r>
        <w:br/>
        <w:t>— Бачте, я надумав таку угоду, щоб і вам, і мені було вигідно.</w:t>
      </w:r>
    </w:p>
    <w:p>
      <w:r>
        <w:br/>
        <w:t>— А що таке?</w:t>
      </w:r>
    </w:p>
    <w:p>
      <w:r>
        <w:br/>
        <w:t>— Та от. Ферму ви мені продаєте, а вона все ж за вами залишиться. Розумієте? От послухайте моєї ради.</w:t>
      </w:r>
    </w:p>
    <w:p>
      <w:r>
        <w:br/>
        <w:t>Стара перестала чистити городину, її жваві очі з-під змарнілих повік утупились у шинкаря.</w:t>
      </w:r>
    </w:p>
    <w:p>
      <w:r>
        <w:br/>
        <w:t>Він провадив далі:</w:t>
      </w:r>
    </w:p>
    <w:p>
      <w:r>
        <w:br/>
        <w:t>— Я зараз поясню. Я даю вам щомісяця сто п’ятдесят франків. Ви добре чуєте — щомісяця привожу вам аж сюди в своїй бідці тридцять екю по сто су. І більш нічого не міняється, ну нічогісінько; ви лишаєтесь на своїй фермі, вам нема до мене ніякого діла, ви мені нічого не винні. Тільки й вашої роботи, що брати з мене гроші. Це вам підходить?</w:t>
      </w:r>
    </w:p>
    <w:p>
      <w:r>
        <w:br/>
        <w:t>Він дивився на неї весело й приязно.</w:t>
      </w:r>
    </w:p>
    <w:p>
      <w:r>
        <w:br/>
        <w:t>Стара недовірливо озирала його, роздумуючи, де саме тут пастка. Вона спитала:</w:t>
      </w:r>
    </w:p>
    <w:p>
      <w:r>
        <w:br/>
        <w:t>— Мені-то вигідно, а для вас ця ферма так-таки нічого й не дає?</w:t>
      </w:r>
    </w:p>
    <w:p>
      <w:r>
        <w:br/>
        <w:t>Він промовив:</w:t>
      </w:r>
    </w:p>
    <w:p>
      <w:r>
        <w:br/>
        <w:t>— Не турбуйтесь про це. Житимете, скільки Господь вам поможе. Ви ж у себе вдома. Тільки заготуєте в нотаріуса папірець, що після вас ферма переходить мені. У вас нема дітей, хіба що племінники, ну то ви їм нічого не винні. Ну як, підходить? Ви дбаєте про своє добро до кінця свого віку, а я щомісяця даю вам тридцять екю по сто су. Це дуже для вас вигідно.</w:t>
      </w:r>
    </w:p>
    <w:p>
      <w:r>
        <w:br/>
        <w:t>Хоч стара все ще непокоїлась і дивувалась, але вже піддалася спокусі. Вона промовила:</w:t>
      </w:r>
    </w:p>
    <w:p>
      <w:r>
        <w:br/>
        <w:t>— Я не кажу "ні". Але я хочу як слід розміркувати. Приїздіть на тому тижні, побалакаємо, і я дам вам відповідь.</w:t>
      </w:r>
    </w:p>
    <w:p>
      <w:r>
        <w:br/>
        <w:t>І дядько Шіко поїхав, задоволений, немов король, який тільки-но завоював цілу імперію.</w:t>
      </w:r>
    </w:p>
    <w:p>
      <w:r>
        <w:br/>
        <w:t>Тітка Маглуар була стурбована. Тієї ночі вона не спала. Чотири дні трусила її пропасниця вагання. Вона вчувала щось недобре в цій справі, але думка про тридцять екю, про це прекрасне, дзвінке срібло, що, немовби з неба, просиплеться в її фартух і для якого нічого не треба робити, — ця думка страшенно її спокушала.</w:t>
      </w:r>
    </w:p>
    <w:p>
      <w:r>
        <w:br/>
        <w:t>Отож вона пішла до нотаріуса й розповіла свою справу. Він порадив їй згодитись на пропозицію Шіко, але правити з нього п’ятдесят екю по сто су замість тридцяти, бо її ферма щонайменш коштує шістдесят тисяч франків.</w:t>
      </w:r>
    </w:p>
    <w:p>
      <w:r>
        <w:br/>
        <w:t>— Якщо ви проживете ще п'ятнадцять років, — сказав нотаріус, — то й тоді він заплатить за неї тільки сорок п’ять тисяч франків.</w:t>
      </w:r>
    </w:p>
    <w:p>
      <w:r>
        <w:br/>
        <w:t>У старої закалатало серце, коли вона почула про п’ятдесят екю щомісяця, але вона була насторожі, боячись усяких випадковостей, прихованих хитрощів, і до самого вечора розпитувала нотаріуса, не зважуючись піти. Нарешті звеліла заготовити папір і повернулась додому схвильована, немов випила кухликів чотири молодого сидру.</w:t>
      </w:r>
    </w:p>
    <w:p>
      <w:r>
        <w:br/>
        <w:t>Коли Шіко приїхав по відповідь, вона примусила довго себе вмовляти, оголосивши, що не згодна, а тим часом її гриз страх, що він не згодиться на п’ятдесят монет по сто су. Та що він настоював, вона нарешті заявила свої вимоги.</w:t>
      </w:r>
    </w:p>
    <w:p>
      <w:r>
        <w:br/>
        <w:t>Шинкар підскочив з досади й відмовився.</w:t>
      </w:r>
    </w:p>
    <w:p>
      <w:r>
        <w:br/>
        <w:t>Тоді, щоб його переконати, вона почала висловлювати догадки, скільки вона може ще прожити.</w:t>
      </w:r>
    </w:p>
    <w:p>
      <w:r>
        <w:br/>
        <w:t>— Я, напевно, не проживу більш як п’ять-шість років. Тепер мені сімдесят три, а до того я ще й слаба. Якось увечері я була думала, що вже помираю. Так усе нутро й вивертало. Ледве до постелі дісталася.</w:t>
      </w:r>
    </w:p>
    <w:p>
      <w:r>
        <w:br/>
        <w:t>Але Шіко не приставав на такі умови.</w:t>
      </w:r>
    </w:p>
    <w:p>
      <w:r>
        <w:br/>
        <w:t>— Ну, ну, стара хитрухо, ви ще міцна, як церковіїий дзвін. Ви житимете щонайменш до ста років. Мене ви напевне поховаєте.</w:t>
      </w:r>
    </w:p>
    <w:p>
      <w:r>
        <w:br/>
        <w:t>Цілий день минув у суперечці. Стара ніяк не піддавалась, і шинкар, зрештою, погодився дати п’ятдесят екю.</w:t>
      </w:r>
    </w:p>
    <w:p>
      <w:r>
        <w:br/>
        <w:t>Другого дня вони підписали угоду. І тітка Маглуар узяла десять екю на могорич.</w:t>
      </w:r>
    </w:p>
    <w:p>
      <w:r>
        <w:br/>
        <w:t>Минуло три роки. Тітка Маглуар була міцна, як граб. Вона нітрохи не постаріла, і Шіко був, у розпачі. Йому здавалося, що він цілу вічність платить їй ренту, що його обдурено, обікд&gt;адено й зруйновано. Інколи він приїздив</w:t>
      </w:r>
    </w:p>
    <w:p>
      <w:r>
        <w:br/>
        <w:t>од відати стару фермерку, як ходять у липні в поле подивитись, чи колос уже стиглий на жнива. Тітка Маглуар зустрічала його з бісиками в очах. Вона нібито раділа, що утнула йому таку штуку, і Шіко швидко залазив на свою бідку, бурмочучи крізь зуби:</w:t>
      </w:r>
    </w:p>
    <w:p>
      <w:r>
        <w:br/>
        <w:t>— Ти таки не здихаєш, відьмо!</w:t>
      </w:r>
    </w:p>
    <w:p>
      <w:r>
        <w:br/>
        <w:t>Він не знав, що робити. Йому кортіло задушити її. Він ненавидів її лютою, похмурою ненавистю обкраденого селянина.</w:t>
      </w:r>
    </w:p>
    <w:p>
      <w:r>
        <w:br/>
        <w:t>І він пустився на хитрощі.</w:t>
      </w:r>
    </w:p>
    <w:p>
      <w:r>
        <w:br/>
        <w:t>Якось він приїхав до тітки Маглуар, радісно потираючи руки, як і того разу, коли запропонував угоду.</w:t>
      </w:r>
    </w:p>
    <w:p>
      <w:r>
        <w:br/>
        <w:t>Кілька хвилин пробалакавши, він сказав:</w:t>
      </w:r>
    </w:p>
    <w:p>
      <w:r>
        <w:br/>
        <w:t>— Скажіть, тітко, чом ви ніколи не зайдете до нас пообідати, як проїздите Евпревілем. Люди вже гомонять, що ми посварились, і це мені дуже прикро. Самі знаєте, платити вам не доведеться. Почастую обідом, я не скупий. Як тільки забажається, так і приходьте, не соромлячись, це мені буде тільки приємно.</w:t>
      </w:r>
    </w:p>
    <w:p>
      <w:r>
        <w:br/>
        <w:t>Тітці Маглуар не треба, було двічі повторювати, і через день, їдучи возом разом з наймитом Селестеном на базар, вона без церемоній поставила свого коня в стайню дядька Шіко й попросила обіцяний обід.</w:t>
      </w:r>
    </w:p>
    <w:p>
      <w:r>
        <w:br/>
        <w:t>Шинкар зустрів її привітно, як шановного гостя, подав на стіл курча, кров’яну й ліверну ковбасу, баранину й капусту з салом. Але стара, здержлива ще з дитинства, майже нічого не їла, бо завжди споживала тільки трохи юшки та скоринку хліба, намазану маслом.</w:t>
      </w:r>
    </w:p>
    <w:p>
      <w:r>
        <w:br/>
        <w:t>Розчарований Шіко стояв на своєму. Пила вона ще менше, а від кави рішуче відмовилась.</w:t>
      </w:r>
    </w:p>
    <w:p>
      <w:r>
        <w:br/>
        <w:t>Він спитав:</w:t>
      </w:r>
    </w:p>
    <w:p>
      <w:r>
        <w:br/>
        <w:t>— Але ж чарочку ви вип’єте?</w:t>
      </w:r>
    </w:p>
    <w:p>
      <w:r>
        <w:br/>
        <w:t>— Гаразд. Я не від того.</w:t>
      </w:r>
    </w:p>
    <w:p>
      <w:r>
        <w:br/>
        <w:t>Він крикнув на весь шинок:</w:t>
      </w:r>
    </w:p>
    <w:p>
      <w:r>
        <w:br/>
        <w:t>— Розалі, принеси горілки, найкращої, найміцнішої. І служниця принесла високу пляшку, прикрашену паперовим виноградним листом.</w:t>
      </w:r>
    </w:p>
    <w:p>
      <w:r>
        <w:br/>
        <w:t>Шіко налив дві чарки.</w:t>
      </w:r>
    </w:p>
    <w:p>
      <w:r>
        <w:br/>
        <w:t>— Покуштуйте, тітко, це — знаменита річ.</w:t>
      </w:r>
    </w:p>
    <w:p>
      <w:r>
        <w:br/>
        <w:t>Жінка почала пити потихеньку, маленькими ковтками, щоб довше посмакувати. Вона вицідила все до краплі й похвалила:</w:t>
      </w:r>
    </w:p>
    <w:p>
      <w:r>
        <w:br/>
        <w:t>— Ну, ну, оце-то горілка!</w:t>
      </w:r>
    </w:p>
    <w:p>
      <w:r>
        <w:br/>
        <w:t>Вона не договорила, як Шіко налив їй ще. Відмовлятись було вже пізно, вона смакувала другу чарку довго, як і першу.</w:t>
      </w:r>
    </w:p>
    <w:p>
      <w:r>
        <w:br/>
        <w:t>Шинкар умовляв випити ще й по третій, та вона не погоджувалась.</w:t>
      </w:r>
    </w:p>
    <w:p>
      <w:r>
        <w:br/>
        <w:t>Він наполягав:</w:t>
      </w:r>
    </w:p>
    <w:p>
      <w:r>
        <w:br/>
        <w:t>— Та, чуєте, це ж як молоко, я п’ю по десять, дванадцять чарок, і без ніякої шкоди. Вона йде непомітно. Ні в шлунку, ні в голові не лишається, сказати б, тане в роті. Нема нічого кращого для здоров’я.</w:t>
      </w:r>
    </w:p>
    <w:p>
      <w:r>
        <w:br/>
        <w:t>Старій дуже кортіло випити, і вона піддалась, але пів-чарки лишила.</w:t>
      </w:r>
    </w:p>
    <w:p>
      <w:r>
        <w:br/>
        <w:t>Тоді Шіко в пориві Щедрості вигукнув:</w:t>
      </w:r>
    </w:p>
    <w:p>
      <w:r>
        <w:br/>
        <w:t>— Ну раз вона вам подобається, то я дам вам барильце, щоб показати, який я вам приятель!</w:t>
      </w:r>
    </w:p>
    <w:p>
      <w:r>
        <w:br/>
        <w:t>Стара не відмовилась і поїхала, трохи п’яненька.</w:t>
      </w:r>
    </w:p>
    <w:p>
      <w:r>
        <w:br/>
        <w:t>Другого дня шинкар в’їхав у двір тітки Маглуар і витяг з повозки маленьке барильце з залізними обручами. Потім він захотів, щоб вона покуштувала й пересвідчилась, що це та сама горілка. І коли вони випили по три чарки, він сказав од’їжджаючи:</w:t>
      </w:r>
    </w:p>
    <w:p>
      <w:r>
        <w:br/>
        <w:t>— І знаєте, як вона вийде, в мене є ще, ви не соромтесь, я не скупий. Що швидше вип’єте, то приємніше мені буде.</w:t>
      </w:r>
    </w:p>
    <w:p>
      <w:r>
        <w:br/>
        <w:t>І виліз на свою біду.</w:t>
      </w:r>
    </w:p>
    <w:p>
      <w:r>
        <w:br/>
        <w:t>Навідався він знову через чотири дні. Стара сиділа перед дверима, збираючись різати хліб до юшки.</w:t>
      </w:r>
    </w:p>
    <w:p>
      <w:r>
        <w:br/>
        <w:t>Шіко підійшов, привітався, нахилився аж до обличчя тітки Маглуар, щоб відчути її віддих. Від неї тхнуло алкоголем. Тоді обличчя його проясніло.</w:t>
      </w:r>
    </w:p>
    <w:p>
      <w:r>
        <w:br/>
        <w:t>— Ви ж почастуєте мене чарочкою? — сказав він.</w:t>
      </w:r>
    </w:p>
    <w:p>
      <w:r>
        <w:br/>
        <w:t>І вони двічі чи тричі цокнулися.</w:t>
      </w:r>
    </w:p>
    <w:p>
      <w:r>
        <w:br/>
        <w:t>А скоро пройшла поголоска, що тітка Маглуар пиячить на самоті. Її піднімали то в кухні, то в дворі, то на довколишніх шляхах і приносили додому, п’яну мов хлющ.</w:t>
      </w:r>
    </w:p>
    <w:p>
      <w:r>
        <w:br/>
        <w:t>Шіко вже не їздив до неї, і коли йому говорили про селянку, він бурмотів з журливим виглядом:</w:t>
      </w:r>
    </w:p>
    <w:p>
      <w:r>
        <w:br/>
        <w:t>— Це ж нещастя, в її літах мати таку звичку. Бо, бачите, як старий, то вже сил бракує. Коли б не сталося лиха!</w:t>
      </w:r>
    </w:p>
    <w:p>
      <w:r>
        <w:br/>
        <w:t>І, справді, з нею сталося лихо. Тієї зими перед Різдвом вона п’яна упала в сніг і померла.</w:t>
      </w:r>
    </w:p>
    <w:p>
      <w:r>
        <w:br/>
        <w:t>І дядько Шіко, що дістав у спадщину її ферму, казав:</w:t>
      </w:r>
    </w:p>
    <w:p>
      <w:r>
        <w:br/>
        <w:t>— Ото дурна! Якби вона не пиячила, то прожила б іще років десять.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Барильце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