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і Мухи</w:t>
      </w:r>
    </w:p>
    <w:p>
      <w:r>
        <w:br/>
        <w:t xml:space="preserve"> Хтось Мухам набрехав,&lt;br /&gt;</w:t>
        <w:br/>
        <w:t>Що на чужині краще жити,&lt;br /&gt;</w:t>
        <w:br/>
        <w:t>Що слід усім туди летіти,&lt;br /&gt;</w:t>
        <w:br/>
        <w:t>Хто щастя тут не мав.&lt;br /&gt;</w:t>
        <w:br/>
        <w:t>Наслухались дві Мухи того дива&lt;br /&gt;</w:t>
        <w:br/>
        <w:t>(Про се найбільше Чміль гудів).&lt;br /&gt;</w:t>
        <w:br/>
        <w:t>— Тут,— кажуть,— доля нещаслива,&lt;br /&gt;</w:t>
        <w:br/>
        <w:t>Дурний, хто досі не летів!&lt;br /&gt;</w:t>
        <w:br/>
        <w:t>Покиньмо, кумо, Україну,-&lt;br /&gt;</w:t>
        <w:br/>
        <w:t>Нехай їй хрін!&lt;br /&gt;</w:t>
        <w:br/>
        <w:t>Та помандруймо на чужину,&lt;br /&gt;</w:t>
        <w:br/>
        <w:t>Аж до веселих тих долин,&lt;br /&gt;</w:t>
        <w:br/>
        <w:t>Де доля кращая витає&lt;br /&gt;</w:t>
        <w:br/>
        <w:t>І, може, плаче, нас ждучи…&lt;br /&gt;</w:t>
        <w:br/>
        <w:t>Зими там, кажуть, не буває,-&lt;br /&gt;</w:t>
        <w:br/>
        <w:t>Гуляй, безпечно живучи! —&lt;br /&gt;</w:t>
        <w:br/>
        <w:t>Так одна Муха-цокотуха&lt;br /&gt;</w:t>
        <w:br/>
        <w:t>Базікала з кумою вдвох,-&lt;br /&gt;</w:t>
        <w:br/>
        <w:t>Коли поглянуть на горох —&lt;br /&gt;</w:t>
        <w:br/>
        <w:t>Сидить Бджола та мовчки й слуха.&lt;br /&gt;</w:t>
        <w:br/>
        <w:t>— Здоровенькі були! —&lt;br /&gt;</w:t>
        <w:br/>
        <w:t>Обидві Мухи загули.-&lt;br /&gt;</w:t>
        <w:br/>
        <w:t>От добре, що зустрілись з вами…&lt;br /&gt;</w:t>
        <w:br/>
        <w:t>А нуте й ви збирайтесь з нами! —&lt;br /&gt;</w:t>
        <w:br/>
        <w:t>На це Бджола сказала їм:&lt;br /&gt;</w:t>
        <w:br/>
        <w:t>— Шкода! Я рідну Україну&lt;br /&gt;</w:t>
        <w:br/>
        <w:t>Не проміняю на чужину,&lt;br /&gt;</w:t>
        <w:br/>
        <w:t>Нехай се щастя вам самим.-&lt;br /&gt;</w:t>
        <w:br/>
        <w:t>А Мухи разом задзижчали:&lt;br /&gt;</w:t>
        <w:br/>
        <w:t>— Ось годі, не кажіть!&lt;br /&gt;</w:t>
        <w:br/>
        <w:t>Жили ми тут — добра не знали,&lt;br /&gt;</w:t>
        <w:br/>
        <w:t>Бодай би так не жить!&lt;br /&gt;</w:t>
        <w:br/>
        <w:t>Не то пани, дурні селяни —&lt;br /&gt;</w:t>
        <w:br/>
        <w:t>Усяке шкодить нам;&lt;br /&gt;</w:t>
        <w:br/>
        <w:t>Щодня таке життя погане,-&lt;br /&gt;</w:t>
        <w:br/>
        <w:t>Колись так буде й вам.&lt;br /&gt;</w:t>
        <w:br/>
        <w:t>— Ні, я сього не сподіваюсь,-&lt;br /&gt;</w:t>
        <w:br/>
        <w:t>Сказала їм Бджола,-&lt;br /&gt;</w:t>
        <w:br/>
        <w:t>Мені шаноба скрізь була,&lt;br /&gt;</w:t>
        <w:br/>
        <w:t>Бо я без діла не тиняюсь.&lt;br /&gt;</w:t>
        <w:br/>
        <w:t>А вам —&lt;br /&gt;</w:t>
        <w:br/>
        <w:t>Однаково, що тут, що там,&lt;br /&gt;</w:t>
        <w:br/>
        <w:t>Ви ні на кого не жалкуйте;&lt;br /&gt;</w:t>
        <w:br/>
        <w:t>Обридло тут — туди мандруйте&lt;br /&gt;</w:t>
        <w:br/>
        <w:t>На втіху павукам.</w:t>
      </w:r>
    </w:p>
    <w:p>
      <w:r>
        <w:br/>
        <w:t>Я про охочих до мандрівки&lt;br /&gt;</w:t>
        <w:br/>
        <w:t>Давно сказать хотів:&lt;br /&gt;</w:t>
        <w:br/>
        <w:t>Хто дома зледащів,&lt;br /&gt;</w:t>
        <w:br/>
        <w:t>Тому не жаль домівки.&lt;br /&gt;</w:t>
        <w:br/>
        <w:t>Діди мовляли їм колись:&lt;br /&gt;</w:t>
        <w:br/>
        <w:t>Ідіте, ринде,&lt;br /&gt;</w:t>
        <w:br/>
        <w:t>Куди інде,-&lt;br /&gt;</w:t>
        <w:br/>
        <w:t>Нащо ви нам здались?&lt;br /&gt;</w:t>
        <w:br/>
        <w:t>Там, може, вас не знатимуть,&lt;br /&gt;</w:t>
        <w:br/>
        <w:t>То й риндою не зватимуть.&lt;br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і Мухи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