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Безсмертя задарма</w:t>
      </w:r>
    </w:p>
    <w:p>
      <w:r>
        <w:br/>
        <w:t xml:space="preserve"> &lt;p&gt;Він начебто почув якийсь голос. А може, йому просто причулося? Силкуючись пригадати, як усе сталося, Джо Коллінз бачив себе у ліжку надто втомленим, щоб зняти з ковдри ноги у промоклих черевиках. Він придивлявся до брудної жовтої помережаної павутинням тріщин стелі — стежив, як крізь тріщини повільно і тужно крапля за краплею просочується вода.</w:t>
      </w:r>
    </w:p>
    <w:p>
      <w:r>
        <w:br/>
        <w:t>Мабуть, це трапилося саме тоді. Коллінзу здалося, наче коло його ліжка виблискує якийсь металічний предмет. Він підвівся. На підлозі стояла якась машина, саме там, де раніше ніякої машини не було.</w:t>
      </w:r>
    </w:p>
    <w:p>
      <w:r>
        <w:br/>
        <w:t>Спершу Коллінз здивувався, але тут десь здалеку незнайомий голос промовив: "Ну, ось! Здається, вже все!"</w:t>
      </w:r>
    </w:p>
    <w:p>
      <w:r>
        <w:br/>
        <w:t>А може, це почулося йому. Проте машина, безсумнівно, стояла перед ним на підлозі.</w:t>
      </w:r>
    </w:p>
    <w:p>
      <w:r>
        <w:br/>
        <w:t>Коллінз опустився навколішки, щоб роздивитися її. Машина була близько трьох футів завдовжки, завширшки і заввишки і тихо гуділа. Сіра зерниста її поверхня була абсолютно однакова з усіх боків, лише в одному кінці містилася велика червона кнопка, а в центрі — бронзова пластинка, на якій було вигравіювано: "Утилізатор класу А, серія А А 1256432". А нижче зазначалось: "Попереджаємо, що цією Машиною можна користуватись лише по класу А".</w:t>
      </w:r>
    </w:p>
    <w:p>
      <w:r>
        <w:br/>
        <w:t>От і все.</w:t>
      </w:r>
    </w:p>
    <w:p>
      <w:r>
        <w:br/>
        <w:t>Більше ніяких циферблатів, вимикачів, ручок та іншого приладдя, нічого, що, на думку Коллінза, має бути у кожної машини. Лише бронзова пластинка, червона кнопка і гудіння.</w:t>
      </w:r>
    </w:p>
    <w:p>
      <w:r>
        <w:br/>
        <w:t>— Звідкіля ти узялася? — спитав Коллінз.</w:t>
      </w:r>
    </w:p>
    <w:p>
      <w:r>
        <w:br/>
        <w:t>Утилізатор класу А гудів і далі. Насправді, Коллінз не чекав відповіді. Сидячи на краю ліжка, він у задумі розглядав утилізатор. Тепер перед ним поставало питання: що робити з машиною? Коллінз .обережно доторкнувся до червоної кнопки, хоча усвідомлював, що у нього немає ніякого досвіду роботи з машинами, які падають з неба. Що станеться, якщо натиснути на цю кнопку? Провалиться підлога? А може, маленькі зелені чоловічки зваляться зі стелі?</w:t>
      </w:r>
    </w:p>
    <w:p>
      <w:r>
        <w:br/>
        <w:t>Зрештою, він майже нічим не ризикує. І Коллінз натиснув кнопку.</w:t>
      </w:r>
    </w:p>
    <w:p>
      <w:r>
        <w:br/>
        <w:t>Нічого не сталося.</w:t>
      </w:r>
    </w:p>
    <w:p>
      <w:r>
        <w:br/>
        <w:t>— Ну, що ж, спробуй зробити що-небудь,— сказав Коллінз, почуваючи себе трохи пригніченим. Утилізатор так само тихо гудів.</w:t>
      </w:r>
    </w:p>
    <w:p>
      <w:r>
        <w:br/>
        <w:t>Гаразд, в усякому разі, машину завжди можна віддати в заставу. Чесний Чарлі дасть йому не менше долара лише за метал. Коллінз заходився піднімати утилізатор, але марно. Його не можна було зрушити з місця. Коллінз іще раз піднатужився скільки було сили, і йому пощастило підняти один кінець машини на дюйм над підлогою. Він опустив машину і, відсапуючись, сів на ліжко.</w:t>
      </w:r>
    </w:p>
    <w:p>
      <w:r>
        <w:br/>
        <w:t>— Було б добре, якби ти прислав мені у поміч пару дужих хлопців,— звернувся Коллінз до утилізатора; І одразу гудіння стало іще сильнішим, і машина навіть почала вібрувати.</w:t>
      </w:r>
    </w:p>
    <w:p>
      <w:r>
        <w:br/>
        <w:t>Коллінз чекав, але нічого не відбувалося. Інтуїтивно він простяг руку і тицьнув пальцем у червону кнопку.</w:t>
      </w:r>
    </w:p>
    <w:p>
      <w:r>
        <w:br/>
        <w:t>Одразу ж перед ним з'явилися двоє кремезних чоловіків у грубих робочих комбінезонах. Вони зміряли утилізатор оціночним поглядом. Один із них сказав:</w:t>
      </w:r>
    </w:p>
    <w:p>
      <w:r>
        <w:br/>
        <w:t>— Слава Богу, це маленька модель. За ті величезні важко як слід ухопитися.</w:t>
      </w:r>
    </w:p>
    <w:p>
      <w:r>
        <w:br/>
        <w:t>Вони подивились на Коллінза, який уп'явся в них очима. Нарешті перший з двох промовив:</w:t>
      </w:r>
    </w:p>
    <w:p>
      <w:r>
        <w:br/>
        <w:t>— Гаразд, приятелю, у нас мало часу, щоб бити тут байдики цілий день. Куди віднести утилізатор?</w:t>
      </w:r>
    </w:p>
    <w:p>
      <w:r>
        <w:br/>
        <w:t>— Хто ви такі? — прохрипів нарешті Коллінз.</w:t>
      </w:r>
    </w:p>
    <w:p>
      <w:r>
        <w:br/>
        <w:t>— Ми з такелажної фірми "Поуха Мінайл",— сказав один.— А прийшли тому, що ти просив такелажників, ось чого. Ну, так куди її?</w:t>
      </w:r>
    </w:p>
    <w:p>
      <w:r>
        <w:br/>
        <w:t>— Ідіть,— сказав Коллінз.— Я вас потім покличу.</w:t>
      </w:r>
    </w:p>
    <w:p>
      <w:r>
        <w:br/>
        <w:t>Такелажники знизали плечима і зникли. Коллінз кілька хвилин дивився на те місце, де вони тільки що стояли. Потім перевів погляд на утилізатор класу А, який знову мирно гудів.</w:t>
      </w:r>
    </w:p>
    <w:p>
      <w:r>
        <w:br/>
        <w:t>Утилізатор? Він міг би придумати кращу назву для машини.</w:t>
      </w:r>
    </w:p>
    <w:p>
      <w:r>
        <w:br/>
        <w:t>Скажімо, Виконавець Бажань.</w:t>
      </w:r>
    </w:p>
    <w:p>
      <w:r>
        <w:br/>
        <w:t>Коллінз не був занадто вражений. Коли відбувається щось надприродне, лише тупі, розумово обмежені люди не в змозі прийняти явища такими, якими вони є. Коллінз, безсумнівно, до таких не належав. Він був прекрасно підготовлений до сприйняття чудес.</w:t>
      </w:r>
    </w:p>
    <w:p>
      <w:r>
        <w:br/>
        <w:t>Мало не все життя він мріяв, сподівався, благав долю, щоб з ним трапилось щось незвичайне. У школі він мріяв, що прокинеться якось зранку і зрозуміє, що нудна необхідність вчити уроки відпала, оскільки вони вивчалися самі собою. В армії він мріяв, що якісь феї чи джини підмінять його наряд і, замість того щоб марширувати у строю, він буде черговим по казармі.</w:t>
      </w:r>
    </w:p>
    <w:p>
      <w:r>
        <w:br/>
        <w:t>— Я б хотів мати тисячу доларів дрібними купюрами з незареєстрованими номерами,— обережно промовив Коллінз. Коли гудіння посилилось, він натиснув кнопку. Велика купа брудних п'яти— і десятидоларових купюр виросла перед його очима. Хоча банкноти були не новенькі і не хрусткі, але, безсумнівно, то були гроші.</w:t>
      </w:r>
    </w:p>
    <w:p>
      <w:r>
        <w:br/>
        <w:t>Коллінз жбурнув угору цілу жменю грошей і дивився, як вони повільно опускаються на підлогу, красиво устелюючи її. Потім знов улігся в ліжко і почав обдумувати плани.</w:t>
      </w:r>
    </w:p>
    <w:p>
      <w:r>
        <w:br/>
        <w:t>Перш за все він вивезе машину з Нью-Йорка — мабуть, на північ штату, де допитливі сусіди не будуть сунути свого носа куди не слід. У цій справі прибутковий податок буде досить делікатною проблемою. Пізніше, коли все утрясеться, він зможе перебратися до центральних штатів або...</w:t>
      </w:r>
    </w:p>
    <w:p>
      <w:r>
        <w:br/>
        <w:t>У кімнаті почувся якийсь підозрілий шум. Коллінз скочив на ноги. У стіні почав рости отвір, через який гість ломився до кімнати.</w:t>
      </w:r>
    </w:p>
    <w:p>
      <w:r>
        <w:br/>
        <w:t>— Гей! Я в тебе нічого не просив! — крикнув Коллінз машині.</w:t>
      </w:r>
    </w:p>
    <w:p>
      <w:r>
        <w:br/>
        <w:t>Отвір у стіні розширювався, у ньому виріс дебелий червонолиций чоловік, який сердито продирався до кімнати і вже наполовину висунувся із діри.</w:t>
      </w:r>
    </w:p>
    <w:p>
      <w:r>
        <w:br/>
        <w:t>Раптом до Коллінза дійшло, що машини, як правило, мають власників. Будь-кому, хто володіє Виконавцем Бажань, не сподобається, якщо машина пропаде. І він піде на все, аби повернути її назад. Він може не зупинитися навіть перед...</w:t>
      </w:r>
    </w:p>
    <w:p>
      <w:r>
        <w:br/>
        <w:t>— Захисти мене! — крикнув Коллінз утилізатору і з силою натиснув на червону кнопку.</w:t>
      </w:r>
    </w:p>
    <w:p>
      <w:r>
        <w:br/>
        <w:t>З'явився маленький лисий чоловічок у яскравій піжамі, який сонно позіхав.</w:t>
      </w:r>
    </w:p>
    <w:p>
      <w:r>
        <w:br/>
        <w:t>— Тимчасова служба охорони стін "Саніса Ліік",— сказав він, протираючи очі.— Я — Ліік. Чим можу бути вам корисним?</w:t>
      </w:r>
    </w:p>
    <w:p>
      <w:r>
        <w:br/>
        <w:t>— Заберіть його звідси! — заверещав Коллінз. Червонолиций, шалено розмахуючи руками, вже майже зовсім виліз із стіни.</w:t>
      </w:r>
    </w:p>
    <w:p>
      <w:r>
        <w:br/>
        <w:t>Ліік витяг з піжамної кишені якийсь яскравий металевий предмет. Червонолиций закричав:</w:t>
      </w:r>
    </w:p>
    <w:p>
      <w:r>
        <w:br/>
        <w:t>— Зачекай! Ти не розумієш! Цей чоловік...</w:t>
      </w:r>
    </w:p>
    <w:p>
      <w:r>
        <w:br/>
        <w:t>Ліік навів на нього металевий предмет. Червонолиций заверещав і щез. Через якусь хвильку зник і отвір у стіні.</w:t>
      </w:r>
    </w:p>
    <w:p>
      <w:r>
        <w:br/>
        <w:t>— Ви убили його? — спитав Коллінз.</w:t>
      </w:r>
    </w:p>
    <w:p>
      <w:r>
        <w:br/>
        <w:t>— Звичайно, ні,— відповів Ліік, кладучи до кишені свою металеву іграшку.— Я просто повернув його назад. Він не посунеться більше сюди цим шляхом.</w:t>
      </w:r>
    </w:p>
    <w:p>
      <w:r>
        <w:br/>
        <w:t>— А це ваш утилізатор?</w:t>
      </w:r>
    </w:p>
    <w:p>
      <w:r>
        <w:br/>
        <w:t>— Авжеж,— сказав Коллінз, обливаючись потом.</w:t>
      </w:r>
    </w:p>
    <w:p>
      <w:r>
        <w:br/>
        <w:t>— А ви по класу А?</w:t>
      </w:r>
    </w:p>
    <w:p>
      <w:r>
        <w:br/>
        <w:t>— Певна річ,— сказав Коллінз.— Інакше що б я робив з цією машиною?</w:t>
      </w:r>
    </w:p>
    <w:p>
      <w:r>
        <w:br/>
        <w:t>— Не ображайтесь,— сонно мовив Ліік.— Це я так, по-дружньому.— Він повільно похитав головою.— І куди тільки вашого брата по класу А не заносить? Ви, мабуть, повернулися сюди, щоб написати історичний роман?</w:t>
      </w:r>
    </w:p>
    <w:p>
      <w:r>
        <w:br/>
        <w:t>Коллінз лише загадково посміхнувся.</w:t>
      </w:r>
    </w:p>
    <w:p>
      <w:r>
        <w:br/>
        <w:t>— Ну що ж, піду далі,— сказав Ліік, роздираючи позіхом рота.— День і ніч на ногах. У каменярні було б значно краще.</w:t>
      </w:r>
    </w:p>
    <w:p>
      <w:r>
        <w:br/>
        <w:t>І він пропав, навіть не встигши закінчити позіху.</w:t>
      </w:r>
    </w:p>
    <w:p>
      <w:r>
        <w:br/>
        <w:t>Дощ усе ішов, і із стелі крапало. З вентиляційної шахти почулося чиєсь мирне хропіння, Коллінз знов залишився сам зі своєю машиною.</w:t>
      </w:r>
    </w:p>
    <w:p>
      <w:r>
        <w:br/>
        <w:t>І з тисячею доларів дрібними купюрами, що розлетілись по всій підлозі. Він ніжно поплескав по утилізатору. Ці самі, Що по класу А, непогано його зробили. Хочеш чого-небудь? Лише скажи вголос і натисни кнопку. Звичайно, справжній власник жалкує за ним.</w:t>
      </w:r>
    </w:p>
    <w:p>
      <w:r>
        <w:br/>
        <w:t>У наступні кілька днів в житті Коллінза сталася різка зміна.</w:t>
      </w:r>
    </w:p>
    <w:p>
      <w:r>
        <w:br/>
        <w:t>З допомогою такелажників фірми "Поуха Мінайл" він доставив утилізатор на північ, де купив невеличку гору в пустельній частині Адірондакських гір. Отримавши купчу, Коллінз заглибився у свої володіння на кілька миль від шосе. Двоє такелажників, обливаючись потом, тягли утилізатор і одноманітно лаялись, коли треба було продиратися крізь хащі.</w:t>
      </w:r>
    </w:p>
    <w:p>
      <w:r>
        <w:br/>
        <w:t>— Поставте його тут і забирайтеся геть,— сказав Коллінз. За останні дні він став дуже впевненим у собі.</w:t>
      </w:r>
    </w:p>
    <w:p>
      <w:r>
        <w:br/>
        <w:t>Такелажники втомлено зітхнули і зникли. Коллінз оглядівся навкруги. Кругом, скільки сягало око, стояли густі соснові і березові ліси. Повітря було вологе і запашне. У верховітті весело щебетали пташки, та інколи серед гілок пробігала білка.</w:t>
      </w:r>
    </w:p>
    <w:p>
      <w:r>
        <w:br/>
        <w:t>Природа! Коллінз завжди любив природу. Ось чудове місце, щоб збудувати просторий, величний будинок з плавальним басейном, тенісним кортом і, можливо, з маленьким аеродромом.</w:t>
      </w:r>
    </w:p>
    <w:p>
      <w:r>
        <w:br/>
        <w:t>— Я хочу будинок,— твердо промовив Коллінз і натиснув на червону кнопку.</w:t>
      </w:r>
    </w:p>
    <w:p>
      <w:r>
        <w:br/>
        <w:t>З'явився чоловік в акуратному діловому сірому костюмі і в пенсне.</w:t>
      </w:r>
    </w:p>
    <w:p>
      <w:r>
        <w:br/>
        <w:t>— Звичайно, сер,— сказав він, скошуючи примружене око на дерева,— але вам слід конкретизувати вашу ідею. Може, ви хочете щось у класичному стилі, скажімо, бунгало, ранчо, садибу, заміський особняк, палац? Або щось примітивне, як-от курінь чи іглу? По класу А ви можете збудувати собі і щось ультрасучасне, наприклад будинок з напівфасадом, або садибу в стилі Обтічної протяжності, або палац в стилі Мініатюрної Печери.</w:t>
      </w:r>
    </w:p>
    <w:p>
      <w:r>
        <w:br/>
        <w:t>— Що ви сказали? — перепитав Коллінз.— Я не знаю. А що б ви порадили?</w:t>
      </w:r>
    </w:p>
    <w:p>
      <w:r>
        <w:br/>
        <w:t>— Невеликий заміський особняк,— не роздумуючи відповів агент.— Як правило, починають саме з цього.</w:t>
      </w:r>
    </w:p>
    <w:p>
      <w:r>
        <w:br/>
        <w:t>Коллінз хотів іще про щось запитати, але передумав. Усе йшло як по маслу. Ці люди вважали, що він — клас А і справжній власник утилізатора. Не було рації розчаровувати їх.</w:t>
      </w:r>
    </w:p>
    <w:p>
      <w:r>
        <w:br/>
        <w:t>— Потурбуйтеся, щоб усе було в порядку,— сказав він.</w:t>
      </w:r>
    </w:p>
    <w:p>
      <w:r>
        <w:br/>
        <w:t>— Звичайно, сер,— сказав агент.— Це входить в мої обов'язки.</w:t>
      </w:r>
    </w:p>
    <w:p>
      <w:r>
        <w:br/>
        <w:t>Решту дня Коллінз провів, лежачи на кушетці і потягуючи</w:t>
      </w:r>
    </w:p>
    <w:p>
      <w:r>
        <w:br/>
        <w:t>прохолодні напої, в той час як будівельна фірма "Максима Олф" постачала будівельні матеріали і зводила будинок.</w:t>
      </w:r>
    </w:p>
    <w:p>
      <w:r>
        <w:br/>
        <w:t>Вийшла видовжена приземкувата будівля з двадцяти кімнат, яку Коллінз вважав дуже скромною. Садиба була побудована з найкращих матеріалів згідно з проектом Мига з Дегми; інтер'єр було виконано Тоуіджем; при будинку був плавальний басейн за проектом Мула і англійський парк, розбитий за ескізом Віеріена.</w:t>
      </w:r>
    </w:p>
    <w:p>
      <w:r>
        <w:br/>
        <w:t>Під вечір роботу було закінчено, і невелика будівельна бригада поскладала свій інструмент і зникла.</w:t>
      </w:r>
    </w:p>
    <w:p>
      <w:r>
        <w:br/>
        <w:t>Коллінз загадав своєму кухарю приготувати легку вечерю. Потім він сидів у просторій, прохолодній вітальні, роздумуючи над усім, що трапилось. Напроти нього на підлозі стояв і тихо гудів утилізатор.</w:t>
      </w:r>
    </w:p>
    <w:p>
      <w:r>
        <w:br/>
        <w:t>Коллінз запалив дорогу сигару і вдихнув її аромат. Перш за все він рішуче відкинув втручання будь-яких надприродних сил. Різні духи або демони були тут ні при чому. Його садибу збудували звичайнісінькі люди, які сміялись, божились, лаялись як і належить людям. Утилізатор був звичайним науковим пристроєм, принцип дії якого був йому невідомим і який він навіть не намагався збагнути.</w:t>
      </w:r>
    </w:p>
    <w:p>
      <w:r>
        <w:br/>
        <w:t>Чи міг утилізатор потрапити сюди з іншої планети? Навряд. Там не стали б вивчати англійську мову заради нього.</w:t>
      </w:r>
    </w:p>
    <w:p>
      <w:r>
        <w:br/>
        <w:t>Мабуть, утилізатор перенісся з майбутнього. Але як?</w:t>
      </w:r>
    </w:p>
    <w:p>
      <w:r>
        <w:br/>
        <w:t>Коллінз відкинувся на бильце крісла і затягнувся сигарою.</w:t>
      </w:r>
    </w:p>
    <w:p>
      <w:r>
        <w:br/>
        <w:t>Яке ж воно прекрасне, це майбутнє, думав Коллінз. Машини — Виконавці Бажань! Який рівень цивілізації! Досить лише чогось захотіти, і будь ласка! Згодом вони, мабуть, будуть обходитись і без червоної кнопки. Тоді все відбуватиметься без будь-якого фізичного напруження.</w:t>
      </w:r>
    </w:p>
    <w:p>
      <w:r>
        <w:br/>
        <w:t>Звичайно, йому слід бути дуже обачним. Адже є іще справжній власник машини, а також інші представники класу А, які не облишать спроби відібрати машину. Вірогідно, вона належала якомусь роду...</w:t>
      </w:r>
    </w:p>
    <w:p>
      <w:r>
        <w:br/>
        <w:t>Краєм ока він помітив якийсь рух. Утилізатор дрижав, наче лист на вітру. Спохмурнівши, Коллінз підійшов до нього. Легка хмарка пару огортала вібруючий утилізатор. Здається, він перегрівся.</w:t>
      </w:r>
    </w:p>
    <w:p>
      <w:r>
        <w:br/>
        <w:t>Тут йому впало в очі, що утилізатор значно зменшився в розмірах. Тепер він був не більше двох футів і зменшувався прямо на очах.</w:t>
      </w:r>
    </w:p>
    <w:p>
      <w:r>
        <w:br/>
        <w:t>Власник! А може, ці — з класу А! Мабуть, це і є мікротрансформація, про яку говорив Ліік. Якщо зараз же не вжити якихось заходів, подумав Коллінз, його Виконавець Бажань стане зовсім маленький, а потім зникне зовсім.</w:t>
      </w:r>
    </w:p>
    <w:p>
      <w:r>
        <w:br/>
        <w:t>— Служба охорони "Ліік"! — вигукнув Коллінз. Він натиснув на кнопку і хутко відсмикнув руку. Машина була дуже гаряча.</w:t>
      </w:r>
    </w:p>
    <w:p>
      <w:r>
        <w:br/>
        <w:t>Ліік, у гольфах, спортивній сорочці і з ключкою в руках, з'явився в кутку кімнати.</w:t>
      </w:r>
    </w:p>
    <w:p>
      <w:r>
        <w:br/>
        <w:t>— Скільки можна турбувати мене, коли я...</w:t>
      </w:r>
    </w:p>
    <w:p>
      <w:r>
        <w:br/>
        <w:t>— Зроби що-небудь! — вигукнув Коллінз, показуючи на утилізатор, який був тепер не більше кубічного фута в об'ємі й аж пашів.</w:t>
      </w:r>
    </w:p>
    <w:p>
      <w:r>
        <w:br/>
        <w:t>— Нічого не можу зробити,— сказав Ліік.— У мене патент тільки на спорудження тимчасових стін. Вам потрібно звернутися до спеціалістів з Мікроконтролю. Він вимахнув своєю ключкою і щез.</w:t>
      </w:r>
    </w:p>
    <w:p>
      <w:r>
        <w:br/>
        <w:t>— Мікроконтроль! — крикнув Коллінз і протяг руку до кнопки. Але тут же відсмикнув руку. Тепер утилізатор був не більше чотирьох дюймів і розжарився до вишнево-червоного кольору. Кнопка зменшилась до розміру головки шпильки, і Коллінз майже не бачив її.</w:t>
      </w:r>
    </w:p>
    <w:p>
      <w:r>
        <w:br/>
        <w:t>Коллінз обернувся, схопив подушку, навалився на машину і натиснув кнопку. З'явилася дівчина у рогових окулярах з блокнотом і олівцем напоготові.</w:t>
      </w:r>
    </w:p>
    <w:p>
      <w:r>
        <w:br/>
        <w:t>— Кого ви хочете запросити? — незворушно запитала вона.</w:t>
      </w:r>
    </w:p>
    <w:p>
      <w:r>
        <w:br/>
        <w:t>— Швидше, допоможіть мені! — заревів Коллінз, з жахом дивлячись на свій безцінний утилізатор, що ставав усе менше і менше.</w:t>
      </w:r>
    </w:p>
    <w:p>
      <w:r>
        <w:br/>
        <w:t>Вона заглянула у блокнот.</w:t>
      </w:r>
    </w:p>
    <w:p>
      <w:r>
        <w:br/>
        <w:t>— Містер Віс зараз у Минулому Умовному, а містер Ілгіс зводить оборонні споруди в Палеолітичній Європі. Якщо ви дуже поспішаєте, вам було б краще звернутись до Транзит-контролю. Це невелика фірма, але вони...</w:t>
      </w:r>
    </w:p>
    <w:p>
      <w:r>
        <w:br/>
        <w:t>— Транзит-контроль! Гаразд, щезни! — Коллінз зосередив усю свою увагу на утилізаторі і придавив його обпаленою подушкою. Нічого не сталося. Утилізатор був тепер не більше кубічного дюйма,</w:t>
      </w:r>
    </w:p>
    <w:p>
      <w:r>
        <w:br/>
        <w:t>На якусь мить у Коллінза промайнула думка махнути рукою на утилізатор. Мабуть, з нього досить. Можна продати будинок, меблі, вийде досить кругленька сума...</w:t>
      </w:r>
    </w:p>
    <w:p>
      <w:r>
        <w:br/>
        <w:t>Ні! Він не встиг іще побажати собі чогось справді значного! І ніхто не може забрати у нього машину без боротьби!</w:t>
      </w:r>
    </w:p>
    <w:p>
      <w:r>
        <w:br/>
        <w:t>Силкуючись не примружувати очі, він тицьнув у розпечену кнопку негнучким вказівним пальцем.</w:t>
      </w:r>
    </w:p>
    <w:p>
      <w:r>
        <w:br/>
        <w:t>З'явився худорлявий дідок у пошарпаному одязі. Він тримав у руці щось схоже на яскраво розмальовану великодню писанку. Дід жбурнув її на підлогу. Яйце розкололось, і з нього з ревінням вихопився жовтогарячий дим, який одразу ж усмоктав мікроскопічний утилізатор. Велетенський клуб диму мало не задушив Коллінза. А утилізатор тим часом почав знову ставати таким, як був раніше.</w:t>
      </w:r>
    </w:p>
    <w:p>
      <w:r>
        <w:br/>
        <w:t>Старий поривчасто кивнув головою.</w:t>
      </w:r>
    </w:p>
    <w:p>
      <w:r>
        <w:br/>
        <w:t>— Можливо, ми працюємо не дуже ефектно, але цілком надійно,— сказав він, знову кивнув і щез.</w:t>
      </w:r>
    </w:p>
    <w:p>
      <w:r>
        <w:br/>
        <w:t>Коллінзу почулося, наче десь іздаля до нього долітає чийсь сердитий голос.</w:t>
      </w:r>
    </w:p>
    <w:p>
      <w:r>
        <w:br/>
        <w:t>Похитуючись од утоми, він опустився на підлогу перед машиною. Обпечений палець пекло і сіпало.</w:t>
      </w:r>
    </w:p>
    <w:p>
      <w:r>
        <w:br/>
        <w:t>— Вилікуй мене,— промимрив він сухими губами і надавив на кнопку здоровою рукою. Утилізатор загудів дужче, а потім зовсім затих. Біль у пальці вщух; Коллінз подивився на нього і побачив, що від опіку нічого не залишилось — навіть рубця не було.</w:t>
      </w:r>
    </w:p>
    <w:p>
      <w:r>
        <w:br/>
        <w:t>Коллінз плеснув собі чималу порцію коньяку і, не гаючи ні хвилини, ліг спати. Цієї ночі йому снилося, що його переслідує величезна буква А, прокинувшись, він не міг пригадати свій сон.</w:t>
      </w:r>
    </w:p>
    <w:p>
      <w:r>
        <w:br/>
        <w:t>Через тиждень Коллінз зрозумів, що був необачний, коли побудував собі садибу в лісі. Йому довелося найняти цілий взвод охоронників, щоб не підпускали сторонніх, а мисливці намагались будь-що отаборитися в його англійському парку.</w:t>
      </w:r>
    </w:p>
    <w:p>
      <w:r>
        <w:br/>
        <w:t>Окрім цього, Департамент державних зборів почав виявляти жвавий інтерес до його фінансових справ.</w:t>
      </w:r>
    </w:p>
    <w:p>
      <w:r>
        <w:br/>
        <w:t>А головне, Коллінз зробив відкриття, що не такий уже він любитель природи. Пташки та білочки — усе це, звичайно, чудово, однак з ними не дуже поговориш. А дерева, хоча і надзвичайно красиві, ніяк не могли замінити товаришів по чарці.</w:t>
      </w:r>
    </w:p>
    <w:p>
      <w:r>
        <w:br/>
        <w:t>Коллінз вирішив, що у душі він — людина міська.</w:t>
      </w:r>
    </w:p>
    <w:p>
      <w:r>
        <w:br/>
        <w:t>Саме тому з допомогою такелажників з "Поуха Мінайл", будівельної фірми "Максима Олф", Бюро миттєвих подорожей "Ягтон" і чималих грошових сум, вручених кому слід, Коллінз перебрався до маленької центральноамериканської республіки. Оскільки клімат тут тепліший, а прибуткового податку не стягали взагалі, він збудував собі великий палац з усіма необхідними аксесуарами: стайнею, псарнею, павичами, служками, механіками, охоронниками, музикантами, танцівницями,— одним словом, усім, що має бути в будь-якому палаці. У Коллінза пішло два тижні на те, щоб ознайомитись зі своїм новим житлом.</w:t>
      </w:r>
    </w:p>
    <w:p>
      <w:r>
        <w:br/>
        <w:t>Деякий час усе йшло нормально.</w:t>
      </w:r>
    </w:p>
    <w:p>
      <w:r>
        <w:br/>
        <w:t>Якось уранці Коллінз наблизився до утилізатора з бажанням попросити спортивний автомобіль або невелику череду племінної худоби. Він нагнувся до сірої машини, простяг руку до червоної кнопки...</w:t>
      </w:r>
    </w:p>
    <w:p>
      <w:r>
        <w:br/>
        <w:t>І утилізатор відскочив від нього.</w:t>
      </w:r>
    </w:p>
    <w:p>
      <w:r>
        <w:br/>
        <w:t>Спочатку Коллінзу здалося, що у нього починаються галюцинації, і він уже майже поклав собі кинути пити шампанське перед сніданком. Коллінз ступив уперед і потягнув рукою до червоної кнопки.</w:t>
      </w:r>
    </w:p>
    <w:p>
      <w:r>
        <w:br/>
        <w:t>Утилізатор спритно вивернувся з-під його руки і кинувся підтюпцем з кімнати.</w:t>
      </w:r>
    </w:p>
    <w:p>
      <w:r>
        <w:br/>
        <w:t>Коллінз метнувся скільки стало сили за ним, проклинаючи власника і всіх представників класу А. Мабуть, саме про таке одушевления говорив Ліік. Власникові якимсь чином удалося наділити машину рухливістю. Та це не мало ніякого значення. Треба будь-що наздогнати машину, натиснути на кнопку і викликати спеціалістів з Контролю одушевления.</w:t>
      </w:r>
    </w:p>
    <w:p>
      <w:r>
        <w:br/>
        <w:t>Утилізатор мчався по залу, Коллінз — слідом. Молодший дворецький, який начищав масивну золоту ручку, так і закляк роззявивши рота.</w:t>
      </w:r>
    </w:p>
    <w:p>
      <w:r>
        <w:br/>
        <w:t>— Зупиніть її! — крикнув Коллінз.</w:t>
      </w:r>
    </w:p>
    <w:p>
      <w:r>
        <w:br/>
        <w:t>Молодий дворецький незграбно зробив крок уперед, переймаючи утилізатор. Машина спритно вивернулась і стрілою помчала до виходу.</w:t>
      </w:r>
    </w:p>
    <w:p>
      <w:r>
        <w:br/>
        <w:t>Коллінз устиг вимкнути рубильник, і двері з гуркотом зачинились.</w:t>
      </w:r>
    </w:p>
    <w:p>
      <w:r>
        <w:br/>
        <w:t>Утилізатор розігнався і прохопився крізь зачинені двері. Опинившись надворі, він перечепився через садовий шланг, але швидко відновив рівновагу і побіг у поле.</w:t>
      </w:r>
    </w:p>
    <w:p>
      <w:r>
        <w:br/>
        <w:t>Коллінз кинувся за ним. Якби тільки він міг хоч трохи наблизитись...</w:t>
      </w:r>
    </w:p>
    <w:p>
      <w:r>
        <w:br/>
        <w:t>Раптом утилізатор підстрибнув угору, на хвилю завис у повітрі, а потім упав на землю. Коллінз метнувся до кнопки. Утилізатор вивернувся, розбігся і знову підстрибнув. Деякий час він висів фунтів на двадцять над головою Коллінза, потім підлетів ще на кілька фунтів, зупинився, шалено закрутився і впав.</w:t>
      </w:r>
    </w:p>
    <w:p>
      <w:r>
        <w:br/>
        <w:t>Коллінз боявся, що машина підстрибне втретє і летітиме все вище.</w:t>
      </w:r>
    </w:p>
    <w:p>
      <w:r>
        <w:br/>
        <w:t>Коли утилізатор опинився на землі, Коллінз уже був готовий до цього. Він зробив удаваний випад і зненацька натиснув на кнопку. Утилізатор встиг вивернутись.</w:t>
      </w:r>
    </w:p>
    <w:p>
      <w:r>
        <w:br/>
        <w:t>— Контроль одушевлення! — переможно вигукнув Коллінз.</w:t>
      </w:r>
    </w:p>
    <w:p>
      <w:r>
        <w:br/>
        <w:t>Почувся тихий вибух, і утилізатор слухняно завмер. У нього не залишилося ніяких ознак одушевлення.</w:t>
      </w:r>
    </w:p>
    <w:p>
      <w:r>
        <w:br/>
        <w:t>Коллінз витер піт з лоба і сів зверху на машині. Вороги підступають усе ближче. Треба якнайшвидше, поки є нагода, побажати чогось незвичайного.</w:t>
      </w:r>
    </w:p>
    <w:p>
      <w:r>
        <w:br/>
        <w:t>Хутко, одне за одним, він попросив п'ять мільйонів доларів, три діючих нафтових свердловини, кіностудію, бездоганне здоров'я, іще двадцять п'ять танцівниць, безсмертя, спортивний автомобіль і череду племінної худоби.</w:t>
      </w:r>
    </w:p>
    <w:p>
      <w:r>
        <w:br/>
        <w:t>Йому здалося, наче хтось хмикнув. Коллінз огледівся навкруги. Нікого немає. Коли він знову обернувся, утилізатор щез.</w:t>
      </w:r>
    </w:p>
    <w:p>
      <w:r>
        <w:br/>
        <w:t>Коллінз стояв широко розкривши очі від подиву. Наступної хвилини він також щез.</w:t>
      </w:r>
    </w:p>
    <w:p>
      <w:r>
        <w:br/>
        <w:t>Коллінз розплющив очі і побачив, що стоїть біля столу. За столом сидів кремезний червонолиций чоловік, який раніше намагався продертися до нього в кімнату крізь стіну. Чоловік зовсім не здавався сердитим. У нього був скоріше умиротворений, навіть меланхолійний вигляд.</w:t>
      </w:r>
    </w:p>
    <w:p>
      <w:r>
        <w:br/>
        <w:t>Якусь хвилину Коллінз стояв мовчки; йому було жаль, що усе скінчилося. Власник і клас А кінець кінцем впіймали його. Але усе це було просто чудово!</w:t>
      </w:r>
    </w:p>
    <w:p>
      <w:r>
        <w:br/>
        <w:t>— Ну, — нарешті вимовив Коллінз, — машина тепер знову ваша, чого ви хочете від мене?</w:t>
      </w:r>
    </w:p>
    <w:p>
      <w:r>
        <w:br/>
        <w:t>— Моя машина? — перепитав червонолиций, недовірливо поглядаючи на Коллінза.— Це не моя машина, сер. Зовсім ні.</w:t>
      </w:r>
    </w:p>
    <w:p>
      <w:r>
        <w:br/>
        <w:t>Коллінз уп'явся очима у співбесідника.</w:t>
      </w:r>
    </w:p>
    <w:p>
      <w:r>
        <w:br/>
        <w:t>— Не треба мене дурити, містере. Ви з класу А і хочете зберегти свою монополію, адже так?</w:t>
      </w:r>
    </w:p>
    <w:p>
      <w:r>
        <w:br/>
        <w:t>Червонолиций відклав аркуш паперу, який він проглядав.</w:t>
      </w:r>
    </w:p>
    <w:p>
      <w:r>
        <w:br/>
        <w:t>— Містере Коллінз,— твердо сказав він, — мене звуть Флайн. Я агент Спілки Охорони Громадян. Наша організація суто благодійна, в неї немає ніяких комерційних інтересів, і єдина мета, яку вона ставить перед собою, — захищати таких, як ви, від можливих помилок на життєвому шляху.</w:t>
      </w:r>
    </w:p>
    <w:p>
      <w:r>
        <w:br/>
        <w:t>— Ви хочете сказати, що не належите до класу А?</w:t>
      </w:r>
    </w:p>
    <w:p>
      <w:r>
        <w:br/>
        <w:t>— Ви глибоко помиляєтесь, сер, — спокійно і з гідністю промовив Флайн.— Клас А — це не соціальна категорія, як ви, мабуть, гадаєте. Це лише форма кредиту.</w:t>
      </w:r>
    </w:p>
    <w:p>
      <w:r>
        <w:br/>
        <w:t>— Форма чого? — приголомшено спитав Коллінз.</w:t>
      </w:r>
    </w:p>
    <w:p>
      <w:r>
        <w:br/>
        <w:t>— Форма кредиту.— Флайн зиркнув на годинника.— У нас мало часу, отже я спробую говорити стисло. Ми живемо в епоху децентралізації, містере Коллінз. Наша промисловість, торгівля і заклади сфери послуг у значній мірі роз'єднані часом і простором. Корпорація "Утилізатор" є дуже важливою сполучною ланкою. Вона перевозить товари з одного місця в інше і виконує інші послуги. Ви мене зрозуміли?</w:t>
      </w:r>
    </w:p>
    <w:p>
      <w:r>
        <w:br/>
        <w:t>Кодлінз кивнув.</w:t>
      </w:r>
    </w:p>
    <w:p>
      <w:r>
        <w:br/>
        <w:t>— Звичайно, кредит надається автоматично. Але, рано чи пізно, за все треба платити.</w:t>
      </w:r>
    </w:p>
    <w:p>
      <w:r>
        <w:br/>
        <w:t>Слово про плату неприємно різало слух. Заплатити? Не таке вже високоцивілізоване це суспільство, як йому спершу здалося. Адже ніхто не говорив про плату. Чому ж тепер порушують це питання?</w:t>
      </w:r>
    </w:p>
    <w:p>
      <w:r>
        <w:br/>
        <w:t>— Чому ніхто не зупинив мене? — запитав Коллінз у відчаї.— Адже вони повинні були знати, що я не кредитоспроможний.</w:t>
      </w:r>
    </w:p>
    <w:p>
      <w:r>
        <w:br/>
        <w:t>Флайн дохитав головою.</w:t>
      </w:r>
    </w:p>
    <w:p>
      <w:r>
        <w:br/>
        <w:t>— Питання про кредитоспроможність вирішується самою людиною, а не встановлюється законом. У цивілізованому світі кожний індивідуум має право вирішувати самостійно. Мені дуже шкода, сер.— Він глянув на</w:t>
      </w:r>
    </w:p>
    <w:p>
      <w:r>
        <w:br/>
        <w:t>годинника і протяг Коллінзу аркуш паперу, який щойно проглядав.— Подивіться на цей рахунок і скажіть, чи все в ньому правильно.</w:t>
      </w:r>
    </w:p>
    <w:p>
      <w:r>
        <w:br/>
        <w:t>Коллінз узяв папірець і прочитав:</w:t>
      </w:r>
    </w:p>
    <w:p>
      <w:r>
        <w:br/>
        <w:t>Один палац з обладнанням — 450 000 000 кр.</w:t>
      </w:r>
    </w:p>
    <w:p>
      <w:r>
        <w:br/>
        <w:t>Послуги такелажників фірми "Максима Олф" — 111 000 кр.</w:t>
      </w:r>
    </w:p>
    <w:p>
      <w:r>
        <w:br/>
        <w:t>Сто двадцять дві танцівниці — 122 000 000 кр.</w:t>
      </w:r>
    </w:p>
    <w:p>
      <w:r>
        <w:br/>
        <w:t>Бездоганне здоров'я — 888 234 031 кр.</w:t>
      </w:r>
    </w:p>
    <w:p>
      <w:r>
        <w:br/>
        <w:t>Коллінз швидко пробіг очима увесь рахунок. Загальна сума була трохи більшою, ніж вісімнадцять мільярдів кредитів.</w:t>
      </w:r>
    </w:p>
    <w:p>
      <w:r>
        <w:br/>
        <w:t>— Зачекайте! — вигукнув Коллінз.— Ви не можете вимагати з мене таких грошей. Утилізатор звалився до мене в кімнату невідомо звідки, просто випадково!</w:t>
      </w:r>
    </w:p>
    <w:p>
      <w:r>
        <w:br/>
        <w:t>— Я сам збираюся звернути їхню увагу на цей факт,— сказав Флайн.— Хто знає? Можливо, вони будуть менш вимогливі. Гадаю, треба спробувати; гірше не буде.</w:t>
      </w:r>
    </w:p>
    <w:p>
      <w:r>
        <w:br/>
        <w:t>Підлога захиталася у Коллінза під ногами. Обличчя Флайна почало розпливатися.</w:t>
      </w:r>
    </w:p>
    <w:p>
      <w:r>
        <w:br/>
        <w:t>— Час вийшов,— сказав Флайн.— Нехай вам щастить.</w:t>
      </w:r>
    </w:p>
    <w:p>
      <w:r>
        <w:br/>
        <w:t>Коллінз заплющив очі.</w:t>
      </w:r>
    </w:p>
    <w:p>
      <w:r>
        <w:br/>
        <w:t>Коли він знову розплющив їх, перед ним лежала похмура рівнина, яку обступили скелясті гори. Пронизливий вітер стьобав йому обличчя, небо стало сіро-сталевого кольору.</w:t>
      </w:r>
    </w:p>
    <w:p>
      <w:r>
        <w:br/>
        <w:t>Якийсь обшарпаний чоловік стояв рядом із ним.</w:t>
      </w:r>
    </w:p>
    <w:p>
      <w:r>
        <w:br/>
        <w:t>— Тримай,— сказав він і простяг Коллінзу кайло.</w:t>
      </w:r>
    </w:p>
    <w:p>
      <w:r>
        <w:br/>
        <w:t>— Що це?</w:t>
      </w:r>
    </w:p>
    <w:p>
      <w:r>
        <w:br/>
        <w:t>— Кайло,— терпляче пояснив чоловік.— А там он — каменярня, де ми з тобою разом із іншими будемо добувати мармур.</w:t>
      </w:r>
    </w:p>
    <w:p>
      <w:r>
        <w:br/>
        <w:t>— Мармур?</w:t>
      </w:r>
    </w:p>
    <w:p>
      <w:r>
        <w:br/>
        <w:t>— Саме так. Завжди може знайтися якийсь ідіот, котрому потрібен мармуровий палац,— пояснив чоловік, криво посміхаючись.— Можеш звати мене Янг. Певний час нам доведеться працювати разом.</w:t>
      </w:r>
    </w:p>
    <w:p>
      <w:r>
        <w:br/>
        <w:t>Коллінз тупо дивився на нього.</w:t>
      </w:r>
    </w:p>
    <w:p>
      <w:r>
        <w:br/>
        <w:t>— Як довго?</w:t>
      </w:r>
    </w:p>
    <w:p>
      <w:r>
        <w:br/>
        <w:t>— А ти сам підрахуй,— сказав Янг.— Тут платять щомісяця п'ятдесят кредитів, аж поки повернеш борг.</w:t>
      </w:r>
    </w:p>
    <w:p>
      <w:r>
        <w:br/>
        <w:t>Кайло випало з рук Коллінза.</w:t>
      </w:r>
    </w:p>
    <w:p>
      <w:r>
        <w:br/>
        <w:t>Вони не можуть так вчинити з ним! Корпорація "Утилізатор" має зрозуміти свою помилку! Адже це їхня вина, що машина провалилася в минуле. Невже їй не зрозуміло?</w:t>
      </w:r>
    </w:p>
    <w:p>
      <w:r>
        <w:br/>
        <w:t>— Тут якась дивовижна помилка! — сказав Коллінз.</w:t>
      </w:r>
    </w:p>
    <w:p>
      <w:r>
        <w:br/>
        <w:t>— Ніякої помилки немає,— мовив Янг.— У них велика нестача робочих рук, от і поповнюють лави працівників як тільки можуть. Першу тисячу років буде важко, а потім нічого, звикнеш.</w:t>
      </w:r>
    </w:p>
    <w:p>
      <w:r>
        <w:br/>
        <w:t>Коллінз поплівся слідом за Янгом до каменярні, потім зупинився.</w:t>
      </w:r>
    </w:p>
    <w:p>
      <w:r>
        <w:br/>
        <w:t>— Першу тисячу років? Я стільки не проживу!</w:t>
      </w:r>
    </w:p>
    <w:p>
      <w:r>
        <w:br/>
        <w:t>— Проживеш! — запевнив його Янг.— Тобі ж дали безсмертя, невже забув?</w:t>
      </w:r>
    </w:p>
    <w:p>
      <w:r>
        <w:br/>
        <w:t>Так, це правда. Він попросив собі безсмертя якраз у ту хвилину, коли вони відібрали у нього утилізатор. А може, вони узяли його потім?</w:t>
      </w:r>
    </w:p>
    <w:p>
      <w:r>
        <w:br/>
        <w:t>Тут Коллінз дещо згадав. Дивно, але він не пам'ятав, щоб у тому рахунку, що його пред'явив Флайн, зазначалося безсмертя.</w:t>
      </w:r>
    </w:p>
    <w:p>
      <w:r>
        <w:br/>
        <w:t>— А скільки вони нарахували мені за безсмертя? — поцікавився він.</w:t>
      </w:r>
    </w:p>
    <w:p>
      <w:r>
        <w:br/>
        <w:t>Янг глянув на нього і розсміявся.</w:t>
      </w:r>
    </w:p>
    <w:p>
      <w:r>
        <w:br/>
        <w:t>— Не прикидайся наївним, друже. Пора вже тобі самому зметикувати.</w:t>
      </w:r>
    </w:p>
    <w:p>
      <w:r>
        <w:br/>
        <w:t>Він підштовхнув Коллінза до каменярні.</w:t>
      </w:r>
    </w:p>
    <w:p>
      <w:r>
        <w:br/>
        <w:t>— Ясно й так, цим вони нагороджують задарма.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Безсмертя задарма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