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Безсмертний бард</w:t>
      </w:r>
    </w:p>
    <w:p>
      <w:r>
        <w:br/>
        <w:t xml:space="preserve"> &lt;p&gt;Айзек АЗІМОВ</w:t>
      </w:r>
    </w:p>
    <w:p>
      <w:r>
        <w:br/>
        <w:t>БЕЗСМЕРТНИЙ БАРД</w:t>
      </w:r>
    </w:p>
    <w:p>
      <w:r>
        <w:br/>
        <w:t>Оповідання</w:t>
      </w:r>
    </w:p>
    <w:p>
      <w:r>
        <w:br/>
        <w:t>— О, так, — сказав доктор Фінеас Велч. — Я можу викликати душі знаменитих покійників.</w:t>
      </w:r>
    </w:p>
    <w:p>
      <w:r>
        <w:br/>
        <w:t>Він був злегка напідпитку, інакше б цього не сказав. Звісно, це було абсолютно нормально: трохи перебрати на різдвяній вечірці.</w:t>
      </w:r>
    </w:p>
    <w:p>
      <w:r>
        <w:br/>
        <w:t>Скот Робертсон, молодий викладач англійської мови і літератури, поставив свій бокал на стіл і перевірив, чи їх бува ніхто не підслуховує.</w:t>
      </w:r>
    </w:p>
    <w:p>
      <w:r>
        <w:br/>
        <w:t>— Справді, докторе Велч?</w:t>
      </w:r>
    </w:p>
    <w:p>
      <w:r>
        <w:br/>
        <w:t>— Тобто, я хочу сказати, не тільки душі. Я також можу викликати тіла.</w:t>
      </w:r>
    </w:p>
    <w:p>
      <w:r>
        <w:br/>
        <w:t>— Не думаю, що це можливо, — стримано відповів Робертсон.</w:t>
      </w:r>
    </w:p>
    <w:p>
      <w:r>
        <w:br/>
        <w:t>— А чому ні? Просте переміщення в часі.</w:t>
      </w:r>
    </w:p>
    <w:p>
      <w:r>
        <w:br/>
        <w:t>— Ви маєте на увазі подорожі в часі? Але це вкрай незвично.</w:t>
      </w:r>
    </w:p>
    <w:p>
      <w:r>
        <w:br/>
        <w:t>— Це дуже легко, якщо знаєш, що робити.</w:t>
      </w:r>
    </w:p>
    <w:p>
      <w:r>
        <w:br/>
        <w:t>— Тоді, докторе, розкажіть, як ви це робите?</w:t>
      </w:r>
    </w:p>
    <w:p>
      <w:r>
        <w:br/>
        <w:t>— Гадаєте, я вам розповім? — серйозно спитав фізик. Він повільно роззирнувся в пошуках випивки і нічого не знайшовши продовжив. — Я вже переносив деяких. Архімед, Нютон, Галілей. Бідні хлопці.</w:t>
      </w:r>
    </w:p>
    <w:p>
      <w:r>
        <w:br/>
        <w:t>— Хіба їм у нас не сподобалося? Я гадав, що сучасна наука мала б їх вразити, — промовив Робертсон. Розмова починала йому подобатися.</w:t>
      </w:r>
    </w:p>
    <w:p>
      <w:r>
        <w:br/>
        <w:t>— Повірте, вона їх таки вразила. Справді вразила. Особливо Архімеда. Я спершу думав, що він просто збожеволіє від радощів, коли я йому пояснив що до чого, тою старогрецькою, яку мені колись доводилось зубрити, але…</w:t>
      </w:r>
    </w:p>
    <w:p>
      <w:r>
        <w:br/>
        <w:t>— Щось пішло не так?</w:t>
      </w:r>
    </w:p>
    <w:p>
      <w:r>
        <w:br/>
        <w:t>— Різні культури, ось і все. Вони не могли призвичаїтися до нашого способу життя. Почували себе страшенно самотніми і наляканими. Я мусив відправити їх назад.</w:t>
      </w:r>
    </w:p>
    <w:p>
      <w:r>
        <w:br/>
        <w:t>— Так шкода.</w:t>
      </w:r>
    </w:p>
    <w:p>
      <w:r>
        <w:br/>
        <w:t>— Що є, то є. Уми великі, а от пристосовуються погано. Не універсальні. Тож я спробував перенести Шекспіра.</w:t>
      </w:r>
    </w:p>
    <w:p>
      <w:r>
        <w:br/>
        <w:t>— Що? — вражено вигукнув Робертсон. Це вже стосувалося його спеціальності.</w:t>
      </w:r>
    </w:p>
    <w:p>
      <w:r>
        <w:br/>
        <w:t>— Не треба так кричати, юначе, — скривився Велч. — Це дуже неввічливо.</w:t>
      </w:r>
    </w:p>
    <w:p>
      <w:r>
        <w:br/>
        <w:t>— Я вас правильно зрозумів, ви перенесли в наш час Шекспіра?</w:t>
      </w:r>
    </w:p>
    <w:p>
      <w:r>
        <w:br/>
        <w:t>— Так, переніс. Мені був потрібен хтось з універсальним розумом, хтось хто знав людей достатньо добре, щоб жити разом з ними на відстані в кілька століть від власного часу. Шекспір був такою людиною. Я навіть маю його автограф. На згадку так би мовити.</w:t>
      </w:r>
    </w:p>
    <w:p>
      <w:r>
        <w:br/>
        <w:t>— Автограф? — в очах Робертсона затанцювали безумні вогники.</w:t>
      </w:r>
    </w:p>
    <w:p>
      <w:r>
        <w:br/>
        <w:t>— Він у мене з собою, — Велч почав перевіряти одна за одною свої кишені. — А, ось і він.</w:t>
      </w:r>
    </w:p>
    <w:p>
      <w:r>
        <w:br/>
        <w:t>Він простягнув маленький клаптик картону викладачу англійської мови і літератури. На одному його боці було: "Л. Кляйн &amp; сини. Металеві вироби оптом". А на звороті розмашистим почерком було написано: "Вільям Шекспір".</w:t>
      </w:r>
    </w:p>
    <w:p>
      <w:r>
        <w:br/>
        <w:t>У Робертсона виникло божевільне припущення.</w:t>
      </w:r>
    </w:p>
    <w:p>
      <w:r>
        <w:br/>
        <w:t>— Який він був з себе?</w:t>
      </w:r>
    </w:p>
    <w:p>
      <w:r>
        <w:br/>
        <w:t>— Зовсім не такий, як на картинах. Лисий з потворними вусами. Говорив з якимось дивним акцентом. Я, звичайно, зробив усе, аби йому сподобалося в нашому часі. Я розповів йому, що ми дуже високої думки про його п'єси і ми досі ставимо їх на сцені. Я сказав, що ми вважаємо їх найвеличнішими творами не тільки англійської, а й світової літератури.</w:t>
      </w:r>
    </w:p>
    <w:p>
      <w:r>
        <w:br/>
        <w:t>— Правильно. Правильно, — слухав Робертсон, затамувавши подих.</w:t>
      </w:r>
    </w:p>
    <w:p>
      <w:r>
        <w:br/>
        <w:t>— Я сказав, що люди написали цілі томи коментарів до його п'єс. Природно він захотів ознайомитися з ними, тож я взяв дещо з нашої бібліотеки.</w:t>
      </w:r>
    </w:p>
    <w:p>
      <w:r>
        <w:br/>
        <w:t>— І?</w:t>
      </w:r>
    </w:p>
    <w:p>
      <w:r>
        <w:br/>
        <w:t>— О, він був вражений. Звісно, йому було важко зрозуміти ідіоми та алюзії, що відносять нас до подій після 1600, але я допоміг йому. Бідолаха. Не думаю, що він очікував на подібний прийом. Він все примовляв: "Боже помагай. Так мордувати слова останні 5 століть. Мислю, що ви і з вологого рядна цілий потоп вижмете".</w:t>
      </w:r>
    </w:p>
    <w:p>
      <w:r>
        <w:br/>
        <w:t>— Він не міг так казати.</w:t>
      </w:r>
    </w:p>
    <w:p>
      <w:r>
        <w:br/>
        <w:t>— Це ж чому? Він писав свої п'єси так швидко, як тільки міг. За його словами, все доводилося робити в дуже стислі терміни. Він написав Гамлета менше ніж за 6 місяців. Історія була давньою. Він лише трохи її відшліфував.</w:t>
      </w:r>
    </w:p>
    <w:p>
      <w:r>
        <w:br/>
        <w:t>— Так само роблять дзеркало для телескопа. Трохи шліфують та й по всьому, — обурився викладач англійської мови та літератури.</w:t>
      </w:r>
    </w:p>
    <w:p>
      <w:r>
        <w:br/>
        <w:t>Фізик не звернув на нього уваги. Він запримітив свіжий коктейль в кількох футах від себе і почав боком рухатися до нього.</w:t>
      </w:r>
    </w:p>
    <w:p>
      <w:r>
        <w:br/>
        <w:t>— Я сказав безсмертному барду, що у нас є навіть університетські курси по Шекспіру.</w:t>
      </w:r>
    </w:p>
    <w:p>
      <w:r>
        <w:br/>
        <w:t>— Я якраз читаю такий.</w:t>
      </w:r>
    </w:p>
    <w:p>
      <w:r>
        <w:br/>
        <w:t>— Знаю. Я записав його на ваші вечірні лекції. Ніколи не бачив людину, яка б настільки палко хотіла дізнатися, що думають про неї нащадки, як нещасний Білл. Він гарно над цим попрацював.</w:t>
      </w:r>
    </w:p>
    <w:p>
      <w:r>
        <w:br/>
        <w:t>— Ви записали Вільяма Шекспіра на мої курси? — пробурмотів Робертсон. Навіть, якщо це п'яні базікання, все одно голова йде обертом. Але чи справді це були просто п'яні базікання? Він починав пригадувати лисого чоловічка з дуже дивною манерою розмовляти.</w:t>
      </w:r>
    </w:p>
    <w:p>
      <w:r>
        <w:br/>
        <w:t>— Я, звісно, записав його під вигаданим ім'ям. — промовив доктор Велч. — Що б там не було, він щез. Це все було помилкою. Дуже великою помилкою. Бідолаха.</w:t>
      </w:r>
    </w:p>
    <w:p>
      <w:r>
        <w:br/>
        <w:t>Він нарешті взяв собі коктейль і затряс над ним головою.</w:t>
      </w:r>
    </w:p>
    <w:p>
      <w:r>
        <w:br/>
        <w:t>— Яка помилка? Що трапилося?</w:t>
      </w:r>
    </w:p>
    <w:p>
      <w:r>
        <w:br/>
        <w:t>— Я відправив його назад у 1600 рік, — обурено проревів Велч. — Скільки по-вашому принижень може витримати людина?</w:t>
      </w:r>
    </w:p>
    <w:p>
      <w:r>
        <w:br/>
        <w:t>— Про які приниження ви говорите?</w:t>
      </w:r>
    </w:p>
    <w:p>
      <w:r>
        <w:br/>
        <w:t>Доктор Велч залпом випив свій коктейль.</w:t>
      </w:r>
    </w:p>
    <w:p>
      <w:r>
        <w:br/>
        <w:t>— Простачок, ви його завалили.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Безсмертний бард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