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симфонія</w:t>
      </w:r>
    </w:p>
    <w:p>
      <w:r>
        <w:br/>
        <w:t xml:space="preserve"> Було нам тоді не до сміху.&lt;br /&gt;</w:t>
        <w:br/>
        <w:t>Ніч підняла завісу –</w:t>
      </w:r>
    </w:p>
    <w:p>
      <w:r>
        <w:br/>
        <w:t>біла симфонія снігу&lt;br /&gt;</w:t>
        <w:br/>
        <w:t>пливла над щоглами лісу.</w:t>
      </w:r>
    </w:p>
    <w:p>
      <w:r>
        <w:br/>
        <w:t>А ліс, як дрейфуюча шхуна,&lt;br /&gt;</w:t>
        <w:br/>
        <w:t>скрипів, у льоди закутий…&lt;br /&gt;</w:t>
        <w:br/>
        <w:t>І хлопець, зворушливо юний,&lt;br /&gt;</w:t>
        <w:br/>
        <w:t>сказав із дорослим смутком:</w:t>
      </w:r>
    </w:p>
    <w:p>
      <w:r>
        <w:br/>
        <w:t>– Ти пісня моя лебедина,&lt;br /&gt;</w:t>
        <w:br/>
        <w:t>останнє моє кохання…</w:t>
      </w:r>
    </w:p>
    <w:p>
      <w:r>
        <w:br/>
        <w:t>В такому віці людина&lt;br /&gt;</w:t>
        <w:br/>
        <w:t>завжди кохає востаннє.</w:t>
      </w:r>
    </w:p>
    <w:p>
      <w:r>
        <w:br/>
        <w:t>Бо то уже справа гідности –&lt;br /&gt;</w:t>
        <w:br/>
        <w:t>життя, бач, як сон, промайнуло.&lt;br /&gt;</w:t>
        <w:br/>
        <w:t>Підлітки для солідности&lt;br /&gt;</w:t>
        <w:br/>
        <w:t>мусять мати минуле.</w:t>
      </w:r>
    </w:p>
    <w:p>
      <w:r>
        <w:br/>
        <w:t>Завіяні снігом вітрила&lt;br /&gt;</w:t>
        <w:br/>
        <w:t>звисали, як біла гичка…&lt;br /&gt;</w:t>
        <w:br/>
        <w:t>Я теж йому щось говорила,&lt;br /&gt;</w:t>
        <w:br/>
        <w:t>і теж, певно, щось трагічне.</w:t>
      </w:r>
    </w:p>
    <w:p>
      <w:r>
        <w:br/>
        <w:t>Було кохання фатальне,&lt;br /&gt;</w:t>
        <w:br/>
        <w:t>майже з драми Ростана…&lt;br /&gt;</w:t>
        <w:br/>
        <w:t>Я тільки сніг пам'ятаю,&lt;br /&gt;</w:t>
        <w:br/>
        <w:t>отой, що давно розтанув.</w:t>
      </w:r>
    </w:p>
    <w:p>
      <w:r>
        <w:br/>
        <w:t>Білу симфонію снігу,&lt;br /&gt;</w:t>
        <w:br/>
        <w:t>шхуну, в льоди закуту…</w:t>
      </w:r>
    </w:p>
    <w:p>
      <w:r>
        <w:br/>
        <w:t>А нам з тобою – до сміху!&lt;br /&gt;</w:t>
        <w:br/>
        <w:t>А нам з тобою не смутно!</w:t>
      </w:r>
    </w:p>
    <w:p>
      <w:r>
        <w:br/>
        <w:t>І добре тобі, і весело&lt;br /&gt;</w:t>
        <w:br/>
        <w:t>на білому світі жити.&lt;br /&gt;</w:t>
        <w:br/>
        <w:t>Ти тільки, як всі воскреслі,&lt;br /&gt;</w:t>
        <w:br/>
        <w:t>не любиш про смерть говорити.</w:t>
      </w:r>
    </w:p>
    <w:p>
      <w:r>
        <w:br/>
        <w:t>І маєш, напевно, рацію.&lt;br /&gt;</w:t>
        <w:br/>
        <w:t>Минуле вмерзає в кригу.&lt;br /&gt;</w:t>
        <w:br/>
        <w:t>І це вже не декорація…</w:t>
      </w:r>
    </w:p>
    <w:p>
      <w:r>
        <w:br/>
        <w:t>Біла симфонія снігу.</w:t>
      </w:r>
    </w:p>
    <w:p>
      <w:r>
        <w:br/>
        <w:t>Стогне завія до рання,&lt;br /&gt;</w:t>
        <w:br/>
        <w:t>зламавши об ліс крило…&lt;br /&gt;</w:t>
        <w:br/>
        <w:t>Ти – моє перше кохання.&lt;br /&gt;</w:t>
        <w:br/>
        <w:t>Останнє уже було.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симфонія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