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Благословення</w:t>
      </w:r>
    </w:p>
    <w:p>
      <w:r>
        <w:br/>
        <w:t xml:space="preserve"> Коли верховних сил незбагненим велінням&lt;br /&gt;</w:t>
        <w:br/>
        <w:t>З'являється поет у злі, сумні роки,&lt;br /&gt;</w:t>
        <w:br/>
        <w:t>То мати в розпачі, з прокляттям і тремтінням,&lt;br /&gt;</w:t>
        <w:br/>
        <w:t>До Бога простира сердито кулаки:</w:t>
      </w:r>
    </w:p>
    <w:p>
      <w:r>
        <w:br/>
        <w:t>"Бодай зродила б я клубок гадюк у хащі,&lt;br /&gt;</w:t>
        <w:br/>
        <w:t>Ніж годувати глум цей — виродка в журбі!&lt;br /&gt;</w:t>
        <w:br/>
        <w:t>Будь, ноче, проклята — утіхи всі пропащі,&lt;br /&gt;</w:t>
        <w:br/>
        <w:t>Покуту за гріхи я зачала в собі!</w:t>
      </w:r>
    </w:p>
    <w:p>
      <w:r>
        <w:br/>
        <w:t>Чому я обрана, і за яку провину&lt;br /&gt;</w:t>
        <w:br/>
        <w:t>Страшна відраза я для мужа? Та з жалю&lt;br /&gt;</w:t>
        <w:br/>
        <w:t>Я покруча цього у полум'я не кину,&lt;br /&gt;</w:t>
        <w:br/>
        <w:t>Його, як вісточку любовну, не спалю,</w:t>
      </w:r>
    </w:p>
    <w:p>
      <w:r>
        <w:br/>
        <w:t>Ні, я проллю твій шал, твоє отруйне мрево&lt;br /&gt;</w:t>
        <w:br/>
        <w:t>На проклятий стократ цей злючий сповиток.&lt;br /&gt;</w:t>
        <w:br/>
        <w:t>Так вправно я скручу оце нужденне древо —&lt;br /&gt;</w:t>
        <w:br/>
        <w:t>Не випустить воно зачумлених бруньок! "</w:t>
      </w:r>
    </w:p>
    <w:p>
      <w:r>
        <w:br/>
        <w:t>Отак вона ковта прокльонів хижу піну,&lt;br /&gt;</w:t>
        <w:br/>
        <w:t>Не тямлячи крутих верховних повелінь.&lt;br /&gt;</w:t>
        <w:br/>
        <w:t>В геєні огняній за матірню провину&lt;br /&gt;</w:t>
        <w:br/>
        <w:t>Вона сама собі роздмухує жарінь.</w:t>
      </w:r>
    </w:p>
    <w:p>
      <w:r>
        <w:br/>
        <w:t>Та ангельська над ним простерлася десниця&lt;br /&gt;</w:t>
        <w:br/>
        <w:t>I сонцем п'яне це занедбане дитя;&lt;br /&gt;</w:t>
        <w:br/>
        <w:t>Амброзія богів йому в усьому сниться,&lt;br /&gt;</w:t>
        <w:br/>
        <w:t>Вода йому — нектар, нектар — усе життя;</w:t>
      </w:r>
    </w:p>
    <w:p>
      <w:r>
        <w:br/>
        <w:t>Він грає з вітром, він — із хмарою в розмові,&lt;br /&gt;</w:t>
        <w:br/>
        <w:t>Він славить гімнами сп'яніло хресний шлях,&lt;br /&gt;</w:t>
        <w:br/>
        <w:t>I дух, що йде за ним слідом журби й любові,&lt;br /&gt;</w:t>
        <w:br/>
        <w:t>Поета впізнає безжурного, мов птах.</w:t>
      </w:r>
    </w:p>
    <w:p>
      <w:r>
        <w:br/>
        <w:t>Та жахом повні ті, кого любить він хоче,&lt;br /&gt;</w:t>
        <w:br/>
        <w:t>Хоч серця злагоду несе назустріч всім,&lt;br /&gt;</w:t>
        <w:br/>
        <w:t>Та любі їм лише його скорботні очі —&lt;br /&gt;</w:t>
        <w:br/>
        <w:t>Всі трутизну свою випробують на нім.</w:t>
      </w:r>
    </w:p>
    <w:p>
      <w:r>
        <w:br/>
        <w:t>В питво домішують золи та каламуті,&lt;br /&gt;</w:t>
        <w:br/>
        <w:t>На хліб його плюють — скажена слина в них.&lt;br /&gt;</w:t>
        <w:br/>
        <w:t>Чого торкнеться він, сахаються у люті,&lt;br /&gt;</w:t>
        <w:br/>
        <w:t>Бояться, як чуми, стежок його прямих.</w:t>
      </w:r>
    </w:p>
    <w:p>
      <w:r>
        <w:br/>
        <w:t>На людних торжищах його дружини мова:&lt;br /&gt;</w:t>
        <w:br/>
        <w:t>"Коли для нього я гарніша від усіх,&lt;br /&gt;</w:t>
        <w:br/>
        <w:t>Буть ідолом його я все життя готова,&lt;br /&gt;</w:t>
        <w:br/>
        <w:t>Пишатись в золоті — од голови до ніг;</w:t>
      </w:r>
    </w:p>
    <w:p>
      <w:r>
        <w:br/>
        <w:t>Я прагну розкошів, і мирри, й фіміаму,&lt;br /&gt;</w:t>
        <w:br/>
        <w:t>Колінопреклонінь, і м'яса, і вина,&lt;br /&gt;</w:t>
        <w:br/>
        <w:t>Так — узурпую я закохану нестяму&lt;br /&gt;</w:t>
        <w:br/>
        <w:t>I висмію в душі — ядуча ж бо вона!</w:t>
      </w:r>
    </w:p>
    <w:p>
      <w:r>
        <w:br/>
        <w:t>А як відчую бридь по цім блюзнірськім грищі,&lt;br /&gt;</w:t>
        <w:br/>
        <w:t>То не схибне моя міцна й тонка рука —&lt;br /&gt;</w:t>
        <w:br/>
        <w:t>Тендітні нігтики, мов гарпій пазурища,&lt;br /&gt;</w:t>
        <w:br/>
        <w:t>Вона йому нехай у серце запуска!</w:t>
      </w:r>
    </w:p>
    <w:p>
      <w:r>
        <w:br/>
        <w:t>Немов пташа з гнізда в оцій земній юдолі,&lt;br /&gt;</w:t>
        <w:br/>
        <w:t>Червоне серце враз я видеру — і тут&lt;br /&gt;</w:t>
        <w:br/>
        <w:t>Улюблений мій звір насититься ним долі,&lt;br /&gt;</w:t>
        <w:br/>
        <w:t>Куди жбурну цей шмат бридливо я у бруд! "</w:t>
      </w:r>
    </w:p>
    <w:p>
      <w:r>
        <w:br/>
        <w:t>Та що йому цей ґвалт! До неба — очі й вуха:&lt;br /&gt;</w:t>
        <w:br/>
        <w:t>Побожні руки він здіймає у блакить.&lt;br /&gt;</w:t>
        <w:br/>
        <w:t>В сліпучих блискавках його ясного духу&lt;br /&gt;</w:t>
        <w:br/>
        <w:t>Розгніваний народ кипить і клекотить:</w:t>
      </w:r>
    </w:p>
    <w:p>
      <w:r>
        <w:br/>
        <w:t>"Благословенний будь, мій Боже, що страждання&lt;br /&gt;</w:t>
        <w:br/>
        <w:t>Мов ліки очисні, даруєш щедро нам;&lt;br /&gt;</w:t>
        <w:br/>
        <w:t>Вони для душ міцних — небесні пожадання,&lt;br /&gt;</w:t>
        <w:br/>
        <w:t>Вони для праведних — божественний бальзам!</w:t>
      </w:r>
    </w:p>
    <w:p>
      <w:r>
        <w:br/>
        <w:t>Я знаю — бережеш ти місце і поету,&lt;br /&gt;</w:t>
        <w:br/>
        <w:t>Де воїнства твого щаслива височінь,&lt;br /&gt;</w:t>
        <w:br/>
        <w:t>Запрошуєш його до горнього бенкету&lt;br /&gt;</w:t>
        <w:br/>
        <w:t>Престолів, доброчесть, верховних володінь.</w:t>
      </w:r>
    </w:p>
    <w:p>
      <w:r>
        <w:br/>
        <w:t>Я знаю, тільки біль — ота шляхетна цнота,&lt;br /&gt;</w:t>
        <w:br/>
        <w:t>Якої не страшать моря пекельних скрут,&lt;br /&gt;</w:t>
        <w:br/>
        <w:t>Хай у вінку моїм горить одна скорбота —&lt;br /&gt;</w:t>
        <w:br/>
        <w:t>Усіх світів і літ один містичний жмут.</w:t>
      </w:r>
    </w:p>
    <w:p>
      <w:r>
        <w:br/>
        <w:t>Що перед тим вінком сяйні скарби Пальміри&lt;br /&gt;</w:t>
        <w:br/>
        <w:t>З усіх морських глибин затаєним вогнем;&lt;br /&gt;</w:t>
        <w:br/>
        <w:t>Що перед ним ясні перлини і сапфіри —&lt;br /&gt;</w:t>
        <w:br/>
        <w:t>Перед найвищою з сліпучих діадем;</w:t>
      </w:r>
    </w:p>
    <w:p>
      <w:r>
        <w:br/>
        <w:t>Бо ж буде творена в твоїм благословінні&lt;br /&gt;</w:t>
        <w:br/>
        <w:t>З первісних променів — не з золота-срібла,&lt;br /&gt;</w:t>
        <w:br/>
        <w:t>А очі смертнії в прекрасному тремтінні&lt;br /&gt;</w:t>
        <w:br/>
        <w:t>Для неї лиш сліпі і тьмяні дзеркала! "</w:t>
      </w:r>
    </w:p>
    <w:p>
      <w:r>
        <w:br/>
      </w:r>
    </w:p>
    <w:p>
      <w:r>
        <w:br/>
        <w:t>Переклад І. Драча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Благословення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