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 сну поніс мене у замок десь заклятий</w:t>
      </w:r>
    </w:p>
    <w:p>
      <w:r>
        <w:br/>
        <w:t xml:space="preserve"> LXI.</w:t>
      </w:r>
    </w:p>
    <w:p>
      <w:r>
        <w:br/>
        <w:t>Бог сну поніс мене у замок десь заклятий,&lt;br /&gt;</w:t>
        <w:br/>
        <w:t>Там душні пахощі і світочі ясні,&lt;br /&gt;</w:t>
        <w:br/>
        <w:t>Людей там хвилі, гурт швидкий, строкатий,&lt;br /&gt;</w:t>
        <w:br/>
        <w:t>Мов лабіринти – ходники тісні.&lt;br /&gt;</w:t>
        <w:br/>
        <w:t>Шукають всі дверей, щоб вийти з хати,&lt;br /&gt;</w:t>
        <w:br/>
        <w:t>І ламлють руки, всі спотворені, страшні.&lt;br /&gt;</w:t>
        <w:br/>
        <w:t>Панни та лицарі йдуть щільною юрбою,&lt;br /&gt;</w:t>
        <w:br/>
        <w:t>Мене самого теж потяг той гурт з собою.</w:t>
      </w:r>
    </w:p>
    <w:p>
      <w:r>
        <w:br/>
        <w:t>Зненацька сам зоставсь я і дивую,&lt;br /&gt;</w:t>
        <w:br/>
        <w:t>Як швидко зник той гурт мені в очах.&lt;br /&gt;</w:t>
        <w:br/>
        <w:t>По ходниках я сам блуджу, мандрую,&lt;br /&gt;</w:t>
        <w:br/>
        <w:t>А стіни хиляться… Мене взяв страх!&lt;br /&gt;</w:t>
        <w:br/>
        <w:t>Я на ногах немов кайдани чую,&lt;br /&gt;</w:t>
        <w:br/>
        <w:t>А серце стиснув розпач, сум і жах…&lt;br /&gt;</w:t>
        <w:br/>
        <w:t>Аж ось на двері я натрапив сам.&lt;br /&gt;</w:t>
        <w:br/>
        <w:t>Туди! скоріше!.. Боже! хто се там?</w:t>
      </w:r>
    </w:p>
    <w:p>
      <w:r>
        <w:br/>
        <w:t>Ох, се ж кохана! двері заступає,&lt;br /&gt;</w:t>
        <w:br/>
        <w:t>Жаль на устах, від туги вид змарнів.&lt;br /&gt;</w:t>
        <w:br/>
        <w:t>Я кинувсь геть, – рукою милая махає.&lt;br /&gt;</w:t>
        <w:br/>
        <w:t>Чи осторога то мені? чи гнів?&lt;br /&gt;</w:t>
        <w:br/>
        <w:t>Але їй в очах світло любе сяє.&lt;br /&gt;</w:t>
        <w:br/>
        <w:t>Мені той погляд серце так вразив,&lt;br /&gt;</w:t>
        <w:br/>
        <w:t>Так дивно, так поважно погляд той світився,&lt;br /&gt;</w:t>
        <w:br/>
        <w:t>І разом з тим так мило!.. я збудився.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 сну поніс мене у замок десь заклятий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