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Бригантина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Бригантина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