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кріт не з'являється на світ</w:t>
      </w:r>
    </w:p>
    <w:p>
      <w:r>
        <w:br/>
        <w:t xml:space="preserve"> У кротихи&lt;br /&gt;</w:t>
        <w:br/>
        <w:t>Сталось лихо,&lt;br /&gt;</w:t>
        <w:br/>
        <w:t>І кротиха&lt;br /&gt;</w:t>
        <w:br/>
        <w:t>Плаче тихо&lt;br /&gt;</w:t>
        <w:br/>
        <w:t>У норі&lt;br /&gt;</w:t>
        <w:br/>
        <w:t>Від світання&lt;br /&gt;</w:t>
        <w:br/>
        <w:t>Й до зорі.&lt;br /&gt;</w:t>
        <w:br/>
        <w:t>У кротихи&lt;br /&gt;</w:t>
        <w:br/>
        <w:t>Любий кротик —&lt;br /&gt;</w:t>
        <w:br/>
        <w:t>Чорна шубка,&lt;br /&gt;</w:t>
        <w:br/>
        <w:t>Чорний ротик—&lt;br /&gt;</w:t>
        <w:br/>
        <w:t>Розлінився&lt;br /&gt;</w:t>
        <w:br/>
        <w:t>В самий край:&lt;br /&gt;</w:t>
        <w:br/>
        <w:t>Не виходить&lt;br /&gt;</w:t>
        <w:br/>
        <w:t>Навіть в гай.&lt;br /&gt;</w:t>
        <w:br/>
        <w:t>У оселі,&lt;br /&gt;</w:t>
        <w:br/>
        <w:t>На постелі,&lt;br /&gt;</w:t>
        <w:br/>
        <w:t>Загорнувшись&lt;br /&gt;</w:t>
        <w:br/>
        <w:t>В кожушини,&lt;br /&gt;</w:t>
        <w:br/>
        <w:t>До полудня&lt;br /&gt;</w:t>
        <w:br/>
        <w:t>Спить дитина.&lt;br /&gt;</w:t>
        <w:br/>
        <w:t>А як встане,&lt;br /&gt;</w:t>
        <w:br/>
        <w:t>То в постіль&lt;br /&gt;</w:t>
        <w:br/>
        <w:t>Просить в мами&lt;br /&gt;</w:t>
        <w:br/>
        <w:t>Хліб і сіль,&lt;br /&gt;</w:t>
        <w:br/>
        <w:t>Борщ з грибами&lt;br /&gt;</w:t>
        <w:br/>
        <w:t>Та кисіль.&lt;br /&gt;</w:t>
        <w:br/>
        <w:t>Ну, а мама,&lt;br /&gt;</w:t>
        <w:br/>
        <w:t>Так, як мама,—&lt;br /&gt;</w:t>
        <w:br/>
        <w:t>Сипле в миску&lt;br /&gt;</w:t>
        <w:br/>
        <w:t>Борщ з грибами,&lt;br /&gt;</w:t>
        <w:br/>
        <w:t>Крає хліб,&lt;br /&gt;</w:t>
        <w:br/>
        <w:t>Несе кисіль&lt;br /&gt;</w:t>
        <w:br/>
        <w:t>Не до столу,&lt;br /&gt;</w:t>
        <w:br/>
        <w:t>А в постіль,&lt;br /&gt;</w:t>
        <w:br/>
        <w:t>Та й говорить&lt;br /&gt;</w:t>
        <w:br/>
        <w:t>До дитини:&lt;br /&gt;</w:t>
        <w:br/>
        <w:t>— Ти б хоч вмився,&lt;br /&gt;</w:t>
        <w:br/>
        <w:t>Любий сину,&lt;br /&gt;</w:t>
        <w:br/>
        <w:t>Хоч промий&lt;br /&gt;</w:t>
        <w:br/>
        <w:t>Свої очиці,&lt;br /&gt;</w:t>
        <w:br/>
        <w:t>Я подам тобі водиці,&lt;br /&gt;</w:t>
        <w:br/>
        <w:t>Не з криниці,&lt;br /&gt;</w:t>
        <w:br/>
        <w:t>А тепленької&lt;br /&gt;</w:t>
        <w:br/>
        <w:t>З горнятка,&lt;br /&gt;</w:t>
        <w:br/>
        <w:t>Вмийсь хоч лапкою,&lt;br /&gt;</w:t>
        <w:br/>
        <w:t>Дитятко...—&lt;br /&gt;</w:t>
        <w:br/>
        <w:t>А дитина&lt;br /&gt;</w:t>
        <w:br/>
        <w:t>Позіхає,&lt;br /&gt;</w:t>
        <w:br/>
        <w:t>Ліньки спину&lt;br /&gt;</w:t>
        <w:br/>
        <w:t>Вигинає:&lt;br /&gt;</w:t>
        <w:br/>
        <w:t>— Я вмиватися&lt;br /&gt;</w:t>
        <w:br/>
        <w:t>Не хочу,&lt;br /&gt;</w:t>
        <w:br/>
        <w:t>Бо біда,&lt;br /&gt;</w:t>
        <w:br/>
        <w:t>Як зайде вода&lt;br /&gt;</w:t>
        <w:br/>
        <w:t>У очі.-&lt;br /&gt;</w:t>
        <w:br/>
        <w:t>Та й бере&lt;br /&gt;</w:t>
        <w:br/>
        <w:t>У мами горщик,&lt;br /&gt;</w:t>
        <w:br/>
        <w:t>Де парує&lt;br /&gt;</w:t>
        <w:br/>
        <w:t>Свіжий борщик.&lt;br /&gt;</w:t>
        <w:br/>
        <w:t>Так і жив&lt;br /&gt;</w:t>
        <w:br/>
        <w:t>Собі в оселі,&lt;br /&gt;</w:t>
        <w:br/>
        <w:t>Так і їв&lt;br /&gt;</w:t>
        <w:br/>
        <w:t>Собі в постелі.&lt;br /&gt;</w:t>
        <w:br/>
        <w:t>Мамин кротик—&lt;br /&gt;</w:t>
        <w:br/>
        <w:t>Чорна шубка,&lt;br /&gt;</w:t>
        <w:br/>
        <w:t>Чорний ротик.</w:t>
      </w:r>
    </w:p>
    <w:p>
      <w:r>
        <w:br/>
        <w:t>От пройшло&lt;br /&gt;</w:t>
        <w:br/>
        <w:t>Із пару літ,&lt;br /&gt;</w:t>
        <w:br/>
        <w:t>Із дитятка&lt;br /&gt;</w:t>
        <w:br/>
        <w:t>Виріс кріт.&lt;br /&gt;</w:t>
        <w:br/>
        <w:t>В нього вже&lt;br /&gt;</w:t>
        <w:br/>
        <w:t>Не лапки—лапи,&lt;br /&gt;</w:t>
        <w:br/>
        <w:t>Розчепірились,&lt;br /&gt;</w:t>
        <w:br/>
        <w:t>Мов краби,&lt;br /&gt;</w:t>
        <w:br/>
        <w:t>І не шубка&lt;br /&gt;</w:t>
        <w:br/>
        <w:t>В нього— шуба,&lt;br /&gt;</w:t>
        <w:br/>
        <w:t>І не зубки —&lt;br /&gt;</w:t>
        <w:br/>
        <w:t>Добрі зуби,&lt;br /&gt;</w:t>
        <w:br/>
        <w:t>Тільки зменшились&lt;br /&gt;</w:t>
        <w:br/>
        <w:t>Очиці&lt;br /&gt;</w:t>
        <w:br/>
        <w:t>Без вмивання,&lt;br /&gt;</w:t>
        <w:br/>
        <w:t>Без водиці.&lt;br /&gt;</w:t>
        <w:br/>
        <w:t>Та не журиться&lt;br /&gt;</w:t>
        <w:br/>
        <w:t>Цим кріт,&lt;br /&gt;</w:t>
        <w:br/>
        <w:t>У оселі&lt;br /&gt;</w:t>
        <w:br/>
        <w:t>На постелі&lt;br /&gt;</w:t>
        <w:br/>
        <w:t>Поїдаю чи обід...</w:t>
      </w:r>
    </w:p>
    <w:p>
      <w:r>
        <w:br/>
        <w:t>Але якось&lt;br /&gt;</w:t>
        <w:br/>
        <w:t>Восени&lt;br /&gt;</w:t>
        <w:br/>
        <w:t>Забажав кріт&lt;br /&gt;</w:t>
        <w:br/>
        <w:t>Свіжини.&lt;br /&gt;</w:t>
        <w:br/>
        <w:t>Він почув,&lt;br /&gt;</w:t>
        <w:br/>
        <w:t>Як угорі&lt;br /&gt;</w:t>
        <w:br/>
        <w:t>Біля самої&lt;br /&gt;</w:t>
        <w:br/>
        <w:t>Нори&lt;br /&gt;</w:t>
        <w:br/>
        <w:t>З груші&lt;br /&gt;</w:t>
        <w:br/>
        <w:t>Сипались грушки,&lt;br /&gt;</w:t>
        <w:br/>
        <w:t>Та не в рот,&lt;br /&gt;</w:t>
        <w:br/>
        <w:t>А у город.&lt;br /&gt;</w:t>
        <w:br/>
        <w:t>Кріт послав би&lt;br /&gt;</w:t>
        <w:br/>
        <w:t>Рідну маму&lt;br /&gt;</w:t>
        <w:br/>
        <w:t>За грушками-&lt;br /&gt;</w:t>
        <w:br/>
        <w:t>Гниличками,&lt;br /&gt;</w:t>
        <w:br/>
        <w:t>Та, на лихо,&lt;br /&gt;</w:t>
        <w:br/>
        <w:t>Мама саме&lt;br /&gt;</w:t>
        <w:br/>
        <w:t>Подалася&lt;br /&gt;</w:t>
        <w:br/>
        <w:t>За грибами.&lt;br /&gt;</w:t>
        <w:br/>
        <w:t>Кріт вертівся,&lt;br /&gt;</w:t>
        <w:br/>
        <w:t>Кріт крутився&lt;br /&gt;</w:t>
        <w:br/>
        <w:t>На постелі:&lt;br /&gt;</w:t>
        <w:br/>
        <w:t>Можна б вийти&lt;br /&gt;</w:t>
        <w:br/>
        <w:t>Із оселі&lt;br /&gt;</w:t>
        <w:br/>
        <w:t>Замість мами&lt;br /&gt;</w:t>
        <w:br/>
        <w:t>За грушками,&lt;br /&gt;</w:t>
        <w:br/>
        <w:t>Та не хочеться&lt;br /&gt;</w:t>
        <w:br/>
        <w:t>Кротові&lt;br /&gt;</w:t>
        <w:br/>
        <w:t>Підійматись у діброву,—&lt;br /&gt;</w:t>
        <w:br/>
        <w:t>Це ж турбота,&lt;br /&gt;</w:t>
        <w:br/>
        <w:t>Це ж робота,&lt;br /&gt;</w:t>
        <w:br/>
        <w:t>Це ж згинатись,&lt;br /&gt;</w:t>
        <w:br/>
        <w:t>Розгинатись,&lt;br /&gt;</w:t>
        <w:br/>
        <w:t>Це ж, дивися,&lt;br /&gt;</w:t>
        <w:br/>
        <w:t>Ненароком&lt;br /&gt;</w:t>
        <w:br/>
        <w:t>Попаде росиця&lt;br /&gt;</w:t>
        <w:br/>
        <w:t>В око.&lt;br /&gt;</w:t>
        <w:br/>
        <w:t>От аби у добру пору&lt;br /&gt;</w:t>
        <w:br/>
        <w:t>Закотилась&lt;br /&gt;</w:t>
        <w:br/>
        <w:t>Грушка в нору,&lt;br /&gt;</w:t>
        <w:br/>
        <w:t>Мав би кріт&lt;br /&gt;</w:t>
        <w:br/>
        <w:t>Собі обід.&lt;br /&gt;</w:t>
        <w:br/>
        <w:t>А тим часом&lt;br /&gt;</w:t>
        <w:br/>
        <w:t>Чує кріт —&lt;br /&gt;</w:t>
        <w:br/>
        <w:t>Підвело йому&lt;br /&gt;</w:t>
        <w:br/>
        <w:t>Живіт.&lt;br /&gt;</w:t>
        <w:br/>
        <w:t>Каже кріт собі під ніс:&lt;br /&gt;</w:t>
        <w:br/>
        <w:t>— Доведеться&lt;br /&gt;</w:t>
        <w:br/>
        <w:t>Йти у ліс.&lt;br /&gt;</w:t>
        <w:br/>
        <w:t>Принесу мішок&lt;br /&gt;</w:t>
        <w:br/>
        <w:t>Грушок,&lt;br /&gt;</w:t>
        <w:br/>
        <w:t>При несу я сам у дім,&lt;br /&gt;</w:t>
        <w:br/>
        <w:t>Сам помию,&lt;br /&gt;</w:t>
        <w:br/>
        <w:t>Сам поїм.—&lt;br /&gt;</w:t>
        <w:br/>
        <w:t>Кріт озувся,&lt;br /&gt;</w:t>
        <w:br/>
        <w:t>Одягнувся,&lt;br /&gt;</w:t>
        <w:br/>
        <w:t>Взяв під руку&lt;br /&gt;</w:t>
        <w:br/>
        <w:t>Шапку-бирку&lt;br /&gt;</w:t>
        <w:br/>
        <w:t>Та й посунувсь&lt;br /&gt;</w:t>
        <w:br/>
        <w:t>З ліжка в дірку.&lt;br /&gt;</w:t>
        <w:br/>
        <w:t>От і виліз&lt;br /&gt;</w:t>
        <w:br/>
        <w:t>Кріт на світ,&lt;br /&gt;</w:t>
        <w:br/>
        <w:t>Крадькома&lt;br /&gt;</w:t>
        <w:br/>
        <w:t>На сонце — глип,&lt;br /&gt;</w:t>
        <w:br/>
        <w:t>Та й очицями&lt;br /&gt;</w:t>
        <w:br/>
        <w:t>Кліп-кліп&lt;br /&gt;</w:t>
        <w:br/>
        <w:t>І від променя&lt;br /&gt;</w:t>
        <w:br/>
        <w:t>Осліп.&lt;br /&gt;</w:t>
        <w:br/>
        <w:t>Кріт скоріш&lt;br /&gt;</w:t>
        <w:br/>
        <w:t>Без шапки-бирки&lt;br /&gt;</w:t>
        <w:br/>
        <w:t>Опустився&lt;br /&gt;</w:t>
        <w:br/>
        <w:t>В рідну дірку.&lt;br /&gt;</w:t>
        <w:br/>
        <w:t>З того часу&lt;br /&gt;</w:t>
        <w:br/>
        <w:t>Більше кріт&lt;br /&gt;</w:t>
        <w:br/>
        <w:t>Не з'являється&lt;br /&gt;</w:t>
        <w:br/>
        <w:t>На світ.&lt;br /&gt;</w:t>
        <w:br/>
        <w:t>Він літує&lt;br /&gt;</w:t>
        <w:br/>
        <w:t>І зимує&lt;br /&gt;</w:t>
        <w:br/>
        <w:t>У норі,&lt;br /&gt;</w:t>
        <w:br/>
        <w:t>Тільки шапку&lt;br /&gt;</w:t>
        <w:br/>
        <w:t>Залишає угорі.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кріт не з'являється на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