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Чудацька рада</w:t>
      </w:r>
    </w:p>
    <w:p>
      <w:r>
        <w:br/>
        <w:t xml:space="preserve"> Спалюйся жінками,&lt;br /&gt;</w:t>
        <w:br/>
        <w:t>Серце ж замикай&lt;br /&gt;</w:t>
        <w:br/>
        <w:t>I чимдуж тікай&lt;br /&gt;</w:t>
        <w:br/>
        <w:t>Від епіталами.</w:t>
      </w:r>
    </w:p>
    <w:p>
      <w:r>
        <w:br/>
        <w:t>Щоб забути — пий!&lt;br /&gt;</w:t>
        <w:br/>
        <w:t>Завжди при горілці&lt;br /&gt;</w:t>
        <w:br/>
        <w:t>Знайдеш на тарілці&lt;br /&gt;</w:t>
        <w:br/>
        <w:t>Місяць золотий.</w:t>
      </w:r>
    </w:p>
    <w:p>
      <w:r>
        <w:br/>
        <w:t>Хай нас кривдять люди&lt;br /&gt;</w:t>
        <w:br/>
        <w:t>Та й по всій журбі?&lt;br /&gt;</w:t>
        <w:br/>
        <w:t>Ціну ми собі&lt;br /&gt;</w:t>
        <w:br/>
        <w:t>Знаєм без облуди.</w:t>
      </w:r>
    </w:p>
    <w:p>
      <w:r>
        <w:br/>
        <w:t>Хто ми є такі —&lt;br /&gt;</w:t>
        <w:br/>
        <w:t>Власна кров співає!&lt;br /&gt;</w:t>
        <w:br/>
        <w:t>Що? Будяк шпиняє&lt;br /&gt;</w:t>
        <w:br/>
        <w:t>В ноги колючки?</w:t>
      </w:r>
    </w:p>
    <w:p>
      <w:r>
        <w:br/>
        <w:t>Б'є тебе в ланити&lt;br /&gt;</w:t>
        <w:br/>
        <w:t>Вітер, той гультяй?&lt;br /&gt;</w:t>
        <w:br/>
        <w:t>Ти ж іди, співай,&lt;br /&gt;</w:t>
        <w:br/>
        <w:t>Рви рожеві квіти.</w:t>
      </w:r>
    </w:p>
    <w:p>
      <w:r>
        <w:br/>
        <w:t>Все на краще йде&lt;br /&gt;</w:t>
        <w:br/>
        <w:t>В світі цім найгіршім!&lt;br /&gt;</w:t>
        <w:br/>
        <w:t>Тільки твердо вирішім&lt;br /&gt;</w:t>
        <w:br/>
        <w:t>Не двоїть ніде.</w:t>
      </w:r>
    </w:p>
    <w:p>
      <w:r>
        <w:br/>
        <w:t>По закону злоби&lt;br /&gt;</w:t>
        <w:br/>
        <w:t>Судить тебе хам —&lt;br /&gt;</w:t>
        <w:br/>
        <w:t>А благим богам&lt;br /&gt;</w:t>
        <w:br/>
        <w:t>Гріх твій до вподоби.</w:t>
      </w:r>
    </w:p>
    <w:p>
      <w:r>
        <w:br/>
        <w:t>Знов, душе, цвісти&lt;br /&gt;</w:t>
        <w:br/>
        <w:t>Будеш в емпіреї,&lt;br /&gt;</w:t>
        <w:br/>
        <w:t>Гордою зорею&lt;br /&gt;</w:t>
        <w:br/>
        <w:t>Сяять з висоти!</w:t>
      </w:r>
    </w:p>
    <w:p>
      <w:r>
        <w:br/>
        <w:t>Ти ж у цій юдолі&lt;br /&gt;</w:t>
        <w:br/>
        <w:t>Не із тих бідах,&lt;br /&gt;</w:t>
        <w:br/>
        <w:t>Що в один лиш мах&lt;br /&gt;</w:t>
        <w:br/>
        <w:t>Дробить молот Долі.</w:t>
      </w:r>
    </w:p>
    <w:p>
      <w:r>
        <w:br/>
        <w:t>Добрий твій метал,&lt;br /&gt;</w:t>
        <w:br/>
        <w:t>Литий, битий, кутий,&lt;br /&gt;</w:t>
        <w:br/>
        <w:t>Вийде із покути&lt;br /&gt;</w:t>
        <w:br/>
        <w:t>Вище всіх похвал.</w:t>
      </w:r>
    </w:p>
    <w:p>
      <w:r>
        <w:br/>
        <w:t>Мов жадана гостя,&lt;br /&gt;</w:t>
        <w:br/>
        <w:t>Благісним мечем&lt;br /&gt;</w:t>
        <w:br/>
        <w:t>Блиснеш над плечем&lt;br /&gt;</w:t>
        <w:br/>
        <w:t>У Побідоносця.</w:t>
      </w:r>
    </w:p>
    <w:p>
      <w:r>
        <w:br/>
        <w:t>I Архістратиг&lt;br /&gt;</w:t>
        <w:br/>
        <w:t>Радо тебе прийме,&lt;br /&gt;</w:t>
        <w:br/>
        <w:t>Як замаєш крильми&lt;br /&gt;</w:t>
        <w:br/>
        <w:t>На вітрах святих.</w:t>
      </w:r>
    </w:p>
    <w:p>
      <w:r>
        <w:br/>
        <w:t>Це ж у катастрофі&lt;br /&gt;</w:t>
        <w:br/>
        <w:t>Усміх серед сліз,&lt;br /&gt;</w:t>
        <w:br/>
        <w:t>Це ж мов крин, що зріс&lt;br /&gt;</w:t>
        <w:br/>
        <w:t>На гіркій Голгофі...</w:t>
      </w:r>
    </w:p>
    <w:p>
      <w:r>
        <w:br/>
        <w:t>Трохи ще поспи,&lt;br /&gt;</w:t>
        <w:br/>
        <w:t>Мов огонь в кресиві,&lt;br /&gt;</w:t>
        <w:br/>
        <w:t>В тихім надпориві&lt;br /&gt;</w:t>
        <w:br/>
        <w:t>Трохи потерпи.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Чудацька 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