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Давнє й нове</w:t>
      </w:r>
    </w:p>
    <w:p>
      <w:r>
        <w:br/>
        <w:t xml:space="preserve"> ЗМІСТ</w:t>
      </w:r>
    </w:p>
    <w:p>
      <w:r>
        <w:br/>
        <w:t>Паренетікон&lt;br /&gt;</w:t>
        <w:br/>
        <w:t>Багач&lt;br /&gt;</w:t>
        <w:br/>
        <w:t>Хто славу світу осягнув...&lt;br /&gt;</w:t>
        <w:br/>
        <w:t>Так говорить стародавня повість...&lt;br /&gt;</w:t>
        <w:br/>
        <w:t>Строфи&lt;br /&gt;</w:t>
        <w:br/>
        <w:t>Вольні вірші&lt;br /&gt;</w:t>
        <w:br/>
        <w:t>Многонадійний</w:t>
      </w:r>
    </w:p>
    <w:p>
      <w:r>
        <w:br/>
        <w:t>ПАРЕНЕТІКОН</w:t>
      </w:r>
    </w:p>
    <w:p>
      <w:r>
        <w:br/>
        <w:t>БАГАЧ</w:t>
      </w:r>
    </w:p>
    <w:p>
      <w:r>
        <w:br/>
        <w:t>1</w:t>
      </w:r>
    </w:p>
    <w:p>
      <w:r>
        <w:br/>
        <w:t>Свічку поставив ти в церкві перед образами, багачу!&lt;br /&gt;</w:t>
        <w:br/>
        <w:t>Добре зробив ти: ось бач — ярко та свічка горить.</w:t>
      </w:r>
    </w:p>
    <w:p>
      <w:r>
        <w:br/>
        <w:t>Глянь, ось убогий до церкви прийшов,&lt;br /&gt;</w:t>
        <w:br/>
        <w:t>що його ти покривдив, —&lt;br /&gt;</w:t>
        <w:br/>
        <w:t>Сплакав і важко зітхнув — свічка погасла твоя!</w:t>
      </w:r>
    </w:p>
    <w:p>
      <w:r>
        <w:br/>
        <w:t>2</w:t>
      </w:r>
    </w:p>
    <w:p>
      <w:r>
        <w:br/>
        <w:t>Вбогому даток ти дав, о багачу, — се добре зробив ти!&lt;br /&gt;</w:t>
        <w:br/>
        <w:t>Глянь, онде слуги твої, твоїх волів пасучи,</w:t>
      </w:r>
    </w:p>
    <w:p>
      <w:r>
        <w:br/>
        <w:t>Потратували всю ниву убогого твого сусіда,&lt;br /&gt;</w:t>
        <w:br/>
        <w:t>Що через кривди твої мусить по жебрах іти!</w:t>
      </w:r>
    </w:p>
    <w:p>
      <w:r>
        <w:br/>
        <w:t>Глупий! Ти бога здурити гадаєш сим датком мізерним,&lt;br /&gt;</w:t>
        <w:br/>
        <w:t>Кпивда ж твоя, наче грім, супроти тебе гримить!</w:t>
      </w:r>
    </w:p>
    <w:p>
      <w:r>
        <w:br/>
        <w:t>3</w:t>
      </w:r>
    </w:p>
    <w:p>
      <w:r>
        <w:br/>
        <w:t>Не мав багач що ліпшого робити,&lt;br /&gt;</w:t>
        <w:br/>
        <w:t>Приобіцяв цареві дань платити.</w:t>
      </w:r>
    </w:p>
    <w:p>
      <w:r>
        <w:br/>
        <w:t>Коли багатство в багача пропало,&lt;br /&gt;</w:t>
        <w:br/>
        <w:t>Цареві все віддай — і того мало.</w:t>
      </w:r>
    </w:p>
    <w:p>
      <w:r>
        <w:br/>
        <w:t>Обіцянка пожерла всю мамону,&lt;br /&gt;</w:t>
        <w:br/>
        <w:t>В ярмо запрягшися, тягни до скону.</w:t>
      </w:r>
    </w:p>
    <w:p>
      <w:r>
        <w:br/>
        <w:t>ХТО СЛАВУ СВІТУ ОСЯГНУВ...</w:t>
      </w:r>
    </w:p>
    <w:p>
      <w:r>
        <w:br/>
        <w:t>Хто славу світу осягнув&lt;br /&gt;</w:t>
        <w:br/>
        <w:t>Аж по найдальші межі,&lt;br /&gt;</w:t>
        <w:br/>
        <w:t>Не раз бува подібний він&lt;br /&gt;</w:t>
        <w:br/>
        <w:t>До наглої пожежі.&lt;br /&gt;</w:t>
        <w:br/>
        <w:t>З сухих дерев розпалена,&lt;br /&gt;</w:t>
        <w:br/>
        <w:t>Вона високо буха,&lt;br /&gt;</w:t>
        <w:br/>
        <w:t>Та швидко попелом сіда;&lt;br /&gt;</w:t>
        <w:br/>
        <w:t>Так слава наглая з'їда&lt;br /&gt;</w:t>
        <w:br/>
        <w:t>Не тільки тіло, але й духа.</w:t>
      </w:r>
    </w:p>
    <w:p>
      <w:r>
        <w:br/>
        <w:t>ТАК ГОВОРИТЬ СТАРОДАВНЯ ПОВІСТЬ...</w:t>
      </w:r>
    </w:p>
    <w:p>
      <w:r>
        <w:br/>
        <w:t>Так говорить стародавня повість:&lt;br /&gt;</w:t>
        <w:br/>
        <w:t>Жив раз чоловік богобоязний,&lt;br /&gt;</w:t>
        <w:br/>
        <w:t>І той сина мав одним одного.&lt;br /&gt;</w:t>
        <w:br/>
        <w:t>Випав голод лютий у тім краї,&lt;br /&gt;</w:t>
        <w:br/>
        <w:t>І збіднів той муж богобоязний.&lt;br /&gt;</w:t>
        <w:br/>
        <w:t>І сказав до свого сина: "Сину,&lt;br /&gt;</w:t>
        <w:br/>
        <w:t>Бачиш, як збідніли ми страшенно&lt;br /&gt;</w:t>
        <w:br/>
        <w:t>І не маємо з-за чого жити.&lt;br /&gt;</w:t>
        <w:br/>
        <w:t>Хочеш, я продам тебе в неволю,&lt;br /&gt;</w:t>
        <w:br/>
        <w:t>Будеш ти живий, і ми за тебе&lt;br /&gt;</w:t>
        <w:br/>
        <w:t>Візьмемо для себе на прожиток".&lt;br /&gt;</w:t>
        <w:br/>
        <w:t>Син сказав: "Роби як хочеш, тату".</w:t>
      </w:r>
    </w:p>
    <w:p>
      <w:r>
        <w:br/>
        <w:t>От і взяв отець свойого сина&lt;br /&gt;</w:t>
        <w:br/>
        <w:t>І повів до одного вельможі,&lt;br /&gt;</w:t>
        <w:br/>
        <w:t>Взяв ціну за нього по угоді&lt;br /&gt;</w:t>
        <w:br/>
        <w:t>І сказав до нього на прощання:&lt;br /&gt;</w:t>
        <w:br/>
        <w:t>"Сину мій, з тобою розстаюся,&lt;br /&gt;</w:t>
        <w:br/>
        <w:t>Не побачимося вже ніколи,&lt;br /&gt;</w:t>
        <w:br/>
        <w:t>Ти прийми від мене на прощання&lt;br /&gt;</w:t>
        <w:br/>
        <w:t>Сей один мій заповіт батьківський:&lt;br /&gt;</w:t>
        <w:br/>
        <w:t>Коли випаде тобі дорога,&lt;br /&gt;</w:t>
        <w:br/>
        <w:t>І ти йтимеш попри церкву божу,&lt;br /&gt;</w:t>
        <w:br/>
        <w:t>І в тій церкві буде служба божа,&lt;br /&gt;</w:t>
        <w:br/>
        <w:t>Не минай ти церкви в жоднім разі&lt;br /&gt;</w:t>
        <w:br/>
        <w:t>І достій, аж служба закінчиться".&lt;br /&gt;</w:t>
        <w:br/>
        <w:t>Се сказавши, він вернув додому.&lt;br /&gt;</w:t>
        <w:br/>
        <w:t>Син же, живучи в того вельможі,&lt;br /&gt;</w:t>
        <w:br/>
        <w:t>Не занедбував тих слів ніколи.</w:t>
      </w:r>
    </w:p>
    <w:p>
      <w:r>
        <w:br/>
        <w:t>Так минуло часу не більш року.&lt;br /&gt;</w:t>
        <w:br/>
        <w:t>І от раз юнак той припадково&lt;br /&gt;</w:t>
        <w:br/>
        <w:t>Здибав у якімось закамарку&lt;br /&gt;</w:t>
        <w:br/>
        <w:t>Свою паню, а вельможі жінку,&lt;br /&gt;</w:t>
        <w:br/>
        <w:t>В блудодійстві із одним слугою.&lt;br /&gt;</w:t>
        <w:br/>
        <w:t>Глипнув і відразу відсахнувся,&lt;br /&gt;</w:t>
        <w:br/>
        <w:t>Не сказав про се нікому й слова,&lt;br /&gt;</w:t>
        <w:br/>
        <w:t>Тільки гаряче молився богу,&lt;br /&gt;</w:t>
        <w:br/>
        <w:t>Щоб ся тайна з уст його не вийшла.</w:t>
      </w:r>
    </w:p>
    <w:p>
      <w:r>
        <w:br/>
        <w:t>Але пані в тій гарячій хвилі&lt;br /&gt;</w:t>
        <w:br/>
        <w:t>Бачила його, і в неї в серці&lt;br /&gt;</w:t>
        <w:br/>
        <w:t>Щось кольнуло, мов жало смертельне.&lt;br /&gt;</w:t>
        <w:br/>
        <w:t>Швидко в неї зродилася думка&lt;br /&gt;</w:t>
        <w:br/>
        <w:t>Згладити зо світу хлопця того,&lt;br /&gt;</w:t>
        <w:br/>
        <w:t>Що був свідком її блудодійства.&lt;br /&gt;</w:t>
        <w:br/>
        <w:t>В той сам день, зустрівши мужа свого,&lt;br /&gt;</w:t>
        <w:br/>
        <w:t>З жахом і гадючими сльозами&lt;br /&gt;</w:t>
        <w:br/>
        <w:t>Йому тайну виявля страшенну,&lt;br /&gt;</w:t>
        <w:br/>
        <w:t>Що недавно куплений невольник&lt;br /&gt;</w:t>
        <w:br/>
        <w:t>Має намір пана свого вбити,&lt;br /&gt;</w:t>
        <w:br/>
        <w:t>Щоб добром його забагатіти.&lt;br /&gt;</w:t>
        <w:br/>
        <w:t>Не відразу муж повірив тому,&lt;br /&gt;</w:t>
        <w:br/>
        <w:t>Та вона не перестала перти,&lt;br /&gt;</w:t>
        <w:br/>
        <w:t>Добираючи познак фальшивих,&lt;br /&gt;</w:t>
        <w:br/>
        <w:t>Поки серце людяне та добре&lt;br /&gt;</w:t>
        <w:br/>
        <w:t>Підозріннями не наповнила&lt;br /&gt;</w:t>
        <w:br/>
        <w:t>І тривогою не затруїла.&lt;br /&gt;</w:t>
        <w:br/>
        <w:t>А тоді йому свій план чортівський&lt;br /&gt;</w:t>
        <w:br/>
        <w:t>Піддала, і він пристав на нього.</w:t>
      </w:r>
    </w:p>
    <w:p>
      <w:r>
        <w:br/>
        <w:t>Сам пішов до місцевого ката&lt;br /&gt;</w:t>
        <w:br/>
        <w:t>І сказав йому такеє слово:&lt;br /&gt;</w:t>
        <w:br/>
        <w:t>"Як пришлю тобі слугу одного,&lt;br /&gt;</w:t>
        <w:br/>
        <w:t>Що віддасть тобі платок червоний,&lt;br /&gt;</w:t>
        <w:br/>
        <w:t>То візьми його в таємне місце,&lt;br /&gt;</w:t>
        <w:br/>
        <w:t>Голову зітни йому без слова&lt;br /&gt;</w:t>
        <w:br/>
        <w:t>І віддай її опісля тому,&lt;br /&gt;</w:t>
        <w:br/>
        <w:t>Хто прийде за ним з обрусом білим".&lt;br /&gt;</w:t>
        <w:br/>
        <w:t>Не назвав вельможа перед катом&lt;br /&gt;</w:t>
        <w:br/>
        <w:t>Ні одного ймення, ні другого,&lt;br /&gt;</w:t>
        <w:br/>
        <w:t>Не сказав причини, ні провини,&lt;br /&gt;</w:t>
        <w:br/>
        <w:t>Але знав, що кат сповнить той наказ.</w:t>
      </w:r>
    </w:p>
    <w:p>
      <w:r>
        <w:br/>
        <w:t>Зараз другий день уранці-рано&lt;br /&gt;</w:t>
        <w:br/>
        <w:t>Він покликав юнака до себе,&lt;br /&gt;</w:t>
        <w:br/>
        <w:t>Передав йому платок червоний&lt;br /&gt;</w:t>
        <w:br/>
        <w:t>І післав його віддати кату.&lt;br /&gt;</w:t>
        <w:br/>
        <w:t>Не підозріваючи нічого,&lt;br /&gt;</w:t>
        <w:br/>
        <w:t>Хлопець взяв платок і віддалився.&lt;br /&gt;</w:t>
        <w:br/>
        <w:t>Та, проходячи побіля церкви,&lt;br /&gt;</w:t>
        <w:br/>
        <w:t>Він почув, що служба почалася,&lt;br /&gt;</w:t>
        <w:br/>
        <w:t>І, згадавши батькове прощання,&lt;br /&gt;</w:t>
        <w:br/>
        <w:t>Увійшов у божий дім і, ставши&lt;br /&gt;</w:t>
        <w:br/>
        <w:t>Між людьми, прислухувався службі.</w:t>
      </w:r>
    </w:p>
    <w:p>
      <w:r>
        <w:br/>
        <w:t>Але пані, у своїй палаті,&lt;br /&gt;</w:t>
        <w:br/>
        <w:t>Знаючи, що муж зробив, горіла&lt;br /&gt;</w:t>
        <w:br/>
        <w:t>Нетерпливості огнем пекельним.&lt;br /&gt;</w:t>
        <w:br/>
        <w:t>Переждала, може, півгодини&lt;br /&gt;</w:t>
        <w:br/>
        <w:t>І, не ждучи на свойого мужа,&lt;br /&gt;</w:t>
        <w:br/>
        <w:t>Посила слугу, того самого,&lt;br /&gt;</w:t>
        <w:br/>
        <w:t>Що з ним скрито блуд гидкий творила,&lt;br /&gt;</w:t>
        <w:br/>
        <w:t>Щоб ішов до ката місцевого&lt;br /&gt;</w:t>
        <w:br/>
        <w:t>І заніс йому обрус сей білий.</w:t>
      </w:r>
    </w:p>
    <w:p>
      <w:r>
        <w:br/>
        <w:t>Не підозріваючи нічого,&lt;br /&gt;</w:t>
        <w:br/>
        <w:t>Той слуга пішов, обрус узявши,&lt;br /&gt;</w:t>
        <w:br/>
        <w:t>Хоч не в смак йому було посольство,&lt;br /&gt;</w:t>
        <w:br/>
        <w:t>Бо не звик обрусів він носити.&lt;br /&gt;</w:t>
        <w:br/>
        <w:t>Та проходячи побіля церкви,&lt;br /&gt;</w:t>
        <w:br/>
        <w:t>Він побачив хлопця в ній, якого&lt;br /&gt;</w:t>
        <w:br/>
        <w:t>Знав з двора; тому, вступивши в церков,&lt;br /&gt;</w:t>
        <w:br/>
        <w:t>Запитав його, що він тут робить.</w:t>
      </w:r>
    </w:p>
    <w:p>
      <w:r>
        <w:br/>
        <w:t>Відповів юнак на те питання:&lt;br /&gt;</w:t>
        <w:br/>
        <w:t>"Отсе пан послав мене до ката,&lt;br /&gt;</w:t>
        <w:br/>
        <w:t>Щоб віддать отсей платок червоний,&lt;br /&gt;</w:t>
        <w:br/>
        <w:t>Та я жду, поки скінчиться служба".&lt;br /&gt;</w:t>
        <w:br/>
        <w:t>"Дай мені той твій платок червоний!&lt;br /&gt;</w:t>
        <w:br/>
        <w:t>Бо й мене, бач, вислано до ката,&lt;br /&gt;</w:t>
        <w:br/>
        <w:t>Щоб віддати сей обрус великий.&lt;br /&gt;</w:t>
        <w:br/>
        <w:t>На тобі його, а я тим часом&lt;br /&gt;</w:t>
        <w:br/>
        <w:t>Занесу платок, а ти потому&lt;br /&gt;</w:t>
        <w:br/>
        <w:t>Занесеш отсей обрус, бо ждати&lt;br /&gt;</w:t>
        <w:br/>
        <w:t>Тут у церкві я не маю часу".</w:t>
      </w:r>
    </w:p>
    <w:p>
      <w:r>
        <w:br/>
        <w:t>І, узявши той платок червоний,&lt;br /&gt;</w:t>
        <w:br/>
        <w:t>Не підозріваючи нічого,&lt;br /&gt;</w:t>
        <w:br/>
        <w:t>Він пішов до ката, й той без слова&lt;br /&gt;</w:t>
        <w:br/>
        <w:t>Взяв його з собою до пивниці&lt;br /&gt;</w:t>
        <w:br/>
        <w:t>І мечем відтяв йому відразу&lt;br /&gt;</w:t>
        <w:br/>
        <w:t>Голову, провини не питавши.&lt;br /&gt;</w:t>
        <w:br/>
        <w:t>А коли за півгодини часу&lt;br /&gt;</w:t>
        <w:br/>
        <w:t>Надійшов юнак з обрусом білим,&lt;br /&gt;</w:t>
        <w:br/>
        <w:t>Він, не мовлячи йому ні слова,&lt;br /&gt;</w:t>
        <w:br/>
        <w:t>Обвинув ту голову обрусом&lt;br /&gt;</w:t>
        <w:br/>
        <w:t>І віддав у руки юнакові&lt;br /&gt;</w:t>
        <w:br/>
        <w:t>З тим, аби заніс її до пана.</w:t>
      </w:r>
    </w:p>
    <w:p>
      <w:r>
        <w:br/>
        <w:t>Як жахнулися вельможа й пані,&lt;br /&gt;</w:t>
        <w:br/>
        <w:t>Бачачи невольника живого,&lt;br /&gt;</w:t>
        <w:br/>
        <w:t>А в обрусі голову тамтого,&lt;br /&gt;</w:t>
        <w:br/>
        <w:t>Що надуживав немало часу&lt;br /&gt;</w:t>
        <w:br/>
        <w:t>Панського довір'я із жоною;&lt;br /&gt;</w:t>
        <w:br/>
        <w:t>Як кроваве се cвідоцтво правди&lt;br /&gt;</w:t>
        <w:br/>
        <w:t>Швидко вияснило все те діло,&lt;br /&gt;</w:t>
        <w:br/>
        <w:t>Се не треба довго повідати.&lt;br /&gt;</w:t>
        <w:br/>
        <w:t>Та одно хіба ще тут додати,&lt;br /&gt;</w:t>
        <w:br/>
        <w:t>Що його не сховано у тайні,&lt;br /&gt;</w:t>
        <w:br/>
        <w:t>А пішло воно від того часу&lt;br /&gt;</w:t>
        <w:br/>
        <w:t>Між людьми луною голосною,&lt;br /&gt;</w:t>
        <w:br/>
        <w:t>Як свідоцтво того, що невинність&lt;br /&gt;</w:t>
        <w:br/>
        <w:t>Із найтяжчих проб виходить ціло&lt;br /&gt;</w:t>
        <w:br/>
        <w:t>І що злочин сам себе карає.</w:t>
      </w:r>
    </w:p>
    <w:p>
      <w:r>
        <w:br/>
        <w:t>СТРОФИ</w:t>
      </w:r>
    </w:p>
    <w:p>
      <w:r>
        <w:br/>
        <w:t>1</w:t>
      </w:r>
    </w:p>
    <w:p>
      <w:r>
        <w:br/>
        <w:t>Ті, що крізь помилки до правди добиваються,&lt;br /&gt;</w:t>
        <w:br/>
        <w:t>Мудрецями називаються;&lt;br /&gt;</w:t>
        <w:br/>
        <w:t>А ті, що в своїх помилках угурні,&lt;br /&gt;</w:t>
        <w:br/>
        <w:t>То справжні дурні.</w:t>
      </w:r>
    </w:p>
    <w:p>
      <w:r>
        <w:br/>
        <w:t>2</w:t>
      </w:r>
    </w:p>
    <w:p>
      <w:r>
        <w:br/>
        <w:t>Хто в добрій вірі жив, а в злих ділах,&lt;br /&gt;</w:t>
        <w:br/>
        <w:t>Той був неначе без очей лице;&lt;br /&gt;</w:t>
        <w:br/>
        <w:t>Хто в добрій вірі жив, а в злих ділах,&lt;br /&gt;</w:t>
        <w:br/>
        <w:t>Той воду лив у збан, в якім розбив денце.</w:t>
      </w:r>
    </w:p>
    <w:p>
      <w:r>
        <w:br/>
        <w:t>3</w:t>
      </w:r>
    </w:p>
    <w:p>
      <w:r>
        <w:br/>
        <w:t>Як полоняник, що його в неволю&lt;br /&gt;</w:t>
        <w:br/>
        <w:t>Ведуть, думками в рідний кут літає,&lt;br /&gt;</w:t>
        <w:br/>
        <w:t>Так той, що читанням книжок святих занятий,&lt;br /&gt;</w:t>
        <w:br/>
        <w:t>Все в царстві правди і добра витає.</w:t>
      </w:r>
    </w:p>
    <w:p>
      <w:r>
        <w:br/>
        <w:t>4</w:t>
      </w:r>
    </w:p>
    <w:p>
      <w:r>
        <w:br/>
        <w:t>Вода, що довго капає на камінь&lt;br /&gt;</w:t>
        <w:br/>
        <w:t>І в камені проверчує діру,&lt;br /&gt;</w:t>
        <w:br/>
        <w:t>Отак, хто книги праведні читає,&lt;br /&gt;</w:t>
        <w:br/>
        <w:t>З болота буденності вилітає,&lt;br /&gt;</w:t>
        <w:br/>
        <w:t>З душі брудоту й погань вимітає,&lt;br /&gt;</w:t>
        <w:br/>
        <w:t>Що уподоблює його звіру.</w:t>
      </w:r>
    </w:p>
    <w:p>
      <w:r>
        <w:br/>
        <w:t>5</w:t>
      </w:r>
    </w:p>
    <w:p>
      <w:r>
        <w:br/>
        <w:t>Хоч хто мудрий у житті, а письма не знає,&lt;br /&gt;</w:t>
        <w:br/>
        <w:t>То він буде мов той пліт, що підпор не має.&lt;br /&gt;</w:t>
        <w:br/>
        <w:t>Бо як пліт той без підпор вітер валить скорий,&lt;br /&gt;</w:t>
        <w:br/>
        <w:t>Так безграмотний паде без знання підпори.</w:t>
      </w:r>
    </w:p>
    <w:p>
      <w:r>
        <w:br/>
        <w:t>6</w:t>
      </w:r>
    </w:p>
    <w:p>
      <w:r>
        <w:br/>
        <w:t>Цареву тайну берегти порядно,&lt;br /&gt;</w:t>
        <w:br/>
        <w:t>Бо зрадників карають безпощадно;&lt;br /&gt;</w:t>
        <w:br/>
        <w:t>Та славу божу тайною покрити —</w:t>
      </w:r>
    </w:p>
    <w:p>
      <w:r>
        <w:br/>
        <w:t>Се злочин, мов у землю скарб зарити.&lt;br /&gt;</w:t>
        <w:br/>
        <w:t>Карається не раз найгірш усіх,&lt;br /&gt;</w:t>
        <w:br/>
        <w:t>Як непростимий проневірства гріх.</w:t>
      </w:r>
    </w:p>
    <w:p>
      <w:r>
        <w:br/>
        <w:t>7</w:t>
      </w:r>
    </w:p>
    <w:p>
      <w:r>
        <w:br/>
        <w:t>Хоч би ти попіл їв і землю гриз,&lt;br /&gt;</w:t>
        <w:br/>
        <w:t>А не позбувся злости,&lt;br /&gt;</w:t>
        <w:br/>
        <w:t>То не заслужиш ти у праведних&lt;br /&gt;</w:t>
        <w:br/>
        <w:t>Одного "бог да прости!".</w:t>
      </w:r>
    </w:p>
    <w:p>
      <w:r>
        <w:br/>
        <w:t>8</w:t>
      </w:r>
    </w:p>
    <w:p>
      <w:r>
        <w:br/>
        <w:t>"Блаженний той, хто дба про душу слуг своїх", —&lt;br /&gt;</w:t>
        <w:br/>
        <w:t>Так сказано в письмі святому.&lt;br /&gt;</w:t>
        <w:br/>
        <w:t>Та горе тому,&lt;br /&gt;</w:t>
        <w:br/>
        <w:t>Хто ніби дба про душу їх,&lt;br /&gt;</w:t>
        <w:br/>
        <w:t>А тіло працею надмірною втомляє,&lt;br /&gt;</w:t>
        <w:br/>
        <w:t>Тілесним недостатком оскорбляє.</w:t>
      </w:r>
    </w:p>
    <w:p>
      <w:r>
        <w:br/>
        <w:t>9</w:t>
      </w:r>
    </w:p>
    <w:p>
      <w:r>
        <w:br/>
        <w:t>Краще малеє надбання&lt;br /&gt;</w:t>
        <w:br/>
        <w:t>З ласкою бога набути,&lt;br /&gt;</w:t>
        <w:br/>
        <w:t>Як незліченне багатство&lt;br /&gt;</w:t>
        <w:br/>
        <w:t>Серед проклять загорнути.</w:t>
      </w:r>
    </w:p>
    <w:p>
      <w:r>
        <w:br/>
        <w:t>10</w:t>
      </w:r>
    </w:p>
    <w:p>
      <w:r>
        <w:br/>
        <w:t>В здоровому тілі здорова душа,&lt;br /&gt;</w:t>
        <w:br/>
        <w:t>Та часто буває не варта гроша.&lt;br /&gt;</w:t>
        <w:br/>
        <w:t>В уломному тілі буває душа,&lt;br /&gt;</w:t>
        <w:br/>
        <w:t>Що красою світ весь і бога втіша!</w:t>
      </w:r>
    </w:p>
    <w:p>
      <w:r>
        <w:br/>
        <w:t>ВОЛЬНІ ВІРШІ</w:t>
      </w:r>
    </w:p>
    <w:p>
      <w:r>
        <w:br/>
        <w:t>МНОГОНАДІЙНИЙ</w:t>
      </w:r>
    </w:p>
    <w:p>
      <w:r>
        <w:br/>
        <w:t>Як родився наш многонадійний,&lt;br /&gt;</w:t>
        <w:br/>
        <w:t>То прийшли судильниці чотири,&lt;br /&gt;</w:t>
        <w:br/>
        <w:t>На вікна варцабі посідали,&lt;br /&gt;</w:t>
        <w:br/>
        <w:t>На дитя уважно погляділи,&lt;br /&gt;</w:t>
        <w:br/>
        <w:t>Залюбки поцмокали губами,&lt;br /&gt;</w:t>
        <w:br/>
        <w:t>І гарненько зажили табаки,&lt;br /&gt;</w:t>
        <w:br/>
        <w:t>І собі поклали на коліна&lt;br /&gt;</w:t>
        <w:br/>
        <w:t>Калитки свої неспорожнимі,&lt;br /&gt;</w:t>
        <w:br/>
        <w:t>І розважно, шамкаючи, звільна&lt;br /&gt;</w:t>
        <w:br/>
        <w:t>Стали викладать йому дарунки.</w:t>
      </w:r>
    </w:p>
    <w:p>
      <w:r>
        <w:br/>
        <w:t>П е р ш а&lt;br /&gt;</w:t>
        <w:br/>
        <w:t>Ось я дам йому наймення львине.</w:t>
      </w:r>
    </w:p>
    <w:p>
      <w:r>
        <w:br/>
        <w:t>Д р у г а&lt;br /&gt;</w:t>
        <w:br/>
        <w:t>Ось я дам Адоніса подобу.</w:t>
      </w:r>
    </w:p>
    <w:p>
      <w:r>
        <w:br/>
        <w:t>Т р е т я&lt;br /&gt;</w:t>
        <w:br/>
        <w:t>Ось я дам блискучі чорні очі.</w:t>
      </w:r>
    </w:p>
    <w:p>
      <w:r>
        <w:br/>
        <w:t>Ч е т в е р т а&lt;br /&gt;</w:t>
        <w:br/>
        <w:t>Я додам ще голосок носовий.</w:t>
      </w:r>
    </w:p>
    <w:p>
      <w:r>
        <w:br/>
        <w:t>П е р ш а&lt;br /&gt;</w:t>
        <w:br/>
        <w:t>Ось я дам ораторськую позу.</w:t>
      </w:r>
    </w:p>
    <w:p>
      <w:r>
        <w:br/>
        <w:t>Д р у г а&lt;br /&gt;</w:t>
        <w:br/>
        <w:t>Ось я дам відвагу і завзяття.</w:t>
      </w:r>
    </w:p>
    <w:p>
      <w:r>
        <w:br/>
        <w:t>Т р е т я&lt;br /&gt;</w:t>
        <w:br/>
        <w:t>Я додам ще пильність трудолюбну.</w:t>
      </w:r>
    </w:p>
    <w:p>
      <w:r>
        <w:br/>
        <w:t>Ч е т в е р т а&lt;br /&gt;</w:t>
        <w:br/>
        <w:t>Я додам амбіцію безмежну.</w:t>
      </w:r>
    </w:p>
    <w:p>
      <w:r>
        <w:br/>
        <w:t>П е р ш а&lt;br /&gt;</w:t>
        <w:br/>
        <w:t>Я дам жіночку йому прегарну.</w:t>
      </w:r>
    </w:p>
    <w:p>
      <w:r>
        <w:br/>
        <w:t>Д р у г а&lt;br /&gt;</w:t>
        <w:br/>
        <w:t>Я зроблю артистом драматичним.</w:t>
      </w:r>
    </w:p>
    <w:p>
      <w:r>
        <w:br/>
        <w:t>Т р е т я&lt;br /&gt;</w:t>
        <w:br/>
        <w:t>Я редактором ще політичним.</w:t>
      </w:r>
    </w:p>
    <w:p>
      <w:r>
        <w:br/>
        <w:t>Ч е т в е р т а&lt;br /&gt;</w:t>
        <w:br/>
        <w:t>Я співцем вдодатку оперовим.</w:t>
      </w:r>
    </w:p>
    <w:p>
      <w:r>
        <w:br/>
        <w:t>П е р ш а&lt;br /&gt;</w:t>
        <w:br/>
        <w:t>Я ввіткну перо критичне в руки.</w:t>
      </w:r>
    </w:p>
    <w:p>
      <w:r>
        <w:br/>
        <w:t>Д р у г а&lt;br /&gt;</w:t>
        <w:br/>
        <w:t>Я штовхну поезії писати.</w:t>
      </w:r>
    </w:p>
    <w:p>
      <w:r>
        <w:br/>
        <w:t>Т р е т я&lt;br /&gt;</w:t>
        <w:br/>
        <w:t>Я дам премії йому за драми.</w:t>
      </w:r>
    </w:p>
    <w:p>
      <w:r>
        <w:br/>
        <w:t>Ч е т в е р т а&lt;br /&gt;</w:t>
        <w:br/>
        <w:t>Я… та ні, сього вже забагато&lt;br /&gt;</w:t>
        <w:br/>
        <w:t>Для одного. З того, що я мала&lt;br /&gt;</w:t>
        <w:br/>
        <w:t>Дать йому в остатнім подарунку —&lt;br /&gt;</w:t>
        <w:br/>
        <w:t>Таланту, — не дам йому ні дрібки.</w:t>
      </w:r>
    </w:p>
    <w:p>
      <w:r>
        <w:br/>
        <w:t>Написано в році 1907, досі не друковано.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Давнє й нове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