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Детектив при смерті</w:t>
      </w:r>
    </w:p>
    <w:p>
      <w:r>
        <w:br/>
        <w:t xml:space="preserve"> &lt;p&gt;Місіс Хадсон, господиня помешкання Шерлока Холмса, була справжньою мученицею. Не тільки тому, що другий поверх її дому частенько зазнавав навали всіляких дивних і часто неприємних осіб, але й сам її славетний квартирант зі своєю дивакуватістю й безладом жорстоко випробовував її терпіння. Його дивовижна неохайність, звичка музикувати в найменше слушний час, незрозумілі й часто ядучі хімічні досліди та й увесь дух насильства й небезпеки, що оточував його, робили Холмса чи не найневигіднішим наймачем у Лондоні. Але, з іншого боку, платив він, як князь. Я не маю сумніву, що тих грошей, які Холмс сплатив за кімнату за роки нашого знайомства, вистачило б на купівлю цілого будинку.</w:t>
      </w:r>
    </w:p>
    <w:p>
      <w:r>
        <w:br/>
        <w:t>Господиня дивилася на нього з побожністю й ніколи не перечила, незважаючи на всі його чудернацькі вчинки. До того ж вона шанувала Холмса за дивовижну шляхетність і ввічливість із жінками. Жінок він не любив і не довіряв їм, але поводився з ними по-лицарськи. Знаючи, як господиня поважала його, я з хвилюванням вислухав її розповідь, коли другого року після мого весілля вона прибігла до мене з сумною звісткою про тяжку хворобу мого нещасного друга.</w:t>
      </w:r>
    </w:p>
    <w:p>
      <w:r>
        <w:br/>
        <w:t>— Він помирає, докторе Ватсоне, — сказала вона. — Вже три дні йому все гіршає, і я не знаю, чи проживе він іще хоч день. Він заборонив мені викликати лікаря. Але цього ранку, коли я побачила, як у нього повипиналися вилиці і як блищать очі, я не витримала. "Хочете ви чи ні, а я зараз піду по лікаря", — сказала я. "Тоді хай це буде Ватсон", — мовив він. Мерщій до нього, сер, бо ви можете не застати його живим!</w:t>
      </w:r>
    </w:p>
    <w:p>
      <w:r>
        <w:br/>
        <w:t>Я був приголомшений, тим паче, що нічого не чув про цю хворобу, і миттю схопив пальто й капелюх. Дорогою я заходився розпитувати, що сталося.</w:t>
      </w:r>
    </w:p>
    <w:p>
      <w:r>
        <w:br/>
        <w:t>— Я не можу розповісти вам багато, сер. Він працював над якоюсь справою в Розергайсі, в провулках біля річки, й там підхопив цю недугу. В середу опівдні він зліг і більше не вставав. За всі три дні ріски не мав у роті.</w:t>
      </w:r>
    </w:p>
    <w:p>
      <w:r>
        <w:br/>
        <w:t>— О Боже! Чому ж ви не викликали лікаря?</w:t>
      </w:r>
    </w:p>
    <w:p>
      <w:r>
        <w:br/>
        <w:t>— Він не схотів, сер. Ви знаєте, який він неподатливий. Я не наважилась чинити проти його волі. Але йому недовго лишилося жити на світі — ви це одразу побачите, тільки-но поглянете на нього.</w:t>
      </w:r>
    </w:p>
    <w:p>
      <w:r>
        <w:br/>
        <w:t>Це справді було моторошне видовище. Похмурого, туманного листопадового дня кімната хворого виглядала дуже сумно, але найбільше обпалило холодом мою душу висохле, виснажене обличчя на подушках. Очі мого друга блищали, мов у лихоманці, щоки хворобливо палали, губи вкрилися темною корою; тонкі руки гарячково бгали ковдру, голос був хрипкий і тремтячий. Коли я увійшов до кімнати, він лежав нерухомо, але в очах майнув вогник — він упізнав мене.</w:t>
      </w:r>
    </w:p>
    <w:p>
      <w:r>
        <w:br/>
        <w:t>— Ну, Ватсоне, здається, настали погані дні, — сказав він кволим голосом, але з іскринкою своєї давньої жартівливої манери.</w:t>
      </w:r>
    </w:p>
    <w:p>
      <w:r>
        <w:br/>
        <w:t>— Любий мій друже! — вигукнув я, наблизившись до нього.</w:t>
      </w:r>
    </w:p>
    <w:p>
      <w:r>
        <w:br/>
        <w:t>— Стійте! Не підходьте! — мовив він тим рішучим, наказовим тоном, який можна було почути в нього лише в хвилини напруження. — Якщо ви підійдете ближче, Ватсоне, я звелю вам забиратися геть.</w:t>
      </w:r>
    </w:p>
    <w:p>
      <w:r>
        <w:br/>
        <w:t>— Але чому?</w:t>
      </w:r>
    </w:p>
    <w:p>
      <w:r>
        <w:br/>
        <w:t>— Бо я так хочу. Хіба цього не досить?</w:t>
      </w:r>
    </w:p>
    <w:p>
      <w:r>
        <w:br/>
        <w:t>Так, місіс Хадсон мала рацію. Він став ще неподатливішим, ніж будь-коли. Проте мав украй жалюгідний вигляд.</w:t>
      </w:r>
    </w:p>
    <w:p>
      <w:r>
        <w:br/>
        <w:t>— Я тільки хотів допомогти, — пояснив я.</w:t>
      </w:r>
    </w:p>
    <w:p>
      <w:r>
        <w:br/>
        <w:t>— Отож! Хочете допомогти, то робіть те, що вам скажуть.</w:t>
      </w:r>
    </w:p>
    <w:p>
      <w:r>
        <w:br/>
        <w:t>— Гаразд, Холмсе.</w:t>
      </w:r>
    </w:p>
    <w:p>
      <w:r>
        <w:br/>
        <w:t>Він трохи пом’якшав.</w:t>
      </w:r>
    </w:p>
    <w:p>
      <w:r>
        <w:br/>
        <w:t>— Ви не гніваєтеся? — спитав він, задихаючись.</w:t>
      </w:r>
    </w:p>
    <w:p>
      <w:r>
        <w:br/>
        <w:t>Бідолаха, як я міг гніватись, коли він лежав переді мною такий немічний?</w:t>
      </w:r>
    </w:p>
    <w:p>
      <w:r>
        <w:br/>
        <w:t>— Це для вашого ж добра, Ватсоне, — прохрипів він.</w:t>
      </w:r>
    </w:p>
    <w:p>
      <w:r>
        <w:br/>
        <w:t>— Для мого добра?</w:t>
      </w:r>
    </w:p>
    <w:p>
      <w:r>
        <w:br/>
        <w:t>— Я знаю, що зі мною сталося. Ця хвороба — з Суматри; голландці знають про неї більше за нас, але теж небагато. Зрозуміло лише одне: вона, безперечно, смертельна й страшно заразлива.</w:t>
      </w:r>
    </w:p>
    <w:p>
      <w:r>
        <w:br/>
        <w:t>Він говорив з гарячковою напругою, його довгі руки ворушились, немовби прагнучи відсторонити мене.</w:t>
      </w:r>
    </w:p>
    <w:p>
      <w:r>
        <w:br/>
        <w:t>— Заразлива навіть від дотику, Ватсоне, — авжеж, від дотику. Стійте якомога далі, і все буде гаразд.</w:t>
      </w:r>
    </w:p>
    <w:p>
      <w:r>
        <w:br/>
        <w:t>— О Боже, Холмсе! Невже ви гадаєте, що це мене злякає? Я не зважатиму на це навіть біля ліжка чужої людини. То невже щось завадить мені виконати свій обов’язок перед давнім другом?</w:t>
      </w:r>
    </w:p>
    <w:p>
      <w:r>
        <w:br/>
        <w:t>Я знову підійшов до нього, але він із шаленою люттю відштовхнув мене.</w:t>
      </w:r>
    </w:p>
    <w:p>
      <w:r>
        <w:br/>
        <w:t>— Я розмовлятиму з вами тільки тоді, коли ви стоятимете на місці. Інакше вийдіть геть із кімнати.</w:t>
      </w:r>
    </w:p>
    <w:p>
      <w:r>
        <w:br/>
        <w:t>Я так глибоко шанував надзвичайні Холмсові таланти, що завжди корився його бажанням, навіть коли не розумів їх. Але тепер у мені заговорив професійний обов’язок. Нехай Холмс керує мною де завгодно, але нині я, врешті-решт, — лікар біля ліжка хворого.</w:t>
      </w:r>
    </w:p>
    <w:p>
      <w:r>
        <w:br/>
        <w:t>— Холмсе, — сказав я, — ви не володієте самим собою. Хворий — усе одно, що дитина. Хочете ви того чи ні, я огляну вас і візьмуся лікувати.</w:t>
      </w:r>
    </w:p>
    <w:p>
      <w:r>
        <w:br/>
        <w:t>Він люто поглянув на мене.</w:t>
      </w:r>
    </w:p>
    <w:p>
      <w:r>
        <w:br/>
        <w:t>— Якщо вже до мене силоміць ведуть лікаря, то нехай це буде принаймні людина, якій я довіряю, — сказав він.</w:t>
      </w:r>
    </w:p>
    <w:p>
      <w:r>
        <w:br/>
        <w:t>— Ви не довіряєте мені?</w:t>
      </w:r>
    </w:p>
    <w:p>
      <w:r>
        <w:br/>
        <w:t>— У вашу дружбу я, зрозуміло, вірю. Проте факт є факт, Ватсоне, а ви лише звичайнісінький лікар, з вельми обмеженим досвідом та знаннями. Мені боляче таке вам говорити, проте вибору я не маю.</w:t>
      </w:r>
    </w:p>
    <w:p>
      <w:r>
        <w:br/>
        <w:t>Мене це тяжко образило:</w:t>
      </w:r>
    </w:p>
    <w:p>
      <w:r>
        <w:br/>
        <w:t>— Такі зауваження не гідні вас, Холмсе. Вони свідчать про стан ваших нервів. Якщо ви не довіряєте мені, я не нав’язуватиму своїх послуг. Дозвольте привезти до вас сера Джаспера Міка, або Пенроза Фішера, чи будь-кого з найкращих лікарів у Лондоні. Хтось із них мусить допомогти вам, і край. Якщо ж ви гадаєте, що я байдуже стоятиму тут і дивитимусь, як ви помираєте, то помиляєтеся в своєму другові.</w:t>
      </w:r>
    </w:p>
    <w:p>
      <w:r>
        <w:br/>
        <w:t>— Ви бажаєте мені добра, Ватсоне, — мовив хворий зі стогоном, схожим на схлипування. — Хочете, я доведу вам ваше неуцтво? Що ви знаєте, наприклад, про тапанулійську[55] лихоманку? А про чорну формозьку[56] виразку?</w:t>
      </w:r>
    </w:p>
    <w:p>
      <w:r>
        <w:br/>
        <w:t>— Я ніколи про них не чув.</w:t>
      </w:r>
    </w:p>
    <w:p>
      <w:r>
        <w:br/>
        <w:t>— На Сході, Ватсоне, є багато дивовижних і незвичних хвороб. — Він зупинявся після кожної фрази, щоб зібратися на силі. — Я довідався про це нещодавно, коли розслідував одну справу про отруєння. Тоді я, напевно, й заразився. Ви тут нічого не зможете вдіяти.</w:t>
      </w:r>
    </w:p>
    <w:p>
      <w:r>
        <w:br/>
        <w:t>— Може, й так. Але я випадково дізнався, що доктор Енстрі, найбільший у світі знавець тропічних хвороб, зараз у Лондоні. Не перечте, Холмсе, я негайно їду до нього! — Я рішуче обернувся до дверей.</w:t>
      </w:r>
    </w:p>
    <w:p>
      <w:r>
        <w:br/>
        <w:t>Ніколи ще я не зазнавав такої поразки! Хворий за мить стрибком тигра перейняв мене. Я почув різкий скрегіт ключа в замку. Наступної хвилини він уже знов упав на ліжко, задихаючись після цього шаленого спалаху енергії.</w:t>
      </w:r>
    </w:p>
    <w:p>
      <w:r>
        <w:br/>
        <w:t>— Силоміць ви не заберете в мене ключ, Ватсоне. Я спіймав вас, друже! Доведеться вам тут посидіти, доки я сам вас не випущу. Та не сумуйте, — він говорив переривчастим голосом, ледве відсапуючи, — я розумію, ви хочете допомогти мені. Я чудово це знаю. Хай буде по-вашому, але дайте мені трохи перепочити. Ні, Ватсоне, ні, не зараз. Зараз четверта година. О шостій можете йти.</w:t>
      </w:r>
    </w:p>
    <w:p>
      <w:r>
        <w:br/>
        <w:t>— Це божевілля, Холмсе!</w:t>
      </w:r>
    </w:p>
    <w:p>
      <w:r>
        <w:br/>
        <w:t>— Лише дві години, Ватсоне. Обіцяю вам, що о шостій ви підете. Чи згодні ви зачекати?</w:t>
      </w:r>
    </w:p>
    <w:p>
      <w:r>
        <w:br/>
        <w:t>— Я не маю вибору.</w:t>
      </w:r>
    </w:p>
    <w:p>
      <w:r>
        <w:br/>
        <w:t>— Отож-бо й воно, Ватсоне. Дякую, я сам поправлю ковдру. Краще стійте якнайдалі від мене. А тепер, Ватсоне, ще одна умова. Якщо ви справді хочете допомогти мені, то привезіть не того, про кого згадували, а того, кого я сам оберу.</w:t>
      </w:r>
    </w:p>
    <w:p>
      <w:r>
        <w:br/>
        <w:t>— Згода.</w:t>
      </w:r>
    </w:p>
    <w:p>
      <w:r>
        <w:br/>
        <w:t>— Ось перше розумне слово, яке ви промовили після того, як увійшли сюди. Візьміть поки що отам книги. Я трохи захекався... Цікаво, що відчуває батарея, силкуючись пропустити струм крізь дошку?.. О шостій, Ватсоне, ми продовжимо розмову.</w:t>
      </w:r>
    </w:p>
    <w:p>
      <w:r>
        <w:br/>
        <w:t>Але нашій розмові судилось поновитися задовго до цієї години, та ще й за обставин, які приголомшили мене не менше за той стрибок до дверей. Я кілька хвилин стояв і дивився на мовчазного Холмса в ліжку. Його обличчя було майже накрито ковдрою: здавалося, що він заснув. Не в змозі спокійно сидіти й читати, я став потихеньку ходити кімнатою, розглядаючи портрети відомих злочинців, розвішані по всіх стінах. Отак походжаючи туди-сюди, я нарешті дійшов до каміна. На полиці лежали люльки, кисети з тютюном, шприци, кишенькові ножі, револьверні патрони та інші дрібниці. Серед них була маленька чорно-біла скринька з слонової кістки, в якої зсувалося вічко. Скринька була дуже гарна, і я вже простяг до неї руку, щоб розгледіти її краще... Аж тут Холмс скрикнув так пронизливо, що його, мабуть, почули аж по той бік вулиці. З жаху я весь похолов, волосся на моїй голові заворушилось від цього страхітливого крику. Обернувшись, я побачив спотворене Холмсове обличчя з навіженими очима. Я закам’янів зі скринькою в руці.</w:t>
      </w:r>
    </w:p>
    <w:p>
      <w:r>
        <w:br/>
        <w:t>— Поставте на місце! На місце, негайно, Ватсоне! Негайно, я сказав! — Він полегшено зітхнув і знов упав на подушки, коли я поклав скриньку на полицю. — Я не переношу, Ватсоне, коли чіпають мої речі. Адже ви це знаєте. Та ще увесь час ходите туди-сюди. Ви — лікар, а така ваша поведінка здатна довести пацієнта до божевілля. Сядьте, друже, і дайте мені спокій!</w:t>
      </w:r>
    </w:p>
    <w:p>
      <w:r>
        <w:br/>
        <w:t>Ця пригода справила на мене дуже прикре враження. Дика, несподівана лють, невластива його стриманій натурі брутальність, — усе це свідчило, як підупала сила його думки. Що могло бути сумнішим за руїну цього великого розуму? Я мовчки, засмучено сидів, аж поки не настав призначений час. Холмс так само, здавалося, стежив за годинником, і тільки-но пробило шосту, як він заговорив з тим самим гарячковим збудженням, що раніше.</w:t>
      </w:r>
    </w:p>
    <w:p>
      <w:r>
        <w:br/>
        <w:t>— Ну, Ватсоне, — сказав він, — ви маєте якийсь дріб’язок у кишені?</w:t>
      </w:r>
    </w:p>
    <w:p>
      <w:r>
        <w:br/>
        <w:t>— Так.</w:t>
      </w:r>
    </w:p>
    <w:p>
      <w:r>
        <w:br/>
        <w:t>— Срібло?</w:t>
      </w:r>
    </w:p>
    <w:p>
      <w:r>
        <w:br/>
        <w:t>— Так, маю.</w:t>
      </w:r>
    </w:p>
    <w:p>
      <w:r>
        <w:br/>
        <w:t>— Скільки півкрон?[57]</w:t>
      </w:r>
    </w:p>
    <w:p>
      <w:r>
        <w:br/>
        <w:t>— П’ять.</w:t>
      </w:r>
    </w:p>
    <w:p>
      <w:r>
        <w:br/>
        <w:t>— О, замало! Замало! Яке нещастя, Ватсоне! Але все-таки покладіть їх у кишеню для годинника. А решту грошей — у ліву кишеню штанів. Дякую. Це якось урівноважить вас.</w:t>
      </w:r>
    </w:p>
    <w:p>
      <w:r>
        <w:br/>
        <w:t>Це вже було чистісіньке божевілля. Він здригнувся й чи то кахикнув, чи то схлипнув.</w:t>
      </w:r>
    </w:p>
    <w:p>
      <w:r>
        <w:br/>
        <w:t>— Тепер запаліть газ, Ватсоне, але дуже обережно, не більше ніж наполовину. Благаю вас, обережно, Ватсоне. Чудово, дякую. Ні, не треба завішувати вікон. А тепер покладіть ці листи й папери на стіл біля мене. Дякую. І ще дещо з того дріб’язку, що на полиці. Чудово, Ватсоне! Там є щипчики для цукру. Візьміть ними, будь ласка, оту скриньку з слонової кістки. Поставте її серед цих паперів. Отак! А тепер ідіть і привезіть до мене містера Калвертона Сміта, з Ловер-Берк-стрит, 13.</w:t>
      </w:r>
    </w:p>
    <w:p>
      <w:r>
        <w:br/>
        <w:t>Правду кажучи, моє бажання бігти по лікаря дещо ослабло, бо сердешний Холмс, безперечно, марив, і залишати його самого було небезпечно. Проте він уперто вимагав привезти до нього особу, що її він назвав, хоча перед тим відмовлявся від усякої допомоги.</w:t>
      </w:r>
    </w:p>
    <w:p>
      <w:r>
        <w:br/>
        <w:t>— Я ніколи не чув цього імені, — зауважив я.</w:t>
      </w:r>
    </w:p>
    <w:p>
      <w:r>
        <w:br/>
        <w:t>— Цілком можливо, любий мій Ватсоне. Вас, мабуть, здивує, що найкращий у світі знавець цієї хвороби — не лікар, а плантатор. Містер Калвертон Сміт — відомий житель Суматри, який нині приїхав до Лондона. Спалах цієї хвороби на його плантаціях, далеко від лікарів, змусив його самого взятися за її вивчення, й він досяг чималих успіхів. Він — особа дуже пунктуальна, тож я не хотів відпускати вас до шостої години, бо знав, що ви не застанете його вдома. Якщо ви зможете переконати його приїхати сюди й застосувати свої виняткові знання про цю хворобу, — а це стало найбільшим його захопленням, — то він, безперечно, допоможе мені.</w:t>
      </w:r>
    </w:p>
    <w:p>
      <w:r>
        <w:br/>
        <w:t>Я передаю тут Холмсові зауваження як одне ціле, хоч вони не раз переривалися його важким диханням і гарячковими рухами, які свідчили про біль, що дошкуляв йому. За той час, що я пробув у нього, його вигляд погіршав. Рум’янець став яскравішим, очі палали в темних ямках, холодний піт укрив чоло. Але все-таки він зберігав свою спокійну, виразну мову. До останнього подиху він мав залишитися самим собою.</w:t>
      </w:r>
    </w:p>
    <w:p>
      <w:r>
        <w:br/>
        <w:t>— Розкажіть йому про все, що зі мною сталося, — просив він. — Перекажіть свої враження, коли ви побачили людину, що помирає, — помирає й марить... Незрозуміло, чому дно океану не вкрите шаром устриць, адже вони так рясно плодяться... О, я знову марю! Дивно, як мозок сам себе контролює! То про що я говорив, Ватсоне?</w:t>
      </w:r>
    </w:p>
    <w:p>
      <w:r>
        <w:br/>
        <w:t>— Про мою розмову з містером Калвертоном Смітом.</w:t>
      </w:r>
    </w:p>
    <w:p>
      <w:r>
        <w:br/>
        <w:t>— Так, так, пам’ятаю. Моє життя залежить від нього. Вблагайте його, Ватсоне. Стосунки в нас із ним препогані. Його небіж, Ватсоне... Я підозрював лихо, і він це відчув. Хлопець помер у страшних муках. Сміт лихий на мене. Ви повинні розтопити лід у його серці, Ватсоне. Просіть, благайте, будь-що привезіть його сюди. Він може врятувати мене — тільки він!</w:t>
      </w:r>
    </w:p>
    <w:p>
      <w:r>
        <w:br/>
        <w:t>— Я привезу його з собою в кебі, навіть якщо доведеться занести його туди на руках.</w:t>
      </w:r>
    </w:p>
    <w:p>
      <w:r>
        <w:br/>
        <w:t>— Ні, не робіть такого. Ви повинні хутчіше переконати його приїхати окремо. Самі поверніться сюди раніше. Придумайте якийсь привід, щоб не їхати з ним. Не забудьте, Ватсоне. Не підведіть мене. Ви ніколи не підводили мене... Немає сумніву, що якісь природні вороги перешкоджають розмноженню цих істот. Ми з вами зробили своє, Ватсоне... Невже увесь світ буде повен устриць? Ні, ні, це страшно!.. Перекажіть йому свої враження якомога докладніше.</w:t>
      </w:r>
    </w:p>
    <w:p>
      <w:r>
        <w:br/>
        <w:t>Я пішов, уражений тим, що побачив у такому стані цю найрозумнішу людину, яка лепече, мов дитина. Він віддав мені ключ, і мене осяяла думка забрати цей ключ з собою, щоб Холмс не надумав зачинитися в кімнаті. Заплакана місіс Хадсон чекала на мене в коридорі. Виходячи з помешкання, я почув, як Холмс високим тонким голосом завів якусь божевільну пісню. Надворі, поки я чекав на кеб, до мене з туману наблизився чоловік.</w:t>
      </w:r>
    </w:p>
    <w:p>
      <w:r>
        <w:br/>
        <w:t>— Як здоров’я містера Холмса, сер? — спитав він.</w:t>
      </w:r>
    </w:p>
    <w:p>
      <w:r>
        <w:br/>
        <w:t>То був мій давній знайомий, інспектор Мортон зі Скотленд-Ярду, вбраний у цивільне.</w:t>
      </w:r>
    </w:p>
    <w:p>
      <w:r>
        <w:br/>
        <w:t>— Він дуже хворий, — відповів я.</w:t>
      </w:r>
    </w:p>
    <w:p>
      <w:r>
        <w:br/>
        <w:t>Інспектор якось дивакувато глянув на мене. Якби це не було таким неймовірним, мені здалося б, що в світлі, яке падало з віконця над дверима, я побачив на його обличчі задоволення.</w:t>
      </w:r>
    </w:p>
    <w:p>
      <w:r>
        <w:br/>
        <w:t>— Я дещо чув про це, — сказав він.</w:t>
      </w:r>
    </w:p>
    <w:p>
      <w:r>
        <w:br/>
        <w:t>Під’їхав кеб, і я облишив цю розмову.</w:t>
      </w:r>
    </w:p>
    <w:p>
      <w:r>
        <w:br/>
        <w:t>Ловер-Берк-стрит була довгим рядом гарних будинків на межі Нотинґ-Хілла й Кенсинґтона. Будинок, перед яким візник зупинив кеб, здавався пишним, навіть бундючним, — із старомодною залізною огорожею й важкими дверима з блискучими бронзовими ручками. Пасував до нього й пихатий ключник, що з’явився на порозі, осяяний електричним світлом.</w:t>
      </w:r>
    </w:p>
    <w:p>
      <w:r>
        <w:br/>
        <w:t>— Так, містер Калвертон Сміт удома. Доктор Ватсон? Дуже добре, сер, дозвольте вашу картку.</w:t>
      </w:r>
    </w:p>
    <w:p>
      <w:r>
        <w:br/>
        <w:t>Моє скромне ім’я й фах, напевно, не справили враження на містера Калвертона Сміта. Крізь напіввідчинені двері я почув його роздратований, пронизливий голос:</w:t>
      </w:r>
    </w:p>
    <w:p>
      <w:r>
        <w:br/>
        <w:t>— Що це за один? Чого він хоче? Боже мій, Степлсе, скільки разів я казав вам, щоб мені не заважали, коли я працюю!</w:t>
      </w:r>
    </w:p>
    <w:p>
      <w:r>
        <w:br/>
        <w:t>Далі долинули тихі, заспокійливі пояснення ключника.</w:t>
      </w:r>
    </w:p>
    <w:p>
      <w:r>
        <w:br/>
        <w:t>— Я не прийму його, Степлсе. Терпіти не можу таких перешкод під час роботи. Мене немає вдома, так і скажіть. Нехай приходить уранці, якщо я справді йому потрібен.</w:t>
      </w:r>
    </w:p>
    <w:p>
      <w:r>
        <w:br/>
        <w:t>Знову почулося тихе бурмотіння.</w:t>
      </w:r>
    </w:p>
    <w:p>
      <w:r>
        <w:br/>
        <w:t>— Еге ж, еге ж, так йому й скажіть. Хай прийде вранці або зовсім не приходить. Нема чого переривати мені роботу.</w:t>
      </w:r>
    </w:p>
    <w:p>
      <w:r>
        <w:br/>
        <w:t>Я подумав про Холмса, що борсається на ліжку й лічить хвилини, чекаючи на допомогу. Часу на церемонії не було. Його життя залежало від моєї наполегливості. Перш ніж послужливий ключник устиг передати мені відповідь господаря, я відштовхнув його й ступив до кімнати.</w:t>
      </w:r>
    </w:p>
    <w:p>
      <w:r>
        <w:br/>
        <w:t>Чоловік, що сидів у кріслі біля каміна, з лютим криком підхопився з місця. Я побачив широке жовте обличчя з грубими рисами, важким подвійним підборіддям і злими сірими очима, які зирили на мене з-під кудлатих рудих брів. Рожеву лисину вкривала оксамитова шапочка, кокетливо зсунута набік. Голова його була досить велика, але, поглянувши нижче, я здивовано побачив маленьке кволе тіло, скривлене в плечах, — напевно, через рахіт у дитинстві.</w:t>
      </w:r>
    </w:p>
    <w:p>
      <w:r>
        <w:br/>
        <w:t>— У чому річ?! — скрикнув він високим, верескливим голосом. — Що це за вторгнення? Хіба вам не передали, щоб ви прийшли завтра вранці?</w:t>
      </w:r>
    </w:p>
    <w:p>
      <w:r>
        <w:br/>
        <w:t>— Пробачте, — мовив я, — у мене дуже нагальна справа. Містер Шерлок Холмс...</w:t>
      </w:r>
    </w:p>
    <w:p>
      <w:r>
        <w:br/>
        <w:t>Ім’я мого друга подіяло на чоловічка найдивовижнішим чином. Гнів зник з обличчя. Воно сповнилось напруги й уваги.</w:t>
      </w:r>
    </w:p>
    <w:p>
      <w:r>
        <w:br/>
        <w:t>— Ви прийшли від Холмса? — спитав він.</w:t>
      </w:r>
    </w:p>
    <w:p>
      <w:r>
        <w:br/>
        <w:t>— Я щойно від нього.</w:t>
      </w:r>
    </w:p>
    <w:p>
      <w:r>
        <w:br/>
        <w:t>— Що з Холмсом?</w:t>
      </w:r>
    </w:p>
    <w:p>
      <w:r>
        <w:br/>
        <w:t>— Він дуже хворий. Через те я й приїхав до вас.</w:t>
      </w:r>
    </w:p>
    <w:p>
      <w:r>
        <w:br/>
        <w:t>Чоловічок показав мені на стілець і знов умостився в кріслі. Цієї миті я побачив у дзеркалі над каміном його обличчя. Я міг би заприсягтися, що на ньому майнула гидка, злостива посмішка. Але я одразу переконав себе, що це якась нервова судома, бо за хвилину, коли він знов обернувся до мене, на обличчі його була щира скорбота.</w:t>
      </w:r>
    </w:p>
    <w:p>
      <w:r>
        <w:br/>
        <w:t>— Мені боляче це чути, — мовив він. — Я знав містера Холмса лише з ділових зустрічей, але дуже шаную його таланти і вдачу. Він — знавець злочинів, а я — хвороб. Для нього — лиходії, для мене — мікроби. Ось мої в’язні, — вів далі він, показуючи на ряд пляшок та слоїків, що стояв на столику біля стіни. — В цих желатинових культурах відбувають покарання найлютіші злочинці в світі.</w:t>
      </w:r>
    </w:p>
    <w:p>
      <w:r>
        <w:br/>
        <w:t>— Саме з цієї причини містер Холмс дуже хоче вас бачити. Він високо цінує вас і вважає, що ви — єдина в Лондоні людина, здатна допомогти йому.</w:t>
      </w:r>
    </w:p>
    <w:p>
      <w:r>
        <w:br/>
        <w:t>Чоловічок здригнувсь, і кокетлива шапочка звалилася на підлогу.</w:t>
      </w:r>
    </w:p>
    <w:p>
      <w:r>
        <w:br/>
        <w:t>— Чому? — спитав він. — Чому містер Холмс гадає, що я можу допомогти йому?</w:t>
      </w:r>
    </w:p>
    <w:p>
      <w:r>
        <w:br/>
        <w:t>— Бо ви знаєтеся на східних хворобах.</w:t>
      </w:r>
    </w:p>
    <w:p>
      <w:r>
        <w:br/>
        <w:t>— А чому він думає, що хвороба, якою він заразився, східна?</w:t>
      </w:r>
    </w:p>
    <w:p>
      <w:r>
        <w:br/>
        <w:t>— Бо йому довелося працювати серед китайських матросів, у доках.</w:t>
      </w:r>
    </w:p>
    <w:p>
      <w:r>
        <w:br/>
        <w:t>Містер Калвертон Сміт люб’язно всміхнувсь і підняв свою шапочку.</w:t>
      </w:r>
    </w:p>
    <w:p>
      <w:r>
        <w:br/>
        <w:t>— Он як, невже? — сказав він. — Сподіваюся, що ця хвороба не така смертельна, як ви гадаєте. Давно він занедужав?</w:t>
      </w:r>
    </w:p>
    <w:p>
      <w:r>
        <w:br/>
        <w:t>— Зо три дні тому.</w:t>
      </w:r>
    </w:p>
    <w:p>
      <w:r>
        <w:br/>
        <w:t>— Він марить?</w:t>
      </w:r>
    </w:p>
    <w:p>
      <w:r>
        <w:br/>
        <w:t>— Так, часом.</w:t>
      </w:r>
    </w:p>
    <w:p>
      <w:r>
        <w:br/>
        <w:t>— Так, так! Це вже серйозніше. Було б не по-людському не відгукнутися на його прохання. Я дуже не люблю, коли мою роботу переривають, докторе Ватсоне, але цей випадок справді винятковий. Я відразу ж поїду з вами.</w:t>
      </w:r>
    </w:p>
    <w:p>
      <w:r>
        <w:br/>
        <w:t>Я пригадав Холмсове прохання.</w:t>
      </w:r>
    </w:p>
    <w:p>
      <w:r>
        <w:br/>
        <w:t>— На мене чекають в іншому місці, — відповів я.</w:t>
      </w:r>
    </w:p>
    <w:p>
      <w:r>
        <w:br/>
        <w:t>— Гаразд. Я поїду сам. Адресу містера Холмса в мене записано. Через півгодини я буду там.</w:t>
      </w:r>
    </w:p>
    <w:p>
      <w:r>
        <w:br/>
        <w:t>У мене завмерло серце, коли я повернувся до Холмсової спальні. За цей час, я знав, могло статися найгірше. Однак, на моє превелике щастя, він виглядав набагато краще. Його обличчя було бліде, як і раніше, проте від марення не залишилося й сліду, та й говорив він хоч і кволим, але надзвичайно виразним і бадьорим голосом:</w:t>
      </w:r>
    </w:p>
    <w:p>
      <w:r>
        <w:br/>
        <w:t>— Ви бачили його, Ватсоне?</w:t>
      </w:r>
    </w:p>
    <w:p>
      <w:r>
        <w:br/>
        <w:t>— Так, він уже їде.</w:t>
      </w:r>
    </w:p>
    <w:p>
      <w:r>
        <w:br/>
        <w:t>— Чудово, Ватсоне! Чудово! Ви — найкращий з вісників.</w:t>
      </w:r>
    </w:p>
    <w:p>
      <w:r>
        <w:br/>
        <w:t>— Він хотів приїхати зі мною.</w:t>
      </w:r>
    </w:p>
    <w:p>
      <w:r>
        <w:br/>
        <w:t>— Це неможливо, Ватсоне. Аж ніяк неможливо. Він питав про причину хвороби?</w:t>
      </w:r>
    </w:p>
    <w:p>
      <w:r>
        <w:br/>
        <w:t>— Я сказав йому про китайців в Іст-Енді.</w:t>
      </w:r>
    </w:p>
    <w:p>
      <w:r>
        <w:br/>
        <w:t>— Саме так! Гаразд, Ватсоне, ви зробили все, що міг би зробити друг. Тепер можете зникнути зі сцени.</w:t>
      </w:r>
    </w:p>
    <w:p>
      <w:r>
        <w:br/>
        <w:t>— Я мушу зачекати й вислухати його думку, Холмсе.</w:t>
      </w:r>
    </w:p>
    <w:p>
      <w:r>
        <w:br/>
        <w:t>— Звичайно ж, мусите. Але я маю підставу вважати, що думка ця буде відвертіша й цінніша, коли йому здаватиметься, що ми тут наодинці. За моїм ліжком, у головах, досить місця для вас, Ватсоне.</w:t>
      </w:r>
    </w:p>
    <w:p>
      <w:r>
        <w:br/>
        <w:t>— Любий мій Холмсе!</w:t>
      </w:r>
    </w:p>
    <w:p>
      <w:r>
        <w:br/>
        <w:t>— Боюся, що в вас немає вибору, Ватсоне. В кімнаті нема де сховатись, і це дуже добре, бо не збудить ніякої підозри. Тож, Ватсоне, тут ми, гадаю, зробимо все, що треба. — 3 рішучим виразом на змарнілому обличчі він несподівано сів на ліжку. — Вже риплять колеса, Ватсоне. Швидше, друже, якщо ви мене любите! І не ворушіться, хай би що там сталося — хай би що там сталося, чуєте? Не розмовляйте! Не рухайтесь! Лише слухайте якомога уважніше... — Цієї миті сили знов покинули його, й вольова, виразна мова перетворилась на кволе, плутане бурмотіння людини, що марить.</w:t>
      </w:r>
    </w:p>
    <w:p>
      <w:r>
        <w:br/>
        <w:t>Зі своєї схованки, в якій я так раптово опинився, я почув, як залунали кроки на сходах, як відчинилися, а потім зачинилися двері спальні. А далі, на мій подив, запанувала довга мовчанка, яку переривало лише дихання й хрипіння хворого. Я уявив собі, як наш відвідувач стоїть біля ліжка й дивиться на страдника. Нарешті ця дивна мовчанка урвалась.</w:t>
      </w:r>
    </w:p>
    <w:p>
      <w:r>
        <w:br/>
        <w:t>— Холмсе! — вигукнув відвідувач так настирливо, ніби будив сонного. — Холмсе! Ви чуєте мене, Холмсе?! — Я почув шурхіт, ніби хворого несамовито трусили за плече.</w:t>
      </w:r>
    </w:p>
    <w:p>
      <w:r>
        <w:br/>
        <w:t>— Це ви, містере Сміте? — прошепотів Холмс. — Я й не сподівався, що ви прийдете.</w:t>
      </w:r>
    </w:p>
    <w:p>
      <w:r>
        <w:br/>
        <w:t>Сміт засміявся.</w:t>
      </w:r>
    </w:p>
    <w:p>
      <w:r>
        <w:br/>
        <w:t>— Авжеж, не сподівалися, — сказав він. — І все-таки, як бачите, я тут. Плачу за лихо добром, Холмсе, — за лихо добром!</w:t>
      </w:r>
    </w:p>
    <w:p>
      <w:r>
        <w:br/>
        <w:t>— Це дуже люб’язно, дуже шляхетно з вашого боку. Я високо ціную ваші знання.</w:t>
      </w:r>
    </w:p>
    <w:p>
      <w:r>
        <w:br/>
        <w:t>Відвідувач посміхнувся:</w:t>
      </w:r>
    </w:p>
    <w:p>
      <w:r>
        <w:br/>
        <w:t>— Еге ж. Ви, на щастя, єдиний у Лондоні, хто здатен на це. Ви знаєте, що з вами?</w:t>
      </w:r>
    </w:p>
    <w:p>
      <w:r>
        <w:br/>
        <w:t>— Те саме, — мовив Холмс.</w:t>
      </w:r>
    </w:p>
    <w:p>
      <w:r>
        <w:br/>
        <w:t>— Он як! Ви впізнаєте симптоми?</w:t>
      </w:r>
    </w:p>
    <w:p>
      <w:r>
        <w:br/>
        <w:t>— Аж надто добре.</w:t>
      </w:r>
    </w:p>
    <w:p>
      <w:r>
        <w:br/>
        <w:t>— Що ж, мене це не дивує, Холмсе. Мене не дивує, що в вас те саме. Якщо так, то справи ваші кепські. Бідолаха Віктор помер четвертого дня, — цей дужий, здоровий хлопець. Вам, як ви казали, здалося дивним, що він у серці Лондона підхопив цю рідкісну азійську хворобу — до того ж хворобу, яку я так ретельно вивчав. Дивовижний збіг, Холмсе. Ви вдало це підмітили, але не дуже люб’язно було твердити, що тут є причина й наслідок.</w:t>
      </w:r>
    </w:p>
    <w:p>
      <w:r>
        <w:br/>
        <w:t>— Я знав, що це скоїли ви.</w:t>
      </w:r>
    </w:p>
    <w:p>
      <w:r>
        <w:br/>
        <w:t>— Он як, ви знали? Але ж довести цього не могли. А як ви гадаєте, чи добре це — спершу висувати проти мене такі звинувачення, а потім, опинившись у біді, плазувати переді мною, благаючи про допомогу? Що це за витребеньки, га?</w:t>
      </w:r>
    </w:p>
    <w:p>
      <w:r>
        <w:br/>
        <w:t>Я почув засапане, важке дихання хворого.</w:t>
      </w:r>
    </w:p>
    <w:p>
      <w:r>
        <w:br/>
        <w:t>— Дайте мені води! — прохрипів він.</w:t>
      </w:r>
    </w:p>
    <w:p>
      <w:r>
        <w:br/>
        <w:t>— Скоро вам кінець, друже, але я не піду, не скінчивши розмови. Лише заради цього я й подам вам води. Ось, не розхлюпайте! Отак. Вам зрозуміло, що я кажу?</w:t>
      </w:r>
    </w:p>
    <w:p>
      <w:r>
        <w:br/>
        <w:t>Холмс застогнав.</w:t>
      </w:r>
    </w:p>
    <w:p>
      <w:r>
        <w:br/>
        <w:t>— Зробіть для мене все, що можете. Забудьмо минуле, — шепотів він. — Я викину всю цю справу з голови, присягаюся. Лише вилікуйте мене, і я забуду про неї.</w:t>
      </w:r>
    </w:p>
    <w:p>
      <w:r>
        <w:br/>
        <w:t>— Забудете про що?</w:t>
      </w:r>
    </w:p>
    <w:p>
      <w:r>
        <w:br/>
        <w:t>— Про ту смерть Віктора Севеджа. Ви тільки-но зізналися, що це скоїли ви. Я забуду про це.</w:t>
      </w:r>
    </w:p>
    <w:p>
      <w:r>
        <w:br/>
        <w:t>— Можете забувати чи пам’ятати, як собі хочете. Я не побачу вас на лаві свідків. Ви будете в іншому місці, любий мій Холмсе, можу вас запевнити. Мене не обходитиме, що ви знаєте, чому помер мій небіж. Зараз ідеться не про нього, а про вас.</w:t>
      </w:r>
    </w:p>
    <w:p>
      <w:r>
        <w:br/>
        <w:t>— Так, так.</w:t>
      </w:r>
    </w:p>
    <w:p>
      <w:r>
        <w:br/>
        <w:t>— Ваш приятель, що приїхав до мене, — забув його ім’я, — сказав, що ви заразились в Іст-Енді, серед моряків.</w:t>
      </w:r>
    </w:p>
    <w:p>
      <w:r>
        <w:br/>
        <w:t>— Я тільки так можу це пояснити.</w:t>
      </w:r>
    </w:p>
    <w:p>
      <w:r>
        <w:br/>
        <w:t>— І ви пишаєтеся своїм розумом, Холмсе? Вважаєте себе таким кмітливим, авжеж? Але нині вам зустрівся дехто кмітливіший. Поміркуйте-но, Холмсе. Чи не могли ви підхопити цю хворобу іншим чином?</w:t>
      </w:r>
    </w:p>
    <w:p>
      <w:r>
        <w:br/>
        <w:t>— Я не можу думати. Голова тріскає. Допоможіть, заради Бога!</w:t>
      </w:r>
    </w:p>
    <w:p>
      <w:r>
        <w:br/>
        <w:t>— Так, я допоможу вам. Допоможу зрозуміти, що сталось і як це сталось. Я хочу, щоб ви дізналися про це, перш ніж помрете.</w:t>
      </w:r>
    </w:p>
    <w:p>
      <w:r>
        <w:br/>
        <w:t>— Дайте мені чого-небудь, щоб утамувати цей біль!</w:t>
      </w:r>
    </w:p>
    <w:p>
      <w:r>
        <w:br/>
        <w:t>— Біль, кажете? Так, мої кулі[58] теж верещали з болю. Схоже, мабуть, на судоми?</w:t>
      </w:r>
    </w:p>
    <w:p>
      <w:r>
        <w:br/>
        <w:t>— Так, так, це судоми.</w:t>
      </w:r>
    </w:p>
    <w:p>
      <w:r>
        <w:br/>
        <w:t>— Ну, то слухати мене вони вам не завадять. Слухайте! Ви не пригадуєте якогось незвичайного випадку якраз перед тим, коли захворіли?</w:t>
      </w:r>
    </w:p>
    <w:p>
      <w:r>
        <w:br/>
        <w:t>— Ні, ні. Нічого.</w:t>
      </w:r>
    </w:p>
    <w:p>
      <w:r>
        <w:br/>
        <w:t>— Подумайте ще.</w:t>
      </w:r>
    </w:p>
    <w:p>
      <w:r>
        <w:br/>
        <w:t>— Я надто хворий, щоб думати.</w:t>
      </w:r>
    </w:p>
    <w:p>
      <w:r>
        <w:br/>
        <w:t>— То я допоможу вам. Ви одержували що-небудь поштою?</w:t>
      </w:r>
    </w:p>
    <w:p>
      <w:r>
        <w:br/>
        <w:t>— Поштою?</w:t>
      </w:r>
    </w:p>
    <w:p>
      <w:r>
        <w:br/>
        <w:t>— Скриньку, наприклад?</w:t>
      </w:r>
    </w:p>
    <w:p>
      <w:r>
        <w:br/>
        <w:t>— Я хворий, я помираю!</w:t>
      </w:r>
    </w:p>
    <w:p>
      <w:r>
        <w:br/>
        <w:t>— Слухайте, Холмсе! — До мене долинув звук, ніби хворого трусили за плече, і я ледве всидів у своїй схованці. — Ви повинні вислухати мене. Ви мусите вислухати мене. Чи пам’ятаєте ви скриньку — скриньку зі слонової кістки? Її надіслали вам у середу. Ви відчинили її, пам’ятаєте?</w:t>
      </w:r>
    </w:p>
    <w:p>
      <w:r>
        <w:br/>
        <w:t>— Так, так, я відчинив її. Там усередині була гостра пружина. Якийсь жарт...</w:t>
      </w:r>
    </w:p>
    <w:p>
      <w:r>
        <w:br/>
        <w:t>— То був не жарт, як ви швидко переконалися. Нарікайте на себе, дурню. Хто просив вас ставати на моїй дорозі? Якби ви мене облишили, я б вас не займав.</w:t>
      </w:r>
    </w:p>
    <w:p>
      <w:r>
        <w:br/>
        <w:t>— Згадав, — прохрипів Холмс. — Пружина! Я подряпав нею палець. Ось вона, ця скринька, на столі.</w:t>
      </w:r>
    </w:p>
    <w:p>
      <w:r>
        <w:br/>
        <w:t>— Авжеж, це вона, Святим Юрієм присягаюсь! І зараз вона зникне в моїй кишені. Ви втратите свій останній доказ. Тепер ви знаєте правду, Холмсе, й можете померти, переконавшися, що я вас убив. Ви довідались надто багато про долю Віктора Севеджа, тож я примусив вас розділити її. Ви невдовзі помрете, Холмсе. А я посиджу тут і подивлюся, як ви помиратимете.</w:t>
      </w:r>
    </w:p>
    <w:p>
      <w:r>
        <w:br/>
        <w:t>Холмсів голос стишився аж до незрозумілого шепоту.</w:t>
      </w:r>
    </w:p>
    <w:p>
      <w:r>
        <w:br/>
        <w:t>— Що таке? — перепитав Сміт. — Відкрутити газ? У вас уже темніє в очах, еге ж? Гаразд, зараз відкручу, щоб краще вас бачити. — Він перейшов через кімнату, і в ній миттю спалахнуло яскраве світло. — Може, вам іще чогось треба, друже мій?</w:t>
      </w:r>
    </w:p>
    <w:p>
      <w:r>
        <w:br/>
        <w:t>— Сірник і цигарку.</w:t>
      </w:r>
    </w:p>
    <w:p>
      <w:r>
        <w:br/>
        <w:t>Я мало не скрикнув з подиву та радощів. Холмс говорив своїм природним голосом — трохи слабшим, щоправда, але тим самим, який я знав. Запала довга мовчанка, і я відчув, що Калвертон Сміт мовчки стоїть і приголомшено дивиться на мого друга.</w:t>
      </w:r>
    </w:p>
    <w:p>
      <w:r>
        <w:br/>
        <w:t>— Що це означає? — пролунав нарешті сухий, різкий голос.</w:t>
      </w:r>
    </w:p>
    <w:p>
      <w:r>
        <w:br/>
        <w:t>— Найкращий спосіб зіграти з успіхом роль — це вжитися в неї, — пояснив Холмс. — Присягаюся вам, що всі ці три дні я нічого не їв і не пив, аж поки ви не зробили ласку подати мені цю склянку води. Але найважче було без тютюну. А ось і цигарка! — Я почув, як тернули сірником. — Тепер мені набагато краще. Еге, еге! Я чую кроки друга!</w:t>
      </w:r>
    </w:p>
    <w:p>
      <w:r>
        <w:br/>
        <w:t>Зі сходів справді долинули кроки, двері відчинились, і з’явився інспектор Мортон.</w:t>
      </w:r>
    </w:p>
    <w:p>
      <w:r>
        <w:br/>
        <w:t>— Усе гаразд, заберіть його, — сказав Холмс.</w:t>
      </w:r>
    </w:p>
    <w:p>
      <w:r>
        <w:br/>
        <w:t>Інспектор узявся до своєї звичної справи.</w:t>
      </w:r>
    </w:p>
    <w:p>
      <w:r>
        <w:br/>
        <w:t>— Вас заарештовано за звинуваченням в убивстві Віктора Севеджа, — промовив він.</w:t>
      </w:r>
    </w:p>
    <w:p>
      <w:r>
        <w:br/>
        <w:t>— Можете додати: і за спробу вбивства Шерлока Холмса, — зауважив мій друг, сміючись. — Щоб не турбувати хворого, інспекторе, містер Калвертон Сміт сам подав вам знак, запаливши газ. До речі, в правій кишені піджака заарештованого схована скринька, її треба вилучити. Дякую. З нею слід поводитись обережно. Вона ще стане в пригоді на суді.</w:t>
      </w:r>
    </w:p>
    <w:p>
      <w:r>
        <w:br/>
        <w:t>Я почув звуки несподіваного шарпання й боротьби, що скінчилися ляскотом заліза й криком болю.</w:t>
      </w:r>
    </w:p>
    <w:p>
      <w:r>
        <w:br/>
        <w:t>— Тільки нашкодите самі собі, — мовив інспектор. — Стійте спокійно, чуєте?</w:t>
      </w:r>
    </w:p>
    <w:p>
      <w:r>
        <w:br/>
        <w:t>Клацнули наручники.</w:t>
      </w:r>
    </w:p>
    <w:p>
      <w:r>
        <w:br/>
        <w:t>— То це пастка! — скрикнув високий, верескливий голос. — Це приведе на лаву підсудних вас, Холмсе, а не мене. Він попросив, щоб я приїхав і полікував його. Я зжалився над ним і приїхав. А тепер він твердитиме, що я сказав якусь там дурницю, яку він сам придумав, аби довести свої безглузді підозри. Брешіть, скільки хочете, Холмсе. Мої слова мають не меншу вагу за ваші.</w:t>
      </w:r>
    </w:p>
    <w:p>
      <w:r>
        <w:br/>
        <w:t>— О Боже! — вигукнув Холмс. — Я зовсім забув про свідка. Любий мій Ватсоне, тисячу разів пробачте мені. Як я міг не звернути на вас уваги! Здається, немає потреби рекомендувати вам містера Калвертона Сміта, — адже, як я розумію, ви вже бачилися з ним сьогодні ввечері. У вас є внизу кеб, інспекторе? Я поїду слідом за вами, коли вдягнуся, бо можу стати в пригоді поліції.</w:t>
      </w:r>
    </w:p>
    <w:p>
      <w:r>
        <w:br/>
        <w:t>— Ніколи ще я не хотів так їсти й пити, — сказав Холмс, освіжившися склянкою кларету й з’ївши кілька бісквітів у перервах між одяганням. — Хоча, як ви знаєте, мої звички непостійні, тож такі подвиги вдаються мені легше, ніж будь-кому іншому. Мені було вкрай потрібно переконати місіс Хадсон у тому, що я хворий, бо вона мала повідомити про це вас, а ви в свою чергу — Сміта. Адже ви не образилися, Ватсоне? Признайтеся, що вміння прикидатись не входить до числа ваших багатьох талантів, а якби ви знали мою таємницю, то ніколи не змогли б ублагати Сміта приїхати сюди, — а це було головним у моєму намірі. Знаючи його мстиву натуру, я був певен, що він приїде подивитися на справу своїх рук.</w:t>
      </w:r>
    </w:p>
    <w:p>
      <w:r>
        <w:br/>
        <w:t>— Але ваш вигляд, Холмсе, ваше мертвотне обличчя?</w:t>
      </w:r>
    </w:p>
    <w:p>
      <w:r>
        <w:br/>
        <w:t>— Три дні повного посту не прикрашають людину, Ватсоне. А все інше можна легко "вилікувати" губкою. З вазеліном на чолі, беладонною в очах, рум’янами на щоках і восковою корою на губах можна цілком справити враження, що ти хворий. Симуляція хвороб — це річ, якій я збираюся присвятити одну зі своїх розвідок. А оті уривчасті розмови про півкрони, устриці та всілякі інші речі непогано імітували марення...</w:t>
      </w:r>
    </w:p>
    <w:p>
      <w:r>
        <w:br/>
        <w:t>— Але чому ви не дозволяли мені підходити до вас, якщо насправді ніякої хвороби не було?</w:t>
      </w:r>
    </w:p>
    <w:p>
      <w:r>
        <w:br/>
        <w:t>— Ви ще й питаєте, любий мій Ватсоне! Гадаєте, я не ціную ваших медичних знань? Хіба міг я сподіватися, що ваш досвідчений погляд не помітить, що в смертельно хворого немає високої температури й пульсу? На відстані чотирьох ярдів я ще міг дурити вас. А якби це мені не вдалося, хто привіз би Сміта до моєї пастки? Ні, Ватсоне, не чіпайте цієї скриньки. Погляньте на неї збоку й ви побачите оте місце, звідки вискакує гостра, мов гадюче жало, пружинка, коли її відчиниш. Я думаю, що саме таким пристроєм і було вбито сердешного Севеджа, який стояв між цим чудовиськом і спадщиною. Адже ви знаєте, що я отримую найрізноманітнішу пошту, тож звик обережно поводитись з усіма посилками, які надходять до мене. Я розумів: переконавши Сміта в тому, що його намір справді вдався, я зможу витягти з нього зізнання. Все це я розіграв із старанністю справжнього актора. Дякую, Ватсоне, допоможіть-но мені вдягти пальто. Коли ми закінчимо справи в поліційній дільниці, нам не завадить заїхати до Сімпсона чогось попоїсти.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Детектив при смерті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