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Дикі гуси</w:t>
      </w:r>
    </w:p>
    <w:p>
      <w:r>
        <w:br/>
        <w:t xml:space="preserve"> &lt;p&gt;— Як тут у вас багато пташок на дніпровських кручах!</w:t>
      </w:r>
    </w:p>
    <w:p>
      <w:r>
        <w:br/>
        <w:t>— Дідунь розказує, колись було більше. І водилися такі, що тепер уже не водяться.</w:t>
      </w:r>
    </w:p>
    <w:p>
      <w:r>
        <w:br/>
        <w:t>— Чому не водяться?</w:t>
      </w:r>
    </w:p>
    <w:p>
      <w:r>
        <w:br/>
        <w:t>— Бо перевелися.</w:t>
      </w:r>
    </w:p>
    <w:p>
      <w:r>
        <w:br/>
        <w:t>— А може, полетіли до вирію — і назад не повернулися?</w:t>
      </w:r>
    </w:p>
    <w:p>
      <w:r>
        <w:br/>
        <w:t>— Е-е, так не буває. Пташки завжди з чужини повертаються на батьківщину, де народилися. Хай то з Індії повертаються, хай то з Африки летять назад.</w:t>
      </w:r>
    </w:p>
    <w:p>
      <w:r>
        <w:br/>
        <w:t>— І як тільки вони вгадують летіти й туди, й назад?</w:t>
      </w:r>
    </w:p>
    <w:p>
      <w:r>
        <w:br/>
        <w:t>— Ніхто не знає. Навіть не знають учені. Мабуть, лише самі пташки і знають, але хіба вони розкажуть?</w:t>
      </w:r>
    </w:p>
    <w:p>
      <w:r>
        <w:br/>
        <w:t>Понад їхніми головами, зовсім низько, рівно б’ючи крильми, мерехтячи білим підпушком грудей, пролетів табунець диких качок.</w:t>
      </w:r>
    </w:p>
    <w:p>
      <w:r>
        <w:br/>
        <w:t>— У дніпровські плавні полетіли, — мовив Васько Васюра, провівши поглядом качок, які хутко й зникли поза верхівками ясенів. — І навіщо тільки полюють на них?</w:t>
      </w:r>
    </w:p>
    <w:p>
      <w:r>
        <w:br/>
        <w:t>Вони прислухалися, наче в ранковій тиші сподівалися почути рушничні постріли. Проте ранкову тишу порушував хіба що легкий шурхітливий шелест листя на чагарниках поблизу. Та й не близько дніпровські плавні, звуки рушничних пострілів звідти не долинають сюди, окрай поля.</w:t>
      </w:r>
    </w:p>
    <w:p>
      <w:r>
        <w:br/>
        <w:t>— Тихо, — з гамованою радістю сказала Надійка.</w:t>
      </w:r>
    </w:p>
    <w:p>
      <w:r>
        <w:br/>
        <w:t>Радість у її очах мала синій колір волошок, на яких іще не протряхла роса.</w:t>
      </w:r>
    </w:p>
    <w:p>
      <w:r>
        <w:br/>
        <w:t>Вони сиділи окрай поля поміж кущами шипшини, гілля якої було рясно обнизане кораловими ягодами. Трохи збоку, сховане за деревами, ховалося село, а прямо перед ними слалося поле. Сонце вже зійшло, випило досвітній туман, проте де-не-де віддалеки снувалися попелясті пасемця, ледь погойдуючись над полями, але і їх скоро мало висушити сонячне проміння.</w:t>
      </w:r>
    </w:p>
    <w:p>
      <w:r>
        <w:br/>
        <w:t>Вони, сидячи поміж кущами шипшини, обоє прислухалися, намагаючись не пропустити жоден звук.</w:t>
      </w:r>
    </w:p>
    <w:p>
      <w:r>
        <w:br/>
        <w:t>Принюхуючись до вітерцю, що долинав із поля, Васько Васюра сказав:</w:t>
      </w:r>
    </w:p>
    <w:p>
      <w:r>
        <w:br/>
        <w:t>— О, хлібом пахне вітер.</w:t>
      </w:r>
    </w:p>
    <w:p>
      <w:r>
        <w:br/>
        <w:t>— А я не чую, щоб хлібом пахнув, — принюхуючись, мовила Надійка.</w:t>
      </w:r>
    </w:p>
    <w:p>
      <w:r>
        <w:br/>
        <w:t>— А ти пересядь на моє місце.</w:t>
      </w:r>
    </w:p>
    <w:p>
      <w:r>
        <w:br/>
        <w:t>Вона вдячно подивилася на щедрого Васька Васюру, пересунулася на його місце на прижовклій траві — й аж заплющилася:</w:t>
      </w:r>
    </w:p>
    <w:p>
      <w:r>
        <w:br/>
        <w:t>— Ой, пахне славно!</w:t>
      </w:r>
    </w:p>
    <w:p>
      <w:r>
        <w:br/>
        <w:t>Васько Васюра хотів сказати, що вітер пахне хлібом і там, де щойно сиділа Надійна, але змовчав чомусь.</w:t>
      </w:r>
    </w:p>
    <w:p>
      <w:r>
        <w:br/>
        <w:t>— А може, не прилетять, ми тільки марно чекаємо? — озвалась Надійка.</w:t>
      </w:r>
    </w:p>
    <w:p>
      <w:r>
        <w:br/>
        <w:t>— Повинні б прилетіти. Ще рано.</w:t>
      </w:r>
    </w:p>
    <w:p>
      <w:r>
        <w:br/>
        <w:t>І Васько Васюра став пильно вглядатися ген-ген у небеса над горбистими полями. Горбисті поля, де заставлені ожередами соломи, де світячись білими валками вимолоченої соломи, слалися в млисту далечінь, і небеса над ними здавалися безмежними, спробуй обдивитися всі їхні простори! Але найпильніше він вглядався в сиво-блакитну далину понад гаєм, що темнів на обрії, бо, певен, дорога диких гусей з півночі на південь мала пролягати саме понад отим гаєм.</w:t>
      </w:r>
    </w:p>
    <w:p>
      <w:r>
        <w:br/>
        <w:t>— Щось блищить ген-ген у полі, поміж валками, — помітила Надійка.</w:t>
      </w:r>
    </w:p>
    <w:p>
      <w:r>
        <w:br/>
        <w:t>Васько Васюра примружився: і справді, вогник мерехтливий зблискував поміж валками пшениці, і той вогник мінився сліпучими іскрами.</w:t>
      </w:r>
    </w:p>
    <w:p>
      <w:r>
        <w:br/>
        <w:t>— Ага, блищить, — згодився.</w:t>
      </w:r>
    </w:p>
    <w:p>
      <w:r>
        <w:br/>
        <w:t>Надійка вже знову дивилася в небо.</w:t>
      </w:r>
    </w:p>
    <w:p>
      <w:r>
        <w:br/>
        <w:t>— І лелек у вашому селі багато…</w:t>
      </w:r>
    </w:p>
    <w:p>
      <w:r>
        <w:br/>
        <w:t>— Ну, щоб так багато, як ти кажеш, то ні, але водяться.</w:t>
      </w:r>
    </w:p>
    <w:p>
      <w:r>
        <w:br/>
        <w:t>— І коло самого села, біля дороги. Там такий електричний стовп стоїть. Лелеки звили гніздо на електричному стовпі й навіть лелеченят висиділи.</w:t>
      </w:r>
    </w:p>
    <w:p>
      <w:r>
        <w:br/>
        <w:t>— Еге ж, висиділи, — згодився Васько Васюра.</w:t>
      </w:r>
    </w:p>
    <w:p>
      <w:r>
        <w:br/>
        <w:t>— А кругом же машин повнісінько! І туди, й сюди снують по дорозі, а їм зовсім не страшно, й не дивляться на машини.</w:t>
      </w:r>
    </w:p>
    <w:p>
      <w:r>
        <w:br/>
        <w:t>— Лелеки вже позвикали до всього.</w:t>
      </w:r>
    </w:p>
    <w:p>
      <w:r>
        <w:br/>
        <w:t>— А якби влучила блискавка?</w:t>
      </w:r>
    </w:p>
    <w:p>
      <w:r>
        <w:br/>
        <w:t>— Та ну…</w:t>
      </w:r>
    </w:p>
    <w:p>
      <w:r>
        <w:br/>
        <w:t>— Або навіть не просто блискавка, а кульова, кругла?</w:t>
      </w:r>
    </w:p>
    <w:p>
      <w:r>
        <w:br/>
        <w:t>— Та ну! — й зовсім поблажливо сказав Васько Васюра. — В інші стовпи не влучає? Не влучає. To чому повинна влучити саме в той електричний стовп, де лелеки?</w:t>
      </w:r>
    </w:p>
    <w:p>
      <w:r>
        <w:br/>
        <w:t>Сонце вже височенько підбилося над землею і гріло все палкіше, їм аж душно стало в шипшинових кущах. Тонкі сувої туману й зовсім розсмоктались над землею. Горбаті поля відкрились у таку немислиму далечінь, у яку влітку й не відкривались, бо були позаростали хлібами.</w:t>
      </w:r>
    </w:p>
    <w:p>
      <w:r>
        <w:br/>
        <w:t>— О, чуєш? Курликає!</w:t>
      </w:r>
    </w:p>
    <w:p>
      <w:r>
        <w:br/>
        <w:t>— Курликає? Де?</w:t>
      </w:r>
    </w:p>
    <w:p>
      <w:r>
        <w:br/>
        <w:t>— Може, там… А може, й там… Либонь, журавлі…</w:t>
      </w:r>
    </w:p>
    <w:p>
      <w:r>
        <w:br/>
        <w:t>Вони летіли жадібними очима в блакитні безмежжя над полями, сподіваючись побачити перелітних журавлів, але погляди їхні тонули в сонячній млі небес — і нічого там не бачили, схожого на ключ журавлиний. Може, Васькові Васюрі лише причулося? А може, так високо пролягає сьогодні журавлина дорога в небі, що і їхнім молодим очам туди не сягнути? Й коли вони стомилися шукати журавлиний ключ, то Васько Васюра запитав:</w:t>
      </w:r>
    </w:p>
    <w:p>
      <w:r>
        <w:br/>
        <w:t>— Ти вже їдеш скоро додому, в Київ?</w:t>
      </w:r>
    </w:p>
    <w:p>
      <w:r>
        <w:br/>
        <w:t>Голос його так сухо прошелестів, наче осока на вітрі.</w:t>
      </w:r>
    </w:p>
    <w:p>
      <w:r>
        <w:br/>
        <w:t>— А ти знаєш? — здивувалася Надійка.</w:t>
      </w:r>
    </w:p>
    <w:p>
      <w:r>
        <w:br/>
        <w:t>— Знаю, — відвів очі вбік.</w:t>
      </w:r>
    </w:p>
    <w:p>
      <w:r>
        <w:br/>
        <w:t>— Гм, ти знаєш, — усміхнулася Надійка. — А звідки?</w:t>
      </w:r>
    </w:p>
    <w:p>
      <w:r>
        <w:br/>
        <w:t>Васько Васюра ховав похмурі шершнюваті очі.</w:t>
      </w:r>
    </w:p>
    <w:p>
      <w:r>
        <w:br/>
        <w:t>— Ну, звідки? — допитувалася.</w:t>
      </w:r>
    </w:p>
    <w:p>
      <w:r>
        <w:br/>
        <w:t>— Знаю — та й годі… Ось ти їдеш, а в нас саме така пора почнеться!</w:t>
      </w:r>
    </w:p>
    <w:p>
      <w:r>
        <w:br/>
        <w:t>— Яка пора?</w:t>
      </w:r>
    </w:p>
    <w:p>
      <w:r>
        <w:br/>
        <w:t>— Осінь…</w:t>
      </w:r>
    </w:p>
    <w:p>
      <w:r>
        <w:br/>
        <w:t>— І в Києві почнеться осінь.</w:t>
      </w:r>
    </w:p>
    <w:p>
      <w:r>
        <w:br/>
        <w:t>— Хіба в Києві така осінь, як у нас? — здивувався Васько Васюра. — Ти наші садки бачила чи не бачила? Та що садки! Ген по дніпровських кручах скільки диких слив росте, як нападає з гілля — всю землю вистелено сливками. А горіхів скільки на ліщині! Хочеш — сам зривай, а коли лінуєшся зривати, чекай, коли попадають, тоді тільки не лінуйся згинатися, шукати в траві.</w:t>
      </w:r>
    </w:p>
    <w:p>
      <w:r>
        <w:br/>
        <w:t>— А білки на горіхи є?</w:t>
      </w:r>
    </w:p>
    <w:p>
      <w:r>
        <w:br/>
        <w:t>— А хіба ти не бачила білок? Є білки, вони теж люблять горіхи, але не бійся, і тобі вистачить, і білкам.</w:t>
      </w:r>
    </w:p>
    <w:p>
      <w:r>
        <w:br/>
        <w:t>Надійка стиха засміялась, що він так ото сказав про неї та про білок, мовляв, усім горіхів ліщинових вистачить.</w:t>
      </w:r>
    </w:p>
    <w:p>
      <w:r>
        <w:br/>
        <w:t>— А бачила, скільки в нас їжаків?</w:t>
      </w:r>
    </w:p>
    <w:p>
      <w:r>
        <w:br/>
        <w:t>— Ти й сам наче їжак, — торкнулась його коротко обстриженої, колючої голови.</w:t>
      </w:r>
    </w:p>
    <w:p>
      <w:r>
        <w:br/>
        <w:t>— Побачила б ти, як вони яблука носять на своїх голках. Ото сам собі настромить на голки й несе, готує припаси на зиму.</w:t>
      </w:r>
    </w:p>
    <w:p>
      <w:r>
        <w:br/>
        <w:t>— А ти на своїх голках умієш носити яблука? — Надійка знову пустотливо пучками пальців торкнулась його голови. — Так, як їжак?</w:t>
      </w:r>
    </w:p>
    <w:p>
      <w:r>
        <w:br/>
        <w:t>— Ет, придумала жартувати. Давай краще вистежувати диких гусей, а то й не побачимо, як пролетять мимо.</w:t>
      </w:r>
    </w:p>
    <w:p>
      <w:r>
        <w:br/>
        <w:t>— А ти ж казав, що вони отуто в полі сядуть? Аби перепочити після важкої дороги?.. Перед іще важчою дорогою?</w:t>
      </w:r>
    </w:p>
    <w:p>
      <w:r>
        <w:br/>
        <w:t>— Авжеж, сядуть, коли летітимуть… А коли вже перепочили десь?..</w:t>
      </w:r>
    </w:p>
    <w:p>
      <w:r>
        <w:br/>
        <w:t>Вони видивлялись у небесах на політ диких гусей, які вже начебто мали летіти. А може, Васько Васюра помиляється? Може, дикі гуси ніколи й не летять із півночі на південь понад цим придніпровським селом? Надійка раптом втратила цікавість до сонячних блакитних небес. Бо скільки можна чекати? Та й пора до баби Одарки, адже сьогодні має з Києва прибути машиною батько, щоб забрати її з матір’ю додому. Вона опустила стомлений погляд униз і вигукнула:</w:t>
      </w:r>
    </w:p>
    <w:p>
      <w:r>
        <w:br/>
        <w:t>— Дивися, дивися!</w:t>
      </w:r>
    </w:p>
    <w:p>
      <w:r>
        <w:br/>
        <w:t>Васько Васюра першої миті подумав, що вона побачила диких гусей.</w:t>
      </w:r>
    </w:p>
    <w:p>
      <w:r>
        <w:br/>
        <w:t>— Де, де? — запитав, дивлячись угору.</w:t>
      </w:r>
    </w:p>
    <w:p>
      <w:r>
        <w:br/>
        <w:t>— Вниз подивися, отуди… — Надійка показувала рукою в поле. — Там, де блищало, тепер дим, подивися!</w:t>
      </w:r>
    </w:p>
    <w:p>
      <w:r>
        <w:br/>
        <w:t>Справді, понад валками пшениці, там, де недавно вони бачили загадковий блискітливий вогник, тепер колихався дим. Дим колихався майже прозорий, він майже не розтікався понад землею, і здавалося, зараз так само розтане в сяйві дня, як і появився. Проте дим не зникав, а вперто погойдувався і, здавалось, погустішав.</w:t>
      </w:r>
    </w:p>
    <w:p>
      <w:r>
        <w:br/>
        <w:t>— Земля горить? — запитала Надійка.</w:t>
      </w:r>
    </w:p>
    <w:p>
      <w:r>
        <w:br/>
        <w:t>— Хліб загорівся, — самими губами проказав Васько Васюра, зводячись між шипшинових кущів.</w:t>
      </w:r>
    </w:p>
    <w:p>
      <w:r>
        <w:br/>
        <w:t>— Неправда… Бо як він міг загорітися?</w:t>
      </w:r>
    </w:p>
    <w:p>
      <w:r>
        <w:br/>
        <w:t>— Побігли! — скочив на ноги Васько Васюра.</w:t>
      </w:r>
    </w:p>
    <w:p>
      <w:r>
        <w:br/>
        <w:t>І побіг на той дим, що снувався в полі над валками соломи.</w:t>
      </w:r>
    </w:p>
    <w:p>
      <w:r>
        <w:br/>
        <w:t>Йому ще не вірилось в пожежу, бо де та пожежа могла взятися? Ніхто не підпалював, адже вони все добре бачили. Та чим ближчав косатий дим, Васько Васюра упевнювався: пожежа.</w:t>
      </w:r>
    </w:p>
    <w:p>
      <w:r>
        <w:br/>
        <w:t>Загорівся один валок, від нього вогонь перекинувся до сусіднього валка, ось-ось міг перескочити далі. Наче осатанілий, Васько Васюра став відкидати суху солому далі від вогню.</w:t>
      </w:r>
    </w:p>
    <w:p>
      <w:r>
        <w:br/>
        <w:t>Задихаючись, ковтаючи дим, він порозкидав один валок, порозкидав другий і тепер уже тільки стежив, чи немає десь близько для вогню поживи, щоб вогонь переметнувся, щоб упився жадібними золотими зубами.</w:t>
      </w:r>
    </w:p>
    <w:p>
      <w:r>
        <w:br/>
        <w:t>Сяйливі вогники де-не-де спалахували на стерні, але він став затоптувати їх ногами. І Надійка, надбігши на поміч, також топталася ногами по стерні, нищачи оті курні сяйливі вогники.</w:t>
      </w:r>
    </w:p>
    <w:p>
      <w:r>
        <w:br/>
        <w:t>Пожежа так і не встигла розгорітися на всю силу, як вони погасили її, і тепер лише дим снувався в повітрі, вився попіл, і гіркий чад щипав у носі та в горлі.</w:t>
      </w:r>
    </w:p>
    <w:p>
      <w:r>
        <w:br/>
        <w:t>— А чого загорівся? Хто підпалив?</w:t>
      </w:r>
    </w:p>
    <w:p>
      <w:r>
        <w:br/>
        <w:t>Надійка розгублено роззиралася обіч, немов усе-таки сподівалася побачити того зловмисника, який додумався спалити все поле. Це б вогонь перекинувся далі й далі, і до отих ожередів, що видніють у полі, і до лісу, й до села, бо погода стоїть суха та сонячна, за такої погоди тільки й палати пожежам.</w:t>
      </w:r>
    </w:p>
    <w:p>
      <w:r>
        <w:br/>
        <w:t>І, здається, не могла повірити, що вони запобігли цій пожежі.</w:t>
      </w:r>
    </w:p>
    <w:p>
      <w:r>
        <w:br/>
        <w:t>Васько Васюра ступив до спаленого валка соломи, який обернувся на купу тріпотливого попелу, підняв щось із землі.</w:t>
      </w:r>
    </w:p>
    <w:p>
      <w:r>
        <w:br/>
        <w:t>— Ось…</w:t>
      </w:r>
    </w:p>
    <w:p>
      <w:r>
        <w:br/>
        <w:t>У його руці блищало прозоре денце від розбитої пляшки.</w:t>
      </w:r>
    </w:p>
    <w:p>
      <w:r>
        <w:br/>
        <w:t>— Сонячне проміння заломилося в цьому склі — і спалахнула солома.</w:t>
      </w:r>
    </w:p>
    <w:p>
      <w:r>
        <w:br/>
        <w:t>— Ми ж бачили, як воно блищало, — взяла з його рук оте прозоре денце пляшки.</w:t>
      </w:r>
    </w:p>
    <w:p>
      <w:r>
        <w:br/>
        <w:t>— Бачили, — винувато згодився Васько Васюра. — І хто його тут кинув? А ти молодець, не злякалася.</w:t>
      </w:r>
    </w:p>
    <w:p>
      <w:r>
        <w:br/>
        <w:t>Уже могли б і йти звідси, але Васько Васюра не квапився, занепокоєно озираючись довкола, чи ще де не видніє вогонь, чи не курить.</w:t>
      </w:r>
    </w:p>
    <w:p>
      <w:r>
        <w:br/>
        <w:t>Надійка замірилася викинути скло, проте Васько Васюра перехопив її руку, відібрав круглий уламок.</w:t>
      </w:r>
    </w:p>
    <w:p>
      <w:r>
        <w:br/>
        <w:t>І Надійка почервоніла, бо від сорому кров несподівано прилила до щік.</w:t>
      </w:r>
    </w:p>
    <w:p>
      <w:r>
        <w:br/>
        <w:t>— О, подивися, якась машина стала край поля, чоловік вийшов із машини, — сказав.</w:t>
      </w:r>
    </w:p>
    <w:p>
      <w:r>
        <w:br/>
        <w:t>— Та це ж мій тато з Києва приїхав по мене! — зраділа Надійка. — Це він! Це його машина.</w:t>
      </w:r>
    </w:p>
    <w:p>
      <w:r>
        <w:br/>
        <w:t>Впізнавши батька, Надійка прожогом побігла по стерні на край поля, де стояла оранжева машина, від якої назустріч їй ішов кремезний чоловік у жовтій шкіряній куртці.</w:t>
      </w:r>
    </w:p>
    <w:p>
      <w:r>
        <w:br/>
        <w:t>Наче схаменувшись, Надійка зупинилась на мить, помахала Васькові Васюрі рукою, щось прокричала — й знову побігла прудко назустріч батькові.</w:t>
      </w:r>
    </w:p>
    <w:p>
      <w:r>
        <w:br/>
        <w:t>— Приїжджай! — крикнув услід Васько Васюра. — Ти приїдеш?</w:t>
      </w:r>
    </w:p>
    <w:p>
      <w:r>
        <w:br/>
        <w:t>Але Надійка, звісно, не почула.</w:t>
      </w:r>
    </w:p>
    <w:p>
      <w:r>
        <w:br/>
        <w:t>Ось вона вже біля батька, ось вона вже в батькових руках, ось уже він підкидає свою донечку вгору, ловить, знову підкидає.</w:t>
      </w:r>
    </w:p>
    <w:p>
      <w:r>
        <w:br/>
        <w:t>Хоч дим від пожежі розвіявся, проте Васько Васюра відчув, що йому дряпає в очах так, наче від диму, й зір затуманився. Коли протер очі, то в очах розвиднилося, і напрочуд чітко вгорі над собою він побачив темний ключ якихось важких, ширококрилих птахів.</w:t>
      </w:r>
    </w:p>
    <w:p>
      <w:r>
        <w:br/>
        <w:t>Птахи летіли впевнено, долаючи неблизьку дорогу, і Васько Васюра подумав, що це — дикі гуси, яких він таки дочекався, бо чекав не марно.</w:t>
      </w:r>
    </w:p>
    <w:p>
      <w:r>
        <w:br/>
        <w:t>І ще йому додумалося, що дикі гуси таки захочуть опуститися на їхньому полі за селом, щоб відпочити з дороги, щоб подзьобати пшеничного зерна, якого стільки розсипано на землі.</w:t>
      </w:r>
    </w:p>
    <w:p>
      <w:r>
        <w:br/>
        <w:t>А що Надійка вже сіла в машину й не могла бачити птахів у небі, то він зірвався з місця, побіг із криком:</w:t>
      </w:r>
    </w:p>
    <w:p>
      <w:r>
        <w:br/>
        <w:t>— Постривай! Дикі гуси летять!</w:t>
      </w:r>
    </w:p>
    <w:p>
      <w:r>
        <w:br/>
        <w:t>Він біг і кричав:</w:t>
      </w:r>
    </w:p>
    <w:p>
      <w:r>
        <w:br/>
        <w:t>— Дикі гуси зараз сядуть на землю!</w:t>
      </w:r>
    </w:p>
    <w:p>
      <w:r>
        <w:br/>
        <w:t>Мабуть, ніхто в машині не помітив Васька Васюру, бо ось машина рушила й плавно покотилася окрай поля.</w:t>
      </w:r>
    </w:p>
    <w:p>
      <w:r>
        <w:br/>
        <w:t>— Надійко, постривай, дикі гуси летять!</w:t>
      </w:r>
    </w:p>
    <w:p>
      <w:r>
        <w:br/>
        <w:t>За машиною здіймалася хмара сірої куряви, за тією курявою нічого вже не можна було побачити з машини, а йому здавалося, що таки можна — якщо не роздивитись, то хоч почути голос його.</w:t>
      </w:r>
    </w:p>
    <w:p>
      <w:r>
        <w:br/>
        <w:t>— Надійко, дикі гуси!</w:t>
      </w:r>
    </w:p>
    <w:p>
      <w:r>
        <w:br/>
        <w:t>Таки мусив спинитися, бо машина вже зникла на сільській околиці, лише курява сіріла в повітрі. В горлі йому щипало, наче від чадного диму. Похнюплено звісивши голову, Васько Васюра обернувся назад, шукаючи в полі поміж стерні диких гусей, сподіваючись, що вони таки опустилися з неба, щоб відпочити, щоб підкріпитися перед далекою дорогою, подзьобавши розгубленого зерна.</w:t>
      </w:r>
    </w:p>
    <w:p>
      <w:r>
        <w:br/>
        <w:t>Проте диких гусей на стерні ніде не було.</w:t>
      </w:r>
    </w:p>
    <w:p>
      <w:r>
        <w:br/>
        <w:t>Лише ген-ген віддалік означувалося місце недавньої пожежі, яку вони погасили удвох із Надійкою.</w:t>
      </w:r>
    </w:p>
    <w:p>
      <w:r>
        <w:br/>
        <w:t>Розгублений, він підвів погляд угору, понад полями, подивився в тому напрямку, в якому полетіли птахи, сподіваючись усе-таки ще побачити їхній табун у небі, але в небі і слід їхній прохолов, небо сяяло ясною пусткою, наче зовсім недавно великі птахи й не летіли у вишині.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Дикі 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