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Овідія</w:t>
      </w:r>
    </w:p>
    <w:p>
      <w:r>
        <w:br/>
        <w:t xml:space="preserve"> Овідію, живу близ тихих берегів,&lt;br /&gt;</w:t>
        <w:br/>
        <w:t>Куди колись приніс ти батьківських богів&lt;br /&gt;</w:t>
        <w:br/>
        <w:t>В суворе заслання, де попіл свій зоставив.&lt;br /&gt;</w:t>
        <w:br/>
        <w:t>І твій жалібний плач місця оці прославив.&lt;br /&gt;</w:t>
        <w:br/>
        <w:t>Ще ліри ніжний глас кругом не занімів;&lt;br /&gt;</w:t>
        <w:br/>
        <w:t>Живе ще пісня тут, де ти життя скінчив.&lt;br /&gt;</w:t>
        <w:br/>
        <w:t>Малюють ті пісні в моїй ясній уяві&lt;br /&gt;</w:t>
        <w:br/>
        <w:t>Пустелю пахмурну, поета у неславі,&lt;br /&gt;</w:t>
        <w:br/>
        <w:t>Туманний звід небес, простори снігові,&lt;br /&gt;</w:t>
        <w:br/>
        <w:t>В теплі коротких днів дозвілля лугові.&lt;br /&gt;</w:t>
        <w:br/>
        <w:t>Колись захоплений сумною ліри грою,&lt;br /&gt;</w:t>
        <w:br/>
        <w:t>Я серцем жив своїм, Овідію, з тобою:&lt;br /&gt;</w:t>
        <w:br/>
        <w:t>Я бачив човен твій в обіймах злих валів,&lt;br /&gt;</w:t>
        <w:br/>
        <w:t>Прип'ятий якорем до диких берегів,&lt;br /&gt;</w:t>
        <w:br/>
        <w:t>Де кара жде співця кохання і відради.&lt;br /&gt;</w:t>
        <w:br/>
        <w:t>Без тіні там лани, горбки без винограду.&lt;br /&gt;</w:t>
        <w:br/>
        <w:t>Народжені в снігах для подвигів війни,&lt;br /&gt;</w:t>
        <w:br/>
        <w:t>Жорстокі Скіфії холодної сини,&lt;br /&gt;</w:t>
        <w:br/>
        <w:t>За Істром здобичі, ховаючись, чекають&lt;br /&gt;</w:t>
        <w:br/>
        <w:t>І села кожну мить навалами лякають.&lt;br /&gt;</w:t>
        <w:br/>
        <w:t>Ніщо не спинить їх: в воді вони пливуть&lt;br /&gt;</w:t>
        <w:br/>
        <w:t>І по льоду дзвінкім безбоязно ідуть.&lt;br /&gt;</w:t>
        <w:br/>
        <w:t>Тобі (дивуйсь, Назон, ти долі цій мінливій),&lt;br /&gt;</w:t>
        <w:br/>
        <w:t>Що з юних літ не дав себе війні зрадливій,&lt;br /&gt;</w:t>
        <w:br/>
        <w:t>І що троянди звик вживати для прикрас,&lt;br /&gt;</w:t>
        <w:br/>
        <w:t>В безжурних пестощах провадити свій час,-&lt;br /&gt;</w:t>
        <w:br/>
        <w:t>Шолом важкий тобі прийдеться одягти,&lt;br /&gt;</w:t>
        <w:br/>
        <w:t>Близ ліри мирної сталевий меч тримати.&lt;br /&gt;</w:t>
        <w:br/>
        <w:t>Ні діти, ні жона, ні звуки дружніх слів,&lt;br /&gt;</w:t>
        <w:br/>
        <w:t>Ні музи лагідні, минулих радість днів&lt;br /&gt;</w:t>
        <w:br/>
        <w:t>Вигнаного співця не переймуть печалі.&lt;br /&gt;</w:t>
        <w:br/>
        <w:t>Даремно грації пісні твої вінчали,&lt;br /&gt;</w:t>
        <w:br/>
        <w:t>Даремно юнаки напам'ять знають їх:&lt;br /&gt;</w:t>
        <w:br/>
        <w:t>Ні слава, ні літа, ні скарги, ані сміх,&lt;br /&gt;</w:t>
        <w:br/>
        <w:t>Октавія ніщо зворушити не може;&lt;br /&gt;</w:t>
        <w:br/>
        <w:t>І вкриє забуття твоє старече ложе.&lt;br /&gt;</w:t>
        <w:br/>
        <w:t>В країні рідній ти вшанований мистець,&lt;br /&gt;</w:t>
        <w:br/>
        <w:t>Вітчизни варварів незнаний пожилець,&lt;br /&gt;</w:t>
        <w:br/>
        <w:t>Ти мови рідної навкруг тепер не чуєш;&lt;br /&gt;</w:t>
        <w:br/>
        <w:t>І в дружньому листі свій сум важкий тамуєш:&lt;br /&gt;</w:t>
        <w:br/>
        <w:t>"О, поверни мені славетний край батьків&lt;br /&gt;</w:t>
        <w:br/>
        <w:t>І мирні затінки уславлених садків!&lt;br /&gt;</w:t>
        <w:br/>
        <w:t>О друзі, Августу несіть моє прохання!&lt;br /&gt;</w:t>
        <w:br/>
        <w:t>І длань погрозливу відхилить хай благання!&lt;br /&gt;</w:t>
        <w:br/>
        <w:t>Якщо надалі я зазнаю гнів богів&lt;br /&gt;</w:t>
        <w:br/>
        <w:t>І рідних бачити не випаде країв,-&lt;br /&gt;</w:t>
        <w:br/>
        <w:t>Пом'якшуючи рок покірливим благанням,&lt;br /&gt;</w:t>
        <w:br/>
        <w:t>Поблизу Рима я бажав би поховання".&lt;br /&gt;</w:t>
        <w:br/>
        <w:t>Чия душа черства з презирством до харит&lt;br /&gt;</w:t>
        <w:br/>
        <w:t>Сумну нудьгу твою і сльози докорить?&lt;br /&gt;</w:t>
        <w:br/>
        <w:t>Хто в гордощах лихих читає без хваління&lt;br /&gt;</w:t>
        <w:br/>
        <w:t>Елегії оці,— вінець твого творіння,&lt;br /&gt;</w:t>
        <w:br/>
        <w:t>Де ти безсилий зойк нащадкам передав?</w:t>
      </w:r>
    </w:p>
    <w:p>
      <w:r>
        <w:br/>
        <w:t>Суворий слов'янин, я сліз не проливав,&lt;br /&gt;</w:t>
        <w:br/>
        <w:t>Та розумію їх. Вигнанець самовільний,&lt;br /&gt;</w:t>
        <w:br/>
        <w:t>До світу, до життя, до себе неприхильний,&lt;br /&gt;</w:t>
        <w:br/>
        <w:t>В замисленні сумнім я нині побував&lt;br /&gt;</w:t>
        <w:br/>
        <w:t>В країні мовчазній, де вік ти сумував.&lt;br /&gt;</w:t>
        <w:br/>
        <w:t>Я мрії відживив і образи похмурні&lt;br /&gt;</w:t>
        <w:br/>
        <w:t>Твої збудили тут, Овідій, співи журні,&lt;br /&gt;</w:t>
        <w:br/>
        <w:t>Малюнок їх сумний очима я звіряв;&lt;br /&gt;</w:t>
        <w:br/>
        <w:t>Але надій моїх той погляд не втішав.&lt;br /&gt;</w:t>
        <w:br/>
        <w:t>Вигнання зле твоє приваблювало очі,&lt;br /&gt;</w:t>
        <w:br/>
        <w:t>Що звикли до снігів похмурої півночі.&lt;br /&gt;</w:t>
        <w:br/>
        <w:t>Тут сяє довший час небес ясних блакить&lt;br /&gt;</w:t>
        <w:br/>
        <w:t>І бурі снігові живуть коротку мить.&lt;br /&gt;</w:t>
        <w:br/>
        <w:t>Цих скіфських берегів недавній гість чудовий,&lt;br /&gt;</w:t>
        <w:br/>
        <w:t>Син півдня, виноград ясніє пурпуровий.&lt;br /&gt;</w:t>
        <w:br/>
        <w:t>Туманний грудень вже на півночі луги,&lt;br /&gt;</w:t>
        <w:br/>
        <w:t>Мов килими, кладе пухнастії сніги;&lt;br /&gt;</w:t>
        <w:br/>
        <w:t>Зима буяла там, та начебто весною&lt;br /&gt;</w:t>
        <w:br/>
        <w:t>Тут сонечко ясне світило наді мною;&lt;br /&gt;</w:t>
        <w:br/>
        <w:t>І молодим зелом рябів зів'ялий луг;&lt;br /&gt;</w:t>
        <w:br/>
        <w:t>Лани розложисті здіймав вже ранній плуг;&lt;br /&gt;</w:t>
        <w:br/>
        <w:t>Легкий вітрець подув диханням схолоднілим;&lt;br /&gt;</w:t>
        <w:br/>
        <w:t>Та ще прозорий лід над озером стемнілим&lt;br /&gt;</w:t>
        <w:br/>
        <w:t>Ті хвилі стишені кришталем покривав,&lt;br /&gt;</w:t>
        <w:br/>
        <w:t>Бажання боязке поета я згадаю,&lt;br /&gt;</w:t>
        <w:br/>
        <w:t>Той день, відзначений окриленим натхненням,&lt;br /&gt;</w:t>
        <w:br/>
        <w:t>Коли, в розгубленні, ти звав новим іменням&lt;br /&gt;</w:t>
        <w:br/>
        <w:t>Застиглі хвилі вод, незнаний краєвид:&lt;br /&gt;</w:t>
        <w:br/>
        <w:t>І перед мною тут, здавалось, через лід&lt;br /&gt;</w:t>
        <w:br/>
        <w:t>Майнула тінь твоя і жалібнії звуки&lt;br /&gt;</w:t>
        <w:br/>
        <w:t>Летіли віддаля, як тоскний зойк розлуки.</w:t>
      </w:r>
    </w:p>
    <w:p>
      <w:r>
        <w:br/>
        <w:t>Ти не сумуй! Цвіте Овідія вінець!&lt;br /&gt;</w:t>
        <w:br/>
        <w:t>На жаль, серед юрби загублений співець,&lt;br /&gt;</w:t>
        <w:br/>
        <w:t>Для нових поколінь залишуся незнаний,&lt;br /&gt;</w:t>
        <w:br/>
        <w:t>Загине геній мій безсилий, безталанний&lt;br /&gt;</w:t>
        <w:br/>
        <w:t>Зі славою на день, без радості життя!..&lt;br /&gt;</w:t>
        <w:br/>
        <w:t>Шукаючи мене, крізь роки забуття,&lt;br /&gt;</w:t>
        <w:br/>
        <w:t>Нащадок пізній мій у цім далекім краї&lt;br /&gt;</w:t>
        <w:br/>
        <w:t>Близ праху славного самотній слід пізнає.&lt;br /&gt;</w:t>
        <w:br/>
        <w:t>Покинувши сумну країв далеких сінь,&lt;br /&gt;</w:t>
        <w:br/>
        <w:t>Прилине вдячлива моя до нього тінь.&lt;br /&gt;</w:t>
        <w:br/>
        <w:t>І звеселить мене той спогад його рідний.&lt;br /&gt;</w:t>
        <w:br/>
        <w:t>Повік лишиться хай переказ заповідний:&lt;br /&gt;</w:t>
        <w:br/>
        <w:t>Як ти, схиляючись під тягарем життя,&lt;br /&gt;</w:t>
        <w:br/>
        <w:t>Не в славі — у біді тобі був рівний я.&lt;br /&gt;</w:t>
        <w:br/>
        <w:t>Тут, розливаючи свої північні співи,&lt;br /&gt;</w:t>
        <w:br/>
        <w:t>Блукав я в ті часи, як на дунайські ниви&lt;br /&gt;</w:t>
        <w:br/>
        <w:t>Великодушний грек свободу закликав,&lt;br /&gt;</w:t>
        <w:br/>
        <w:t>Та пісні тій ніхто із друзів не вчував;&lt;br /&gt;</w:t>
        <w:br/>
        <w:t>Проте лани чужі, горбки й діброви вільні&lt;br /&gt;</w:t>
        <w:br/>
        <w:t>І музи мирнії до нас були прихильні.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Овідія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