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радості</w:t>
      </w:r>
    </w:p>
    <w:p>
      <w:r>
        <w:br/>
        <w:t xml:space="preserve"> Радість, гарна іскро Божа!&lt;br /&gt;</w:t>
        <w:br/>
        <w:t>Несказанно любо нам&lt;br /&gt;</w:t>
        <w:br/>
        <w:t>Увійти, царице гожа,&lt;br /&gt;</w:t>
        <w:br/>
        <w:t>В твій пресвітлий дивний храм.&lt;br /&gt;</w:t>
        <w:br/>
        <w:t>Все, що строго ділить мода,&lt;br /&gt;</w:t>
        <w:br/>
        <w:t>В'яжеш ти одним вузлом,&lt;br /&gt;</w:t>
        <w:br/>
        <w:t>Розцвітає братня згода&lt;br /&gt;</w:t>
        <w:br/>
        <w:t>Під благим твоїм крилом.</w:t>
      </w:r>
    </w:p>
    <w:p>
      <w:r>
        <w:br/>
        <w:t>Хор&lt;br /&gt;</w:t>
        <w:br/>
        <w:t>Обнімітесь, міліони,&lt;br /&gt;</w:t>
        <w:br/>
        <w:t>Поцілуйтесь, мов брати!&lt;br /&gt;</w:t>
        <w:br/>
        <w:t>Вічний Отче доброти,&lt;br /&gt;</w:t>
        <w:br/>
        <w:t>Дай нам ласки й охорони!</w:t>
      </w:r>
    </w:p>
    <w:p>
      <w:r>
        <w:br/>
        <w:t>Кого доля ощастила&lt;br /&gt;</w:t>
        <w:br/>
        <w:t>Тим, що другові він друг,&lt;br /&gt;</w:t>
        <w:br/>
        <w:t>Кого любить лада мила, —&lt;br /&gt;</w:t>
        <w:br/>
        <w:t>Йдіть до нас в веселий круг.&lt;br /&gt;</w:t>
        <w:br/>
        <w:t>Йдіть усі, хто зве своєю&lt;br /&gt;</w:t>
        <w:br/>
        <w:t>В світі душу хоч одну!&lt;br /&gt;</w:t>
        <w:br/>
        <w:t>Хто ж весь вік черствів душею —&lt;br /&gt;</w:t>
        <w:br/>
        <w:t>Йди у іншу сторону.</w:t>
      </w:r>
    </w:p>
    <w:p>
      <w:r>
        <w:br/>
        <w:t>Хор&lt;br /&gt;</w:t>
        <w:br/>
        <w:t>Хто живе в земній юдолі,&lt;br /&gt;</w:t>
        <w:br/>
        <w:t>Всяк симпатії скорись!&lt;br /&gt;</w:t>
        <w:br/>
        <w:t>Нас веде вона у вись.&lt;br /&gt;</w:t>
        <w:br/>
        <w:t>Де Всесильний на престолі.</w:t>
      </w:r>
    </w:p>
    <w:p>
      <w:r>
        <w:br/>
        <w:t>Радість п'ють усі істоти&lt;br /&gt;</w:t>
        <w:br/>
        <w:t>З груді матері-землі,&lt;br /&gt;</w:t>
        <w:br/>
        <w:t>Ті солодкії щедроти&lt;br /&gt;</w:t>
        <w:br/>
        <w:t>Мають всі — і добрі, й злі.&lt;br /&gt;</w:t>
        <w:br/>
        <w:t>Радість нас вином сп'яняє&lt;br /&gt;</w:t>
        <w:br/>
        <w:t>І цілунком огневим;&lt;br /&gt;</w:t>
        <w:br/>
        <w:t>І черв'як утіху знає,&lt;br /&gt;</w:t>
        <w:br/>
        <w:t>І небесний херувим.</w:t>
      </w:r>
    </w:p>
    <w:p>
      <w:r>
        <w:br/>
        <w:t>Хор&lt;br /&gt;</w:t>
        <w:br/>
        <w:t>Поклонітесь, міліони,&lt;br /&gt;</w:t>
        <w:br/>
        <w:t>Перед мудрістю Творця!&lt;br /&gt;</w:t>
        <w:br/>
        <w:t>Сповніть милістю серця&lt;br /&gt;</w:t>
        <w:br/>
        <w:t>І чиніть його закони.</w:t>
      </w:r>
    </w:p>
    <w:p>
      <w:r>
        <w:br/>
        <w:t>Радість — всесвіту пружина,&lt;br /&gt;</w:t>
        <w:br/>
        <w:t>Радість — творчості душа,&lt;br /&gt;</w:t>
        <w:br/>
        <w:t>Дивна космосу машина&lt;br /&gt;</w:t>
        <w:br/>
        <w:t>Нею живиться й руша.&lt;br /&gt;</w:t>
        <w:br/>
        <w:t>Радість квіти розвиває&lt;br /&gt;</w:t>
        <w:br/>
        <w:t>І розгін дає сонцям;&lt;br /&gt;</w:t>
        <w:br/>
        <w:t>Їх в простори пориває,&lt;br /&gt;</w:t>
        <w:br/>
        <w:t>Не відомі мудрецям.</w:t>
      </w:r>
    </w:p>
    <w:p>
      <w:r>
        <w:br/>
        <w:t>Хор&lt;br /&gt;</w:t>
        <w:br/>
        <w:t>Як у безмірі світила&lt;br /&gt;</w:t>
        <w:br/>
        <w:t>Хором райдужним пливуть,&lt;br /&gt;</w:t>
        <w:br/>
        <w:t>Браття, йдіть у славну путь,&lt;br /&gt;</w:t>
        <w:br/>
        <w:t>Що вам радість освятила.</w:t>
      </w:r>
    </w:p>
    <w:p>
      <w:r>
        <w:br/>
        <w:t>Вчених з істини свічада&lt;br /&gt;</w:t>
        <w:br/>
        <w:t>Радість успіхом віта,&lt;br /&gt;</w:t>
        <w:br/>
        <w:t>До чеснот провадить радо,&lt;br /&gt;</w:t>
        <w:br/>
        <w:t>Хоч тропа до них крута;&lt;br /&gt;</w:t>
        <w:br/>
        <w:t>На ясній вершині віри&lt;br /&gt;</w:t>
        <w:br/>
        <w:t>Поднімає хоругов,&lt;br /&gt;</w:t>
        <w:br/>
        <w:t>В день воскресний на Псалтирі&lt;br /&gt;</w:t>
        <w:br/>
        <w:t>Славить тих, хто смерть зборов.</w:t>
      </w:r>
    </w:p>
    <w:p>
      <w:r>
        <w:br/>
        <w:t>Хор&lt;br /&gt;</w:t>
        <w:br/>
        <w:t>Будьте мужні, міліони!&lt;br /&gt;</w:t>
        <w:br/>
        <w:t>Вірте, страдні, в кращий світ!&lt;br /&gt;</w:t>
        <w:br/>
        <w:t>Тих, що справдять заповіт,&lt;br /&gt;</w:t>
        <w:br/>
        <w:t>Прийме Бог у вічне лоно,</w:t>
      </w:r>
    </w:p>
    <w:p>
      <w:r>
        <w:br/>
        <w:t>Божество не наградиме, —&lt;br /&gt;</w:t>
        <w:br/>
        <w:t>От би нам зрівняться з ним!&lt;br /&gt;</w:t>
        <w:br/>
        <w:t>Хай радіють із радими&lt;br /&gt;</w:t>
        <w:br/>
        <w:t>Горе й злидні в крузі цім!&lt;br /&gt;</w:t>
        <w:br/>
        <w:t>Не відомста, не погрози —&lt;br /&gt;</w:t>
        <w:br/>
        <w:t>Всепрощення ворогам!&lt;br /&gt;</w:t>
        <w:br/>
        <w:t>Хай не ллють у скруті сльози,&lt;br /&gt;</w:t>
        <w:br/>
        <w:t>Не гризуться каяттям.</w:t>
      </w:r>
    </w:p>
    <w:p>
      <w:r>
        <w:br/>
        <w:t>Хор&lt;br /&gt;</w:t>
        <w:br/>
        <w:t>Знищим книги борговії!&lt;br /&gt;</w:t>
        <w:br/>
        <w:t>Помирімося усі!&lt;br /&gt;</w:t>
        <w:br/>
        <w:t>Браття! На небесі&lt;br /&gt;</w:t>
        <w:br/>
        <w:t>Не забуде благодії.</w:t>
      </w:r>
    </w:p>
    <w:p>
      <w:r>
        <w:br/>
        <w:t>Радість в келихах шумує,&lt;br /&gt;</w:t>
        <w:br/>
        <w:t>Плин іскристий виграє,&lt;br /&gt;</w:t>
        <w:br/>
        <w:t>Канібалів лють гамує&lt;br /&gt;</w:t>
        <w:br/>
        <w:t>Кволим духу додає.&lt;br /&gt;</w:t>
        <w:br/>
        <w:t>В день весілля а чи тризни,&lt;br /&gt;</w:t>
        <w:br/>
        <w:t>Коли ходить круговий,&lt;br /&gt;</w:t>
        <w:br/>
        <w:t>Хай до неба піна бризне,&lt;br /&gt;</w:t>
        <w:br/>
        <w:t>Дух прославимо благий!</w:t>
      </w:r>
    </w:p>
    <w:p>
      <w:r>
        <w:br/>
        <w:t>Хор&lt;br /&gt;</w:t>
        <w:br/>
        <w:t>Все хвалу йому співає —&lt;br /&gt;</w:t>
        <w:br/>
        <w:t>Хай гримить псалом гучний!&lt;br /&gt;</w:t>
        <w:br/>
        <w:t>Дух прославимо благий,&lt;br /&gt;</w:t>
        <w:br/>
        <w:t>Що над зорями витає!</w:t>
      </w:r>
    </w:p>
    <w:p>
      <w:r>
        <w:br/>
        <w:t>Будь твердим в лиху годину,&lt;br /&gt;</w:t>
        <w:br/>
        <w:t>Поміч скривдженим давай,&lt;br /&gt;</w:t>
        <w:br/>
        <w:t>Всюди правду знай єдину,&lt;br /&gt;</w:t>
        <w:br/>
        <w:t>Зроду клятви не ламай,&lt;br /&gt;</w:t>
        <w:br/>
        <w:t>Не знижайсь перед потужним,&lt;br /&gt;</w:t>
        <w:br/>
        <w:t>Коли треба — важ життям!&lt;br /&gt;</w:t>
        <w:br/>
        <w:t>Шана й слава чесним, мужнім,&lt;br /&gt;</w:t>
        <w:br/>
        <w:t>Згуба підлим брехунам!</w:t>
      </w:r>
    </w:p>
    <w:p>
      <w:r>
        <w:br/>
        <w:t>Хор&lt;br /&gt;</w:t>
        <w:br/>
        <w:t>Станьмо дружною сім'єю,&lt;br /&gt;</w:t>
        <w:br/>
        <w:t>Жити правдою й добром&lt;br /&gt;</w:t>
        <w:br/>
        <w:t>Присягнімо цим вином&lt;br /&gt;</w:t>
        <w:br/>
        <w:t>Перед вишнім Судією!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радості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