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Дорога</w:t>
      </w:r>
    </w:p>
    <w:p>
      <w:r>
        <w:br/>
        <w:t xml:space="preserve"> &lt;p&gt;— Я йду, йду, мамо.</w:t>
      </w:r>
    </w:p>
    <w:p>
      <w:r>
        <w:br/>
        <w:t>— Не йди не йди, сину...</w:t>
      </w:r>
    </w:p>
    <w:p>
      <w:r>
        <w:br/>
        <w:t>Пішов, бо стелилася перед його очима ясна і далека.</w:t>
      </w:r>
    </w:p>
    <w:p>
      <w:r>
        <w:br/>
        <w:t>Кожні ворота минав, усі білі вікна.</w:t>
      </w:r>
    </w:p>
    <w:p>
      <w:r>
        <w:br/>
        <w:t>Любив свою дорогу, не сходив з неї ніколи.</w:t>
      </w:r>
    </w:p>
    <w:p>
      <w:r>
        <w:br/>
        <w:t>Уднину вона була безконечна, як промінь сонця, а вночі над нею всі звізди ночували.</w:t>
      </w:r>
    </w:p>
    <w:p>
      <w:r>
        <w:br/>
        <w:t>Земля цвіла і квітками своїми сміялася до нього. Він їх рвав і затикав у свій буйний волос.</w:t>
      </w:r>
    </w:p>
    <w:p>
      <w:r>
        <w:br/>
        <w:t>Кожна квітка кидала йому одну перлу під ноги. Очі його веселі, а чоло ясне, як керничка при пільній дорозі...</w:t>
      </w:r>
    </w:p>
    <w:p>
      <w:r>
        <w:br/>
        <w:t>Аж людей спіткав.</w:t>
      </w:r>
    </w:p>
    <w:p>
      <w:r>
        <w:br/>
        <w:t>Вбиті по коліна в землю, вони у безтямній многості падали і здоймалися.</w:t>
      </w:r>
    </w:p>
    <w:p>
      <w:r>
        <w:br/>
        <w:t>Чорними долонями стручували піт з чола і великими руками ловилися землі.</w:t>
      </w:r>
    </w:p>
    <w:p>
      <w:r>
        <w:br/>
        <w:t>Втома валила їх, вони душили за собою свої діти і ревіли з болю.</w:t>
      </w:r>
    </w:p>
    <w:p>
      <w:r>
        <w:br/>
        <w:t>Здоймалися і падали.</w:t>
      </w:r>
    </w:p>
    <w:p>
      <w:r>
        <w:br/>
        <w:t>А ніч клала їх у сон, як каменів, одного коло одного.</w:t>
      </w:r>
    </w:p>
    <w:p>
      <w:r>
        <w:br/>
        <w:t>Страшними лицями обернені до неба, як морем голов проти моря звізд.</w:t>
      </w:r>
    </w:p>
    <w:p>
      <w:r>
        <w:br/>
        <w:t>Земля стогнала під ударом їх серць, а вітер втік за гори.</w:t>
      </w:r>
    </w:p>
    <w:p>
      <w:r>
        <w:br/>
        <w:t>Він читав ті лиця і велику пісню бою на них.</w:t>
      </w:r>
    </w:p>
    <w:p>
      <w:r>
        <w:br/>
        <w:t>З їх губів злизав слова, з чолів вичитав мислі, а з серць виссав почування. А як сонце родилося в крові і цілувало поміж довгі вії їх очі, то в його серці породилася пісня.</w:t>
      </w:r>
    </w:p>
    <w:p>
      <w:r>
        <w:br/>
        <w:t>Розспівалася в його душі, як буря, розколисалася, як мамине слово.</w:t>
      </w:r>
    </w:p>
    <w:p>
      <w:r>
        <w:br/>
        <w:t>І став сильний і гордий. Вітер нагнув д' нєму всі квіти.</w:t>
      </w:r>
    </w:p>
    <w:p>
      <w:r>
        <w:br/>
        <w:t>Ступав своєю дорогою дальше.</w:t>
      </w:r>
    </w:p>
    <w:p>
      <w:r>
        <w:br/>
        <w:t>Вона, як полотно, під ним угиналася. Минав усі ворота, білі вікна помикали.</w:t>
      </w:r>
    </w:p>
    <w:p>
      <w:r>
        <w:br/>
        <w:t>І знов людей побачив.</w:t>
      </w:r>
    </w:p>
    <w:p>
      <w:r>
        <w:br/>
        <w:t>Стояли лавою. Перед ними колосисте море золота, поза ними діти в холоді снопів.</w:t>
      </w:r>
    </w:p>
    <w:p>
      <w:r>
        <w:br/>
        <w:t>Огонь їх пражив, залізо плакало в їх руках.</w:t>
      </w:r>
    </w:p>
    <w:p>
      <w:r>
        <w:br/>
        <w:t>Полинялі пустарі небесні бездушно звисали над ними.</w:t>
      </w:r>
    </w:p>
    <w:p>
      <w:r>
        <w:br/>
        <w:t>Всі в білих сорочках, як на Великдень.</w:t>
      </w:r>
    </w:p>
    <w:p>
      <w:r>
        <w:br/>
        <w:t>Але снопи пропадали з-над дітей, і вогонь вжерався в їх білі голови.</w:t>
      </w:r>
    </w:p>
    <w:p>
      <w:r>
        <w:br/>
        <w:t>Вони вгризалися знов у жовті лани.</w:t>
      </w:r>
    </w:p>
    <w:p>
      <w:r>
        <w:br/>
        <w:t>Читав їх розпуку й їх безсилу.</w:t>
      </w:r>
    </w:p>
    <w:p>
      <w:r>
        <w:br/>
        <w:t>По їх чолах копалися рови один коло одного. Губи їх засихали і біліли. Серця заходили жовчю.</w:t>
      </w:r>
    </w:p>
    <w:p>
      <w:r>
        <w:br/>
        <w:t>І пісня його душі згіркла, як зігнила пшениця.</w:t>
      </w:r>
    </w:p>
    <w:p>
      <w:r>
        <w:br/>
        <w:t>Очі його помутніли, а чоло його подобало на скаламучену керничку при дорозі.</w:t>
      </w:r>
    </w:p>
    <w:p>
      <w:r>
        <w:br/>
        <w:t>Сила його і гордість впала на тверду дорогу.</w:t>
      </w:r>
    </w:p>
    <w:p>
      <w:r>
        <w:br/>
        <w:t>Строївся.</w:t>
      </w:r>
    </w:p>
    <w:p>
      <w:r>
        <w:br/>
        <w:t>Пішов своєю дорогою, як птах, що своїх крил на собі не чує.</w:t>
      </w:r>
    </w:p>
    <w:p>
      <w:r>
        <w:br/>
        <w:t>На свіжій ріллі під веселою дугою стояла його любов. Земля радувалася її білими слідами.</w:t>
      </w:r>
    </w:p>
    <w:p>
      <w:r>
        <w:br/>
        <w:t>Як безсильна дитина, протягнув до неї руки.</w:t>
      </w:r>
    </w:p>
    <w:p>
      <w:r>
        <w:br/>
        <w:t>— Ходи!</w:t>
      </w:r>
    </w:p>
    <w:p>
      <w:r>
        <w:br/>
        <w:t>— Не можу, бо ти отрута!</w:t>
      </w:r>
    </w:p>
    <w:p>
      <w:r>
        <w:br/>
        <w:t>Захитався, а як прожер свій засуд, то поклав на чорну ріллю окрушки своєї пісні і поволікся дальше. Йшов, як тінь спорохнявілого дуба перед заходом сонця.</w:t>
      </w:r>
    </w:p>
    <w:p>
      <w:r>
        <w:br/>
        <w:t>Дорога темна, як сліпому молоденькому каліці.</w:t>
      </w:r>
    </w:p>
    <w:p>
      <w:r>
        <w:br/>
        <w:t>Одного дня спотикнувся на гріб своєї мами.</w:t>
      </w:r>
    </w:p>
    <w:p>
      <w:r>
        <w:br/>
        <w:t>Заридав сухими очима і впав.</w:t>
      </w:r>
    </w:p>
    <w:p>
      <w:r>
        <w:br/>
        <w:t>Зарив чоло у могилу і просив маму, аби його назвала так, як він був ще дитиною.</w:t>
      </w:r>
    </w:p>
    <w:p>
      <w:r>
        <w:br/>
        <w:t>Одно маленьке слово аби сказала!</w:t>
      </w:r>
    </w:p>
    <w:p>
      <w:r>
        <w:br/>
        <w:t>Довго просив.</w:t>
      </w:r>
    </w:p>
    <w:p>
      <w:r>
        <w:br/>
        <w:t>Потім поклав голову на хрест і почув від нього мороз.</w:t>
      </w:r>
    </w:p>
    <w:p>
      <w:r>
        <w:br/>
        <w:t>Здригнувся, поцілував могилу в маленьку яблінку і поплівся, безіменний і самотній.</w:t>
      </w:r>
    </w:p>
    <w:p>
      <w:r>
        <w:br/>
        <w:t>— Боже, ти подаруй мені решту моєї дороги, бо я не годен вже йти!</w:t>
      </w:r>
    </w:p>
    <w:p>
      <w:r>
        <w:br/>
        <w:t>І скакав з могили на могилу, як осіннє перекотиполе.</w:t>
      </w:r>
    </w:p>
    <w:p>
      <w:r>
        <w:br/>
        <w:t>Аж як перейшов сто гробів, то сотий перший його був.</w:t>
      </w:r>
    </w:p>
    <w:p>
      <w:r>
        <w:br/>
        <w:t>Припав до нього, як давно до маминої пазухи.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