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Екзотика</w:t>
      </w:r>
    </w:p>
    <w:p>
      <w:r>
        <w:br/>
        <w:t xml:space="preserve"> Якби це було просто щастя,&lt;br /&gt;</w:t>
        <w:br/>
        <w:t>то це було б просто щастя.&lt;br /&gt;</w:t>
        <w:br/>
        <w:t>А все, що зверх того, це вже — поезія.&lt;br /&gt;</w:t>
        <w:br/>
        <w:t>Слухай, милий, ти захищайся!&lt;br /&gt;</w:t>
        <w:br/>
        <w:t>Я стала дика, я — Полінезія.&lt;br /&gt;</w:t>
        <w:br/>
        <w:t>Колись Ґоген тікав на Таїті,&lt;br /&gt;</w:t>
        <w:br/>
        <w:t>лишались тут і модерн, і готика.&lt;br /&gt;</w:t>
        <w:br/>
        <w:t>У цьому черствому скрипучому світі&lt;br /&gt;</w:t>
        <w:br/>
        <w:t>тільки любити — тепер екзотика.&lt;br /&gt;</w:t>
        <w:br/>
        <w:t>Я порушила всі табу.&lt;br /&gt;</w:t>
        <w:br/>
        <w:t>Нарвані квіти мої у Нірвані.&lt;br /&gt;</w:t>
        <w:br/>
        <w:t>Пасеться обов'язків цілий табун,&lt;br /&gt;</w:t>
        <w:br/>
        <w:t>а я цілую тебе у вігвамі.&lt;br /&gt;</w:t>
        <w:br/>
        <w:t>Що з того, що туфлі у мене на шпильках?&lt;br /&gt;</w:t>
        <w:br/>
        <w:t>Я в джунглях була і насилу вибрела.&lt;br /&gt;</w:t>
        <w:br/>
        <w:t>Душі предків приходять навшпиньки,&lt;br /&gt;</w:t>
        <w:br/>
        <w:t>щоб подивитись, кого я вибрала.&lt;br /&gt;</w:t>
        <w:br/>
        <w:t>Очі у них великі і круглі.&lt;br /&gt;</w:t>
        <w:br/>
        <w:t>Скелі голі, як Голіафи.&lt;br /&gt;</w:t>
        <w:br/>
        <w:t>Птиця тюльпан п'є воду із кухля,&lt;br /&gt;</w:t>
        <w:br/>
        <w:t>птиця бузок п'є воду з карафи.&lt;br /&gt;</w:t>
        <w:br/>
        <w:t>Дві зірки у хату мені влетіло.&lt;br /&gt;</w:t>
        <w:br/>
        <w:t>Сади стоять буддійськими храмами.&lt;br /&gt;</w:t>
        <w:br/>
        <w:t>Люблю твоє тіло, смагляве тіло,&lt;br /&gt;</w:t>
        <w:br/>
        <w:t>тіло твоє, татуйоване шрамами.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Екзотика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