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ключі від кохання</w:t>
      </w:r>
    </w:p>
    <w:p>
      <w:r>
        <w:br/>
        <w:t xml:space="preserve"> 1&lt;br /&gt;</w:t>
        <w:br/>
        <w:t>Зелений лист, крилатий ключ,&lt;br /&gt;</w:t>
        <w:br/>
        <w:t>і веретено і обруч,&lt;br /&gt;</w:t>
        <w:br/>
        <w:t>і знов сп'яняє, як сп'яняла,&lt;br /&gt;</w:t>
        <w:br/>
        <w:t>похмільна юності кабала.&lt;br /&gt;</w:t>
        <w:br/>
        <w:t>Палати знов і знову мерзти,&lt;br /&gt;</w:t>
        <w:br/>
        <w:t>кохати знов і знов п'яніти!&lt;br /&gt;</w:t>
        <w:br/>
        <w:t>На пальці елегійний перстень,&lt;br /&gt;</w:t>
        <w:br/>
        <w:t>на серці елегійний квітень.</w:t>
      </w:r>
    </w:p>
    <w:p>
      <w:r>
        <w:br/>
        <w:t>Містечко в сяйві ночі біле.&lt;br /&gt;</w:t>
        <w:br/>
        <w:t>Невже ж тут друзів не згадать?&lt;br /&gt;</w:t>
        <w:br/>
        <w:t>Росли ми разом і п'яніли,&lt;br /&gt;</w:t>
        <w:br/>
        <w:t>кохаючи палких дівчат.&lt;br /&gt;</w:t>
        <w:br/>
        <w:t>Таїлися від мрій бентежних,&lt;br /&gt;</w:t>
        <w:br/>
        <w:t>вдавали гордих і твердих&lt;br /&gt;</w:t>
        <w:br/>
        <w:t>і рвались в обшири безмежні,&lt;br /&gt;</w:t>
        <w:br/>
        <w:t>що нам стелилися до ніг.&lt;br /&gt;</w:t>
        <w:br/>
        <w:t>Дарунків повна юність світла,&lt;br /&gt;</w:t>
        <w:br/>
        <w:t>мов скриня сповнена скарбів,&lt;br /&gt;</w:t>
        <w:br/>
        <w:t>та мрія — ночі тьмяна квітка —&lt;br /&gt;</w:t>
        <w:br/>
        <w:t>вела, де обріїв межа&lt;br /&gt;</w:t>
        <w:br/>
        <w:t>манила, мов любовний спів.&lt;br /&gt;</w:t>
        <w:br/>
        <w:t>Щербилась леза на ножах,&lt;br /&gt;</w:t>
        <w:br/>
        <w:t>і спалювались поривання.&lt;br /&gt;</w:t>
        <w:br/>
        <w:t>Квітчались місяцем доми,&lt;br /&gt;</w:t>
        <w:br/>
        <w:t>і тремтячи кохали ми,&lt;br /&gt;</w:t>
        <w:br/>
        <w:t>хоча соромились кохання.</w:t>
      </w:r>
    </w:p>
    <w:p>
      <w:r>
        <w:br/>
        <w:t>Почалось так: жарким тюльпаном&lt;br /&gt;</w:t>
        <w:br/>
        <w:t>горіло сонце юним снам.&lt;br /&gt;</w:t>
        <w:br/>
        <w:t>Дзвонила в ста фортепіанах&lt;br /&gt;</w:t>
        <w:br/>
        <w:t>омелодійнена весна.&lt;br /&gt;</w:t>
        <w:br/>
        <w:t>Смички, мов луки, вигинала&lt;br /&gt;</w:t>
        <w:br/>
        <w:t>і веретена обертала,&lt;br /&gt;</w:t>
        <w:br/>
        <w:t>ячала сотнею скрипок,&lt;br /&gt;</w:t>
        <w:br/>
        <w:t>в криницях м'ятних напувалась,&lt;br /&gt;</w:t>
        <w:br/>
        <w:t>рядном квітчастим розстелялась&lt;br /&gt;</w:t>
        <w:br/>
        <w:t>і сипала пісні й пісок.</w:t>
      </w:r>
    </w:p>
    <w:p>
      <w:r>
        <w:br/>
        <w:t>Пригадуєш : весна горіла,&lt;br /&gt;</w:t>
        <w:br/>
        <w:t>немов закохане дівча.&lt;br /&gt;</w:t>
        <w:br/>
        <w:t>Навпроти вийшов ти несміло&lt;br /&gt;</w:t>
        <w:br/>
        <w:t>невловне щастя зустрічать.&lt;br /&gt;</w:t>
        <w:br/>
        <w:t>Пригадуєш : циганський вітер&lt;br /&gt;</w:t>
        <w:br/>
        <w:t>дівчатам поцілунки крав.&lt;br /&gt;</w:t>
        <w:br/>
        <w:t>Кохання сім гарячих літер&lt;br /&gt;</w:t>
        <w:br/>
        <w:t>на твому серці написав.</w:t>
      </w:r>
    </w:p>
    <w:p>
      <w:r>
        <w:br/>
        <w:t>Пізнались ми. Весна дзичала,&lt;br /&gt;</w:t>
        <w:br/>
        <w:t>немов стріла, що небо тне.&lt;br /&gt;</w:t>
        <w:br/>
        <w:t>Кохала і з коханням в'яла&lt;br /&gt;</w:t>
        <w:br/>
        <w:t>дівчина, сп'янена вогнем.</w:t>
      </w:r>
    </w:p>
    <w:p>
      <w:r>
        <w:br/>
        <w:t>Листар носив листи зелені,&lt;br /&gt;</w:t>
        <w:br/>
        <w:t>листи шуміли. Ех, весна!&lt;br /&gt;</w:t>
        <w:br/>
        <w:t>Плету пісні на веретені&lt;br /&gt;</w:t>
        <w:br/>
        <w:t>про молодість, що промина.</w:t>
      </w:r>
    </w:p>
    <w:p>
      <w:r>
        <w:br/>
        <w:t>2&lt;br /&gt;</w:t>
        <w:br/>
        <w:t>Ночами грала окарина,&lt;br /&gt;</w:t>
        <w:br/>
        <w:t>співали басом ковалі.&lt;br /&gt;</w:t>
        <w:br/>
        <w:t>Несмілий і палкий хлопчина&lt;br /&gt;</w:t>
        <w:br/>
        <w:t>не вмів знайти кохання слів.&lt;br /&gt;</w:t>
        <w:br/>
        <w:t>Співали ранком білі теслі,&lt;br /&gt;</w:t>
        <w:br/>
        <w:t>крутився колом дім ткачів.&lt;br /&gt;</w:t>
        <w:br/>
        <w:t>Кохання мапу хлопець креслив,&lt;br /&gt;</w:t>
        <w:br/>
        <w:t>весни дванадцять обручів.</w:t>
      </w:r>
    </w:p>
    <w:p>
      <w:r>
        <w:br/>
        <w:t>Так народилась пісня в серці,&lt;br /&gt;</w:t>
        <w:br/>
        <w:t>все замінилося у спів.&lt;br /&gt;</w:t>
        <w:br/>
        <w:t>На амбразурі місяць сперся&lt;br /&gt;</w:t>
        <w:br/>
        <w:t>й по шибі, мов краплина, сплив.&lt;br /&gt;</w:t>
        <w:br/>
        <w:t>Вдивляючись в уста, що кличуть,&lt;br /&gt;</w:t>
        <w:br/>
        <w:t>в розсміяних очей вогні,&lt;br /&gt;</w:t>
        <w:br/>
        <w:t>різьбив ти в пам'яті обличчя,&lt;br /&gt;</w:t>
        <w:br/>
        <w:t>щоб перелить його в пісні.&lt;br /&gt;</w:t>
        <w:br/>
        <w:t>Кохав і зраджував кохану,&lt;br /&gt;</w:t>
        <w:br/>
        <w:t>та пісні ти не обманив.&lt;br /&gt;</w:t>
        <w:br/>
        <w:t>Їй завжди вірний, в північ тьмяну&lt;br /&gt;</w:t>
        <w:br/>
        <w:t>ходив шукати в лісі слів.</w:t>
      </w:r>
    </w:p>
    <w:p>
      <w:r>
        <w:br/>
        <w:t>Отак сплелись життя і пісня,&lt;br /&gt;</w:t>
        <w:br/>
        <w:t>переливаючись в одне.&lt;br /&gt;</w:t>
        <w:br/>
        <w:t>Одчай натхнення й радість пізня.&lt;br /&gt;</w:t>
        <w:br/>
        <w:t>куди ж ведуть слова мене?&lt;br /&gt;</w:t>
        <w:br/>
        <w:t>Кохання й розпач так пізнало&lt;br /&gt;</w:t>
        <w:br/>
        <w:t>жадібне серце юнака.&lt;br /&gt;</w:t>
        <w:br/>
        <w:t>Устам лакомим завжди мало&lt;br /&gt;</w:t>
        <w:br/>
        <w:t>палючих поцілунків. Так&lt;br /&gt;</w:t>
        <w:br/>
        <w:t>перетремтіло, продрижало,&lt;br /&gt;</w:t>
        <w:br/>
        <w:t>зажевріло, і відлунало,&lt;br /&gt;</w:t>
        <w:br/>
        <w:t>і спалахнуло, і зів'яло,&lt;br /&gt;</w:t>
        <w:br/>
        <w:t>в болючу пісню перейшло.</w:t>
      </w:r>
    </w:p>
    <w:p>
      <w:r>
        <w:br/>
        <w:t>Мов строф гончар, що ліпить дзбани&lt;br /&gt;</w:t>
        <w:br/>
        <w:t>з розспіваної глини слів,&lt;br /&gt;</w:t>
        <w:br/>
        <w:t>промінюючи плач і сміх&lt;br /&gt;</w:t>
        <w:br/>
        <w:t>в ліричне ремесло й купецтво,&lt;br /&gt;</w:t>
        <w:br/>
        <w:t>невтишним серцем зрозумів,&lt;br /&gt;</w:t>
        <w:br/>
        <w:t>що речі дві найкращі з всіх:&lt;br /&gt;</w:t>
        <w:br/>
        <w:t>ясне кохання&lt;br /&gt;</w:t>
        <w:br/>
        <w:t>й похмуре&lt;br /&gt;</w:t>
        <w:br/>
        <w:t>мистецтво.</w:t>
      </w:r>
    </w:p>
    <w:p>
      <w:r>
        <w:br/>
        <w:t>Співали ранком білі теслі,&lt;br /&gt;</w:t>
        <w:br/>
        <w:t>на веретенах сміх ткачів.&lt;br /&gt;</w:t>
        <w:br/>
        <w:t>Палючі строфи хлопець креслив,&lt;br /&gt;</w:t>
        <w:br/>
        <w:t>весни дванадцять обручів.</w:t>
      </w:r>
    </w:p>
    <w:p>
      <w:r>
        <w:br/>
        <w:t>Листар носив листи зелені,&lt;br /&gt;</w:t>
        <w:br/>
        <w:t>листи шуміли. Ех, весна!&lt;br /&gt;</w:t>
        <w:br/>
        <w:t>Плету пісні на веретені&lt;br /&gt;</w:t>
        <w:br/>
        <w:t>про молодість, що промина.</w:t>
      </w:r>
    </w:p>
    <w:p>
      <w:r>
        <w:br/>
        <w:t>Співають весняні ключі,&lt;br /&gt;</w:t>
        <w:br/>
        <w:t>дзвенять черлені обручі,&lt;br /&gt;</w:t>
        <w:br/>
        <w:t>і знов палає, як палала,&lt;br /&gt;</w:t>
        <w:br/>
        <w:t>п'янлива юності кабала.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ключі від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