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Емігрант із Лендор Роуда</w:t>
      </w:r>
    </w:p>
    <w:p>
      <w:r>
        <w:br/>
        <w:t xml:space="preserve"> З циліндром у руці зайшов він в ательє&lt;br /&gt;</w:t>
        <w:br/>
        <w:t>Що в вищих сферах тон на моди задає&lt;br /&gt;</w:t>
        <w:br/>
        <w:t>Диктатор комерсант що творить все таке нам&lt;br /&gt;</w:t>
        <w:br/>
        <w:t>Здіймав там голови шикарним манекенам</w:t>
      </w:r>
    </w:p>
    <w:p>
      <w:r>
        <w:br/>
        <w:t>Пливли туди й сюди стострумені юрби&lt;br /&gt;</w:t>
        <w:br/>
        <w:t>I тіні по землі стелили безлюбовні&lt;br /&gt;</w:t>
        <w:br/>
        <w:t>А в темні небеса озер сяйливих повні&lt;br /&gt;</w:t>
        <w:br/>
        <w:t>Злітали зграї рук мов білі голуби</w:t>
      </w:r>
    </w:p>
    <w:p>
      <w:r>
        <w:br/>
        <w:t>Я завтра попливу до дальньої Америки&lt;br /&gt;</w:t>
        <w:br/>
        <w:t>I вже не повернусь вілтіль&lt;br /&gt;</w:t>
        <w:br/>
        <w:t>Як збагатять мене оті ліричні прерійки&lt;br /&gt;</w:t>
        <w:br/>
        <w:t>По рідних вулицях водить незрячу тінь</w:t>
      </w:r>
    </w:p>
    <w:p>
      <w:r>
        <w:br/>
        <w:t>Нехай із Індії вертається солдат&lt;br /&gt;</w:t>
        <w:br/>
        <w:t>Розпродав спекулянт душі моєї жевриво&lt;br /&gt;</w:t>
        <w:br/>
        <w:t>А я у модному засну собі під деревом&lt;br /&gt;</w:t>
        <w:br/>
        <w:t>Де мавпи і птахи безгамірні сидять</w:t>
      </w:r>
    </w:p>
    <w:p>
      <w:r>
        <w:br/>
        <w:t>I манекени тут хто фрак а хто маніжку&lt;br /&gt;</w:t>
        <w:br/>
        <w:t>Замовив лорд якийсь не викупив і вмер&lt;br /&gt;</w:t>
        <w:br/>
        <w:t>Із себе скинули й значну діставши знижку&lt;br /&gt;</w:t>
        <w:br/>
        <w:t>Він одягнувсь неначе мільйонер</w:t>
      </w:r>
    </w:p>
    <w:p>
      <w:r>
        <w:br/>
        <w:t>На вулиці роки&lt;br /&gt;</w:t>
        <w:br/>
        <w:t>Ішли мов каторжани&lt;br /&gt;</w:t>
        <w:br/>
        <w:t>Заковані в кайдани&lt;br /&gt;</w:t>
        <w:br/>
        <w:t>Дивились на шибки</w:t>
      </w:r>
    </w:p>
    <w:p>
      <w:r>
        <w:br/>
        <w:t>I дні якісь були вдовецькі високосні&lt;br /&gt;</w:t>
        <w:br/>
        <w:t>Криваві п'ятниці з суботами навпіл&lt;br /&gt;</w:t>
        <w:br/>
        <w:t>Тягучі поминки а небеса незносні&lt;br /&gt;</w:t>
        <w:br/>
        <w:t>Весь час лили дощі циганські і сліпі</w:t>
      </w:r>
    </w:p>
    <w:p>
      <w:r>
        <w:br/>
        <w:t>В осінньому порту під вітру вокалізи&lt;br /&gt;</w:t>
        <w:br/>
        <w:t>Як руки юрб вплелись у листопад лісів&lt;br /&gt;</w:t>
        <w:br/>
        <w:t>Поставив він на палубі валізу&lt;br /&gt;</w:t>
        <w:br/>
        <w:t>I сів</w:t>
      </w:r>
    </w:p>
    <w:p>
      <w:r>
        <w:br/>
        <w:t>Вже океан йому вологі поцілунки&lt;br /&gt;</w:t>
        <w:br/>
        <w:t>У пелехи ліпив навіюючи ляк&lt;br /&gt;</w:t>
        <w:br/>
        <w:t>А з емігрантів хто тягнув до міста руки&lt;br /&gt;</w:t>
        <w:br/>
        <w:t>А хто ридаючи навколішках закляк</w:t>
      </w:r>
    </w:p>
    <w:p>
      <w:r>
        <w:br/>
        <w:t>Він довго ще дививсь як береги вмирали&lt;br /&gt;</w:t>
        <w:br/>
        <w:t>Лише дитячий десь кораблик ледве мрів&lt;br /&gt;</w:t>
        <w:br/>
        <w:t>Букетик упустив на воду хтось недбалий&lt;br /&gt;</w:t>
        <w:br/>
        <w:t>I океан увесь буйнуючи зацвів</w:t>
      </w:r>
    </w:p>
    <w:p>
      <w:r>
        <w:br/>
        <w:t>Хотілось би йому щоб той букет світивсь&lt;br /&gt;</w:t>
        <w:br/>
        <w:t>Десь серед інших хвиль між зграй рибок танечних&lt;br /&gt;</w:t>
        <w:br/>
        <w:t>Та вже із пам'яті відкільсь&lt;br /&gt;</w:t>
        <w:br/>
        <w:t>Став ткатись килим-безконечник&lt;br /&gt;</w:t>
        <w:br/>
        <w:t>Минулих мучених років</w:t>
      </w:r>
    </w:p>
    <w:p>
      <w:r>
        <w:br/>
        <w:t>Щоб потопить мов бліх тих ткаль неприторенних&lt;br /&gt;</w:t>
        <w:br/>
        <w:t>Допитливих на всі гріхи святош&lt;br /&gt;</w:t>
        <w:br/>
        <w:t>Він з морем заручивсь як дож&lt;br /&gt;</w:t>
        <w:br/>
        <w:t>Під гук новітньої безмужньої сирени</w:t>
      </w:r>
    </w:p>
    <w:p>
      <w:r>
        <w:br/>
        <w:t>О море ринь у ніч До ранньої доби&lt;br /&gt;</w:t>
        <w:br/>
        <w:t>Акули зирили жадібними очима&lt;br /&gt;</w:t>
        <w:br/>
        <w:t>На трупи днів що їх черва зірок точила&lt;br /&gt;</w:t>
        <w:br/>
        <w:t>Між бурхотом валів і скалками клятьби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Емігрант із Лендор Роуда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