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Fait Nox!</w:t>
      </w:r>
    </w:p>
    <w:p>
      <w:r>
        <w:br/>
        <w:t xml:space="preserve"> "Хай буде тьма!" — сказав наш бог земний.&lt;br /&gt;</w:t>
        <w:br/>
        <w:t>І стала тьма, запанував хаос,&lt;br /&gt;</w:t>
        <w:br/>
        <w:t>Немов перед створінням світу. Ні, ще гірше&lt;br /&gt;</w:t>
        <w:br/>
        <w:t>Був той хаос, бо у ньому були&lt;br /&gt;</w:t>
        <w:br/>
        <w:t>Живі створіння, їх давила тьма.</w:t>
      </w:r>
    </w:p>
    <w:p>
      <w:r>
        <w:br/>
        <w:t>Скрізь марища з хаосу виринали.&lt;br /&gt;</w:t>
        <w:br/>
        <w:t>Лиха зараза, голод, злидні, жах —&lt;br /&gt;</w:t>
        <w:br/>
        <w:t>Несвітський жах усім морозив душу:&lt;br /&gt;</w:t>
        <w:br/>
        <w:t>І найодважнішим ставало жаско,&lt;br /&gt;</w:t>
        <w:br/>
        <w:t>Голодні крики слухаючи й стогін,&lt;br /&gt;</w:t>
        <w:br/>
        <w:t>Що виринали, наче зо дна моря,&lt;br /&gt;</w:t>
        <w:br/>
        <w:t>З юрби великої і темної. Здавалась&lt;br /&gt;</w:t>
        <w:br/>
        <w:t>Ота юрба частиною хаосу&lt;br /&gt;</w:t>
        <w:br/>
        <w:t>І голосом його. Часами розлягалось&lt;br /&gt;</w:t>
        <w:br/>
        <w:t>У темряві гукання: "Світла! Світла!"&lt;br /&gt;</w:t>
        <w:br/>
        <w:t>І на відповідь чувся голос дужий&lt;br /&gt;</w:t>
        <w:br/>
        <w:t>Земного бога з високості трону:&lt;br /&gt;</w:t>
        <w:br/>
        <w:t>"Хай буде тьма!" І знов тремтів хаос.</w:t>
      </w:r>
    </w:p>
    <w:p>
      <w:r>
        <w:br/>
        <w:t>О, не один нащадок Прометея&lt;br /&gt;</w:t>
        <w:br/>
        <w:t>Блискучу іскру з неба здобував,&lt;br /&gt;</w:t>
        <w:br/>
        <w:t>І безліч рук до неї простягалось,&lt;br /&gt;</w:t>
        <w:br/>
        <w:t>Мов до зорі, що вказує дорогу.&lt;br /&gt;</w:t>
        <w:br/>
        <w:t>І розсипалась та велика іскра&lt;br /&gt;</w:t>
        <w:br/>
        <w:t>На іскорки малесенькі, незначні,&lt;br /&gt;</w:t>
        <w:br/>
        <w:t>І кожний іскорку ховав, неначе скарб,&lt;br /&gt;</w:t>
        <w:br/>
        <w:t>У попелі холодному віддавна;&lt;br /&gt;</w:t>
        <w:br/>
        <w:t>Вона не гасла, тліла в тій могилі,&lt;br /&gt;</w:t>
        <w:br/>
        <w:t>Та не давала ні тепла, ні світла.</w:t>
      </w:r>
    </w:p>
    <w:p>
      <w:r>
        <w:br/>
        <w:t>А сміливий нащадок Прометея</w:t>
      </w:r>
    </w:p>
    <w:p>
      <w:r>
        <w:br/>
        <w:t>Знаходив смутну долю свого предка:&lt;br /&gt;</w:t>
        <w:br/>
        <w:t>Вигнання, муки, нерозривні пута,&lt;br /&gt;</w:t>
        <w:br/>
        <w:t>Дочасну смерть у дикій самотині...</w:t>
      </w:r>
    </w:p>
    <w:p>
      <w:r>
        <w:br/>
        <w:t>І досі так, о браття! й досі тьма.&lt;br /&gt;</w:t>
        <w:br/>
        <w:t>Гей, озовіться! Страшно в сім хаосі.&lt;br /&gt;</w:t>
        <w:br/>
        <w:t>Я чула голоси одважні, вільні,&lt;br /&gt;</w:t>
        <w:br/>
        <w:t>Вони лунали, мов гукання в лісі,—&lt;br /&gt;</w:t>
        <w:br/>
        <w:t>Тепер замовкли, і страшніше тиша&lt;br /&gt;</w:t>
        <w:br/>
        <w:t>Мені здається, ніж була раніш.&lt;br /&gt;</w:t>
        <w:br/>
        <w:t>Брати мої, нащадки Прометея!&lt;br /&gt;</w:t>
        <w:br/>
        <w:t>Вам не орел розшарпав груди горді,—&lt;br /&gt;</w:t>
        <w:br/>
        <w:t>Бридкі гадюки в серце уп'ялись.&lt;br /&gt;</w:t>
        <w:br/>
        <w:t>Ви не приковані на тій —кавказькій кручі,&lt;br /&gt;</w:t>
        <w:br/>
        <w:t>Що здалека сіяє сніжним чолом,&lt;br /&gt;</w:t>
        <w:br/>
        <w:t>Про в'язня звістку людям даючи!&lt;br /&gt;</w:t>
        <w:br/>
        <w:t>Ні, ви поховані в землянках, звідки навіть&lt;br /&gt;</w:t>
        <w:br/>
        <w:t>Не чутно брязкоту кайданів, ні стогнання.&lt;br /&gt;</w:t>
        <w:br/>
        <w:t>Ні непокірних слів...&lt;br /&gt;</w:t>
        <w:br/>
        <w:t>Гей, царю тьми!&lt;br /&gt;</w:t>
        <w:br/>
        <w:t>Наш лютий вороже! Недарма ти боїшся&lt;br /&gt;</w:t>
        <w:br/>
        <w:t>Кайданів тих залізної музики!&lt;br /&gt;</w:t>
        <w:br/>
        <w:t>Боїшся ти, що грізні, смутні гуки&lt;br /&gt;</w:t>
        <w:br/>
        <w:t>Пройняти можуть і камінне серце.&lt;br /&gt;</w:t>
        <w:br/>
        <w:t>А чим же ти заглушиш дикий голос&lt;br /&gt;</w:t>
        <w:br/>
        <w:t>Хаосу темного, крик голоду й біди&lt;br /&gt;</w:t>
        <w:br/>
        <w:t>І розпачливого гукання "світла, світла"?&lt;br /&gt;</w:t>
        <w:br/>
        <w:t>На нього завжди, як луна у горах,&lt;br /&gt;</w:t>
        <w:br/>
        <w:t>Одважні, вільні голоси озвуться.&lt;br /&gt;</w:t>
        <w:br/>
        <w:t>"Хай буде тьма!" — сказав ти,— сього мало,&lt;br /&gt;</w:t>
        <w:br/>
        <w:t>Щоб заглушить хаос і Прометея вбить.&lt;br /&gt;</w:t>
        <w:br/>
        <w:t>Коли твоя така безмірна сила,&lt;br /&gt;</w:t>
        <w:br/>
        <w:t>Останній вирок дай: "Хай буде смерть!"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 Nox!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