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Голосівки</w:t>
      </w:r>
    </w:p>
    <w:p>
      <w:r>
        <w:br/>
        <w:t xml:space="preserve"> ГОЛОСНІ</w:t>
      </w:r>
    </w:p>
    <w:p>
      <w:r>
        <w:br/>
        <w:t>XLII. ГОЛОСІВКИ&lt;br /&gt;</w:t>
        <w:br/>
        <w:t>А чорне, біле Е, червоне І, зелене&lt;br /&gt;</w:t>
        <w:br/>
        <w:t>У, синє О,— про вас я нині б розповів:&lt;br /&gt;</w:t>
        <w:br/>
        <w:t>А — чорний мух корсет, довкола смітників&lt;br /&gt;</w:t>
        <w:br/>
        <w:t>Кружляння їх прудке, дзижчання тороплене;</w:t>
      </w:r>
    </w:p>
    <w:p>
      <w:r>
        <w:br/>
        <w:t>Е — шатра в білій млі, списи льодовиків,&lt;br /&gt;</w:t>
        <w:br/>
        <w:t>Ранкових випарів тремтіння незбагненне;&lt;br /&gt;</w:t>
        <w:br/>
        <w:t>І — пурпур, крові струм, прекрасних уст шалене,&lt;br /&gt;</w:t>
        <w:br/>
        <w:t>Сп'яніле каяття або нестримний гнів;</w:t>
      </w:r>
    </w:p>
    <w:p>
      <w:r>
        <w:br/>
        <w:t>У — жмури на морях божественно-глибокі,&lt;br /&gt;</w:t>
        <w:br/>
        <w:t>І спокій пасовищ, і зморщок мудрий спокій —&lt;br /&gt;</w:t>
        <w:br/>
        <w:t>Печать присвячених алхімії ночей;</w:t>
      </w:r>
    </w:p>
    <w:p>
      <w:r>
        <w:br/>
        <w:t>О — неземна Сурма, де скрито скрегіт гострий,&lt;br /&gt;</w:t>
        <w:br/>
        <w:t>Мовчання Янголів, Світів безмовний простір,&lt;br /&gt;</w:t>
        <w:br/>
        <w:t>Омега, блиск його фіалкових Очей.</w:t>
      </w:r>
    </w:p>
    <w:p>
      <w:r>
        <w:br/>
        <w:t>Переклав Григорій Кочур</w:t>
      </w:r>
    </w:p>
    <w:p>
      <w:r>
        <w:br/>
        <w:t>XLII. ГОЛОСНІ&lt;br /&gt;</w:t>
        <w:br/>
        <w:t>"А" — чорний, білий — "Е", червоний— "І", зелений —&lt;br /&gt;</w:t>
        <w:br/>
        <w:t>"У", синій — "О". Колись я ваші таємниці&lt;br /&gt;</w:t>
        <w:br/>
        <w:t>Розкрию, голосні: "А" — чорні шнуровиці&lt;br /&gt;</w:t>
        <w:br/>
        <w:t>Мухви, що над гниллям здійняла гул страшенний;</w:t>
      </w:r>
    </w:p>
    <w:p>
      <w:r>
        <w:br/>
        <w:t>"Е" — білина парів, наметів, дрож яглиці,&lt;br /&gt;</w:t>
        <w:br/>
        <w:t>Шпилі льодовиків, безбарвні суверени;&lt;br /&gt;</w:t>
        <w:br/>
        <w:t>"І" — пурпур, гарних губ нестримний сміх шалений,&lt;br /&gt;</w:t>
        <w:br/>
        <w:t>Що повен каяття чи гніву, слід кровиці;</w:t>
      </w:r>
    </w:p>
    <w:p>
      <w:r>
        <w:br/>
        <w:t>"У" — жмури, хлюпання божественне затоки,&lt;br /&gt;</w:t>
        <w:br/>
        <w:t>Супокій череди на луках, зморщок спокій,&lt;br /&gt;</w:t>
        <w:br/>
        <w:t>Поритих на чолі в усидливих людей;</w:t>
      </w:r>
    </w:p>
    <w:p>
      <w:r>
        <w:br/>
        <w:t>"О" — голосна Сурма, що дивний свист колише,&lt;br /&gt;</w:t>
        <w:br/>
        <w:t>Світів і Янголів ширяння серед тиші.&lt;br /&gt;</w:t>
        <w:br/>
        <w:t>— Омега, блиск Його фіалкових очей!</w:t>
      </w:r>
    </w:p>
    <w:p>
      <w:r>
        <w:br/>
        <w:t>Переклав Всеволод Ткаченко</w:t>
      </w:r>
    </w:p>
    <w:p>
      <w:r>
        <w:br/>
        <w:t>XLII. ГОЛОСНІ&lt;br /&gt;</w:t>
        <w:br/>
        <w:t>А — чорне, біле Е, червоне І, зелене&lt;br /&gt;</w:t>
        <w:br/>
        <w:t>У, синє О; скажу про їх таємну суть:&lt;br /&gt;</w:t>
        <w:br/>
        <w:t>А — це корсет, його лискучі мухи пнуть,&lt;br /&gt;</w:t>
        <w:br/>
        <w:t>Кружляючи щодня над смородом мерзенним,</w:t>
      </w:r>
    </w:p>
    <w:p>
      <w:r>
        <w:br/>
        <w:t>Це тінь затоки; Е — то пароплава путь,&lt;br /&gt;</w:t>
        <w:br/>
        <w:t>То білі королі, льодовиків знамена;&lt;br /&gt;</w:t>
        <w:br/>
        <w:t>І — то пурпурна кров і посміх незбагненний,&lt;br /&gt;</w:t>
        <w:br/>
        <w:t>П'янливе каяття і невситима лють;</w:t>
      </w:r>
    </w:p>
    <w:p>
      <w:r>
        <w:br/>
        <w:t>У — цикли, то морів предивні коливання,&lt;br /&gt;</w:t>
        <w:br/>
        <w:t>То спокій пасовищ у тихому смерканні,&lt;br /&gt;</w:t>
        <w:br/>
        <w:t>То зморшка — борозна високого чола;</w:t>
      </w:r>
    </w:p>
    <w:p>
      <w:r>
        <w:br/>
        <w:t>О — вища є сурма, різкі незнані звуки,&lt;br /&gt;</w:t>
        <w:br/>
        <w:t>То тиша проміж гір, завмерлих од розпуки,&lt;br /&gt;</w:t>
        <w:br/>
        <w:t>То промінь із небес, бузкова то стріла!</w:t>
      </w:r>
    </w:p>
    <w:p>
      <w:r>
        <w:br/>
        <w:t>Переклав Григорій Латник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