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Гранослов</w:t>
      </w:r>
    </w:p>
    <w:p>
      <w:r>
        <w:br/>
        <w:t xml:space="preserve"> &lt;blockquote&gt; На вічну пам'ять&lt;br /&gt;</w:t>
        <w:br/>
        <w:t>Максиму Рильському&lt;/blockquote&gt;</w:t>
      </w:r>
    </w:p>
    <w:p>
      <w:r>
        <w:br/>
        <w:t>1&lt;br /&gt;</w:t>
        <w:br/>
        <w:t>Немов тремтіння зляканих осик,&lt;br /&gt;</w:t>
        <w:br/>
        <w:t>Що затуляють листям сиві очі,&lt;br /&gt;</w:t>
        <w:br/>
        <w:t>Коли сокири сплющений язик&lt;br /&gt;</w:t>
        <w:br/>
        <w:t>В щелепах пил прицмокне на обочі,</w:t>
      </w:r>
    </w:p>
    <w:p>
      <w:r>
        <w:br/>
        <w:t>Немов жіночий відчайдушний крик,&lt;br /&gt;</w:t>
        <w:br/>
        <w:t>Що кличе порятунку серед ночі,&lt;br /&gt;</w:t>
        <w:br/>
        <w:t>Немов червоної гадюки сик,&lt;br /&gt;</w:t>
        <w:br/>
        <w:t>Що в серці загніздилась, як у клоччі,</w:t>
      </w:r>
    </w:p>
    <w:p>
      <w:r>
        <w:br/>
        <w:t>Ношу в собі я найтемнющу вість,&lt;br /&gt;</w:t>
        <w:br/>
        <w:t>Що з київських примчала передмість,&lt;br /&gt;</w:t>
        <w:br/>
        <w:t>Постукала у двері спозарана...</w:t>
      </w:r>
    </w:p>
    <w:p>
      <w:r>
        <w:br/>
        <w:t>Виходжу з хати й чую вже здаля —&lt;br /&gt;</w:t>
        <w:br/>
        <w:t>Голосить в Голосієві земля:&lt;br /&gt;</w:t>
        <w:br/>
        <w:t>Ой синку мій, велика в мене рана...</w:t>
      </w:r>
    </w:p>
    <w:p>
      <w:r>
        <w:br/>
        <w:t>2&lt;br /&gt;</w:t>
        <w:br/>
        <w:t>Не плачте, Ярославно, їде князь —&lt;br /&gt;</w:t>
        <w:br/>
        <w:t>Тепер його вже не беруться стріли.&lt;br /&gt;</w:t>
        <w:br/>
        <w:t>Лакузи Кончакові подуріли,&lt;br /&gt;</w:t>
        <w:br/>
        <w:t>Перед полоненим упали в грязь.</w:t>
      </w:r>
    </w:p>
    <w:p>
      <w:r>
        <w:br/>
        <w:t>Обличчя в нього тільки помарніле —&lt;br /&gt;</w:t>
        <w:br/>
        <w:t>Не легкома доріженька далась.&lt;br /&gt;</w:t>
        <w:br/>
        <w:t>Від іскри із підкови зайнялась,&lt;br /&gt;</w:t>
        <w:br/>
        <w:t>І коні, ведучи вогонь, летіли.</w:t>
      </w:r>
    </w:p>
    <w:p>
      <w:r>
        <w:br/>
        <w:t>Дивіться, Ярославно, на щитах&lt;br /&gt;</w:t>
        <w:br/>
        <w:t>Його несуть хоробрі побратими,&lt;br /&gt;</w:t>
        <w:br/>
        <w:t>Та ви лише скажіть йому: Максиме!..</w:t>
      </w:r>
    </w:p>
    <w:p>
      <w:r>
        <w:br/>
        <w:t>І він прокинеться, як вічний птах,&lt;br /&gt;</w:t>
        <w:br/>
        <w:t>Із попелу сивин своїх воскресне,&lt;br /&gt;</w:t>
        <w:br/>
        <w:t>Щоб знову вам життя віддати чесне.</w:t>
      </w:r>
    </w:p>
    <w:p>
      <w:r>
        <w:br/>
        <w:t>3&lt;br /&gt;</w:t>
        <w:br/>
        <w:t>Він дні свої, як сосни злотокорі,&lt;br /&gt;</w:t>
        <w:br/>
        <w:t>Для нив будущики спалив дотла.&lt;br /&gt;</w:t>
        <w:br/>
        <w:t>Його душа у слово перейшла,&lt;br /&gt;</w:t>
        <w:br/>
        <w:t>Повставши в працьовитій непокорі.</w:t>
      </w:r>
    </w:p>
    <w:p>
      <w:r>
        <w:br/>
        <w:t>Та коли він востаннє з-за стола&lt;br /&gt;</w:t>
        <w:br/>
        <w:t>Підвівся в першій і смертельній зморі,&lt;br /&gt;</w:t>
        <w:br/>
        <w:t>Гули не пізнані ще нами зорі&lt;br /&gt;</w:t>
        <w:br/>
        <w:t>В згасаючому всесвіті чола.</w:t>
      </w:r>
    </w:p>
    <w:p>
      <w:r>
        <w:br/>
        <w:t>На скелях болю в чорній порожнечі&lt;br /&gt;</w:t>
        <w:br/>
        <w:t>Вони померли... І його труна&lt;br /&gt;</w:t>
        <w:br/>
        <w:t>Нам обривала руки молодечі.</w:t>
      </w:r>
    </w:p>
    <w:p>
      <w:r>
        <w:br/>
        <w:t>Від мертвих сонць така була вона,&lt;br /&gt;</w:t>
        <w:br/>
        <w:t>Що й тінь її врізалася у плечі&lt;br /&gt;</w:t>
        <w:br/>
        <w:t>І гнула нас, як брила кам'яна.</w:t>
      </w:r>
    </w:p>
    <w:p>
      <w:r>
        <w:br/>
        <w:t>4&lt;br /&gt;</w:t>
        <w:br/>
        <w:t>Залізний нелинь чорними руками&lt;br /&gt;</w:t>
        <w:br/>
        <w:t>Давив у нетрях туч, немов гаддя,&lt;br /&gt;</w:t>
        <w:br/>
        <w:t>Палючі блискавиці все життя,&lt;br /&gt;</w:t>
        <w:br/>
        <w:t>Згораючи над юними дубками.</w:t>
      </w:r>
    </w:p>
    <w:p>
      <w:r>
        <w:br/>
        <w:t>У нього переймаючи знаття,&lt;br /&gt;</w:t>
        <w:br/>
        <w:t>Вони росли й міцнішали з роками,&lt;br /&gt;</w:t>
        <w:br/>
        <w:t>А з нього листя падало зірками&lt;br /&gt;</w:t>
        <w:br/>
        <w:t>Від радості за їхнє майбуття.</w:t>
      </w:r>
    </w:p>
    <w:p>
      <w:r>
        <w:br/>
        <w:t>Вогненні ручаї текли по ньому,&lt;br /&gt;</w:t>
        <w:br/>
        <w:t>Клекочучи, шугали у траву,&lt;br /&gt;</w:t>
        <w:br/>
        <w:t>Аж доки серце із грудей старому</w:t>
      </w:r>
    </w:p>
    <w:p>
      <w:r>
        <w:br/>
        <w:t>Не вижорнали — в темінь грозову.&lt;br /&gt;</w:t>
        <w:br/>
        <w:t>Та він і мертвий береже від грому&lt;br /&gt;</w:t>
        <w:br/>
        <w:t>Свою родину, в зелені живу!</w:t>
      </w:r>
    </w:p>
    <w:p>
      <w:r>
        <w:br/>
        <w:t>5&lt;br /&gt;</w:t>
        <w:br/>
        <w:t>Була у нього усмішка дитяти —&lt;br /&gt;</w:t>
        <w:br/>
        <w:t>Блакиті української тепло.&lt;br /&gt;</w:t>
        <w:br/>
        <w:t>Любов'ю серце зроджене було,&lt;br /&gt;</w:t>
        <w:br/>
        <w:t>Як пісня — чесне, як бджола — завзяте.</w:t>
      </w:r>
    </w:p>
    <w:p>
      <w:r>
        <w:br/>
        <w:t>І сивокриле, зжурене чоло&lt;br /&gt;</w:t>
        <w:br/>
        <w:t>У сяєві Франкової посвяти.&lt;br /&gt;</w:t>
        <w:br/>
        <w:t>І, панською сокирою потяте,&lt;br /&gt;</w:t>
        <w:br/>
        <w:t>Ім'я Залізнякове в нім жило.</w:t>
      </w:r>
    </w:p>
    <w:p>
      <w:r>
        <w:br/>
        <w:t>Лиш кольору очей не передам,&lt;br /&gt;</w:t>
        <w:br/>
        <w:t>Що світ у слові залишили нам,&lt;br /&gt;</w:t>
        <w:br/>
        <w:t>Де з подиву і гордості горів я;</w:t>
      </w:r>
    </w:p>
    <w:p>
      <w:r>
        <w:br/>
        <w:t>Його, як ластівки у небі слід,&lt;br /&gt;</w:t>
        <w:br/>
        <w:t>Червонокровий не пійма граніт,&lt;br /&gt;</w:t>
        <w:br/>
        <w:t>Ні мармур, що слабий на білокрів'я...</w:t>
      </w:r>
    </w:p>
    <w:p>
      <w:r>
        <w:br/>
        <w:t>6&lt;br /&gt;</w:t>
        <w:br/>
        <w:t>Стояв і плакав я коло труни&lt;br /&gt;</w:t>
        <w:br/>
        <w:t>Максима Рильського в печалі темній.&lt;br /&gt;</w:t>
        <w:br/>
        <w:t>І сам себе у марноті нікчемній&lt;br /&gt;</w:t>
        <w:br/>
        <w:t>Побачив із його височини.</w:t>
      </w:r>
    </w:p>
    <w:p>
      <w:r>
        <w:br/>
        <w:t>І сам собі я говорив: збагни,&lt;br /&gt;</w:t>
        <w:br/>
        <w:t>Що смерть іде по стежці потаємній,&lt;br /&gt;</w:t>
        <w:br/>
        <w:t>Щоб мозок твій перетворити в кремній,&lt;br /&gt;</w:t>
        <w:br/>
        <w:t>А кість — у пневматичність бузини.</w:t>
      </w:r>
    </w:p>
    <w:p>
      <w:r>
        <w:br/>
        <w:t>Безсмертя виростає не з могили,&lt;br /&gt;</w:t>
        <w:br/>
        <w:t>Воно встає з колиски до вікна —&lt;br /&gt;</w:t>
        <w:br/>
        <w:t>В житті його велика таїна.</w:t>
      </w:r>
    </w:p>
    <w:p>
      <w:r>
        <w:br/>
        <w:t>Благослови свої життєві сили,&lt;br /&gt;</w:t>
        <w:br/>
        <w:t>Щоб так, як він, свою верстати путь,&lt;br /&gt;</w:t>
        <w:br/>
        <w:t>А помирати можна вже як-будь.</w:t>
      </w:r>
    </w:p>
    <w:p>
      <w:r>
        <w:br/>
        <w:t>7&lt;br /&gt;</w:t>
        <w:br/>
        <w:t>Він вийшов з хати в млисте передрання,&lt;br /&gt;</w:t>
        <w:br/>
        <w:t>Зачувши, як гуде мисливський ріг&lt;br /&gt;</w:t>
        <w:br/>
        <w:t>Далеких друзів... До дітей своїх&lt;br /&gt;</w:t>
        <w:br/>
        <w:t>Не повернувся досі з полювання.</w:t>
      </w:r>
    </w:p>
    <w:p>
      <w:r>
        <w:br/>
        <w:t>Чи заманила чорноока ланя&lt;br /&gt;</w:t>
        <w:br/>
        <w:t>Його туди, звідкіль нема доріг,&lt;br /&gt;</w:t>
        <w:br/>
        <w:t>І досі він шукає мовчки їх,&lt;br /&gt;</w:t>
        <w:br/>
        <w:t>Соромлячись безсилого волання?</w:t>
      </w:r>
    </w:p>
    <w:p>
      <w:r>
        <w:br/>
        <w:t>Ні! Він стріляв драпіжників-вовків&lt;br /&gt;</w:t>
        <w:br/>
        <w:t>І спить тепер у курені з вінків&lt;br /&gt;</w:t>
        <w:br/>
        <w:t>Так тихо, ніби Україна сниться.</w:t>
      </w:r>
    </w:p>
    <w:p>
      <w:r>
        <w:br/>
        <w:t>Дерева бовваніють навкруги&lt;br /&gt;</w:t>
        <w:br/>
        <w:t>В тумані надвечір'я, мов стоги,-&lt;br /&gt;</w:t>
        <w:br/>
        <w:t>Між ними ходить слави олениця.</w:t>
      </w:r>
    </w:p>
    <w:p>
      <w:r>
        <w:br/>
        <w:t>8&lt;br /&gt;</w:t>
        <w:br/>
        <w:t>Колись мій батечко учив мене,&lt;br /&gt;</w:t>
        <w:br/>
        <w:t>Як за столом тримати гарно ложку.&lt;br /&gt;</w:t>
        <w:br/>
        <w:t>Я, слава богу, вивчився потрошку,&lt;br /&gt;</w:t>
        <w:br/>
        <w:t>Хоч діло це (не смійтеся!) складне.</w:t>
      </w:r>
    </w:p>
    <w:p>
      <w:r>
        <w:br/>
        <w:t>Один бере ту ложку, мов Явдошку&lt;br /&gt;</w:t>
        <w:br/>
        <w:t>За руку, і викручує, і мне,&lt;br /&gt;</w:t>
        <w:br/>
        <w:t>А другий візьме, як смичок,— і тне,&lt;br /&gt;</w:t>
        <w:br/>
        <w:t>А третій допаде — як в морі дошку.</w:t>
      </w:r>
    </w:p>
    <w:p>
      <w:r>
        <w:br/>
        <w:t>Навчіть перо тримати, друже мій,&lt;br /&gt;</w:t>
        <w:br/>
        <w:t>До спазм, до зомлівання, до каліцтва,&lt;br /&gt;</w:t>
        <w:br/>
        <w:t>Щоб видати всю силу чоловіцтва...</w:t>
      </w:r>
    </w:p>
    <w:p>
      <w:r>
        <w:br/>
        <w:t>А там його в запеклості німій&lt;br /&gt;</w:t>
        <w:br/>
        <w:t>Прив'язувать мотуззям до зап'ястя,&lt;br /&gt;</w:t>
        <w:br/>
        <w:t>Писати і писати, доки вдасться.</w:t>
      </w:r>
    </w:p>
    <w:p>
      <w:r>
        <w:br/>
        <w:t>9&lt;br /&gt;</w:t>
        <w:br/>
        <w:t>Я голос чув його в сумному залі:&lt;br /&gt;</w:t>
        <w:br/>
        <w:t>"Поети! Смерть не служниця! Не ждіть,&lt;br /&gt;</w:t>
        <w:br/>
        <w:t>Що з ваших книг обдмуха пил століть,&lt;br /&gt;</w:t>
        <w:br/>
        <w:t>І вам начистить ордени й медалі,</w:t>
      </w:r>
    </w:p>
    <w:p>
      <w:r>
        <w:br/>
        <w:t>І підоллє епітети зів'ялі&lt;br /&gt;</w:t>
        <w:br/>
        <w:t>Підхлібників старих, що навдогідь&lt;br /&gt;</w:t>
        <w:br/>
        <w:t>Вам золотом назвали вашу мідь,&lt;br /&gt;</w:t>
        <w:br/>
        <w:t>А стежечку — стрілою магістралі!</w:t>
      </w:r>
    </w:p>
    <w:p>
      <w:r>
        <w:br/>
        <w:t>Вона повзе, як ворог, з темноти;&lt;br /&gt;</w:t>
        <w:br/>
        <w:t>Якщо з мечем назустріч їй не йти —&lt;br /&gt;</w:t>
        <w:br/>
        <w:t>Життя від вас тікатиме, як обрій!</w:t>
      </w:r>
    </w:p>
    <w:p>
      <w:r>
        <w:br/>
        <w:t>Той смерть свою навіки поборов,&lt;br /&gt;</w:t>
        <w:br/>
        <w:t>Хто на її ненависть мав любов,&lt;br /&gt;</w:t>
        <w:br/>
        <w:t>Хто рівня їй, але у силі добрій!"</w:t>
      </w:r>
    </w:p>
    <w:p>
      <w:r>
        <w:br/>
        <w:t>10&lt;br /&gt;</w:t>
        <w:br/>
        <w:t>Любити свій народ і в тій любові&lt;br /&gt;</w:t>
        <w:br/>
        <w:t>Ходити, наче кінь у хомуті,-&lt;br /&gt;</w:t>
        <w:br/>
        <w:t>Дарма що день у день гризе до крові,&lt;br /&gt;</w:t>
        <w:br/>
        <w:t>Здуває горб на гордому хребті.</w:t>
      </w:r>
    </w:p>
    <w:p>
      <w:r>
        <w:br/>
        <w:t>Не скаржитись на пужална грабові,&lt;br /&gt;</w:t>
        <w:br/>
        <w:t>Ні на шляхи безводні і круті,&lt;br /&gt;</w:t>
        <w:br/>
        <w:t>В драбиняку тягнути густоброві&lt;br /&gt;</w:t>
        <w:br/>
        <w:t>Снопи надій на паски золоті.</w:t>
      </w:r>
    </w:p>
    <w:p>
      <w:r>
        <w:br/>
        <w:t>Не оглядатися в сумній тривозі —&lt;br /&gt;</w:t>
        <w:br/>
        <w:t>Хоч би й півсвіту склали на гарбу&lt;br /&gt;</w:t>
        <w:br/>
        <w:t>І вигнули в зеніт рубель на возі,</w:t>
      </w:r>
    </w:p>
    <w:p>
      <w:r>
        <w:br/>
        <w:t>Копитами впиратися в журбу —&lt;br /&gt;</w:t>
        <w:br/>
        <w:t>І не розбити бджілоньку слабу,&lt;br /&gt;</w:t>
        <w:br/>
        <w:t>Що впала в дощ і сохне на дорозі.</w:t>
      </w:r>
    </w:p>
    <w:p>
      <w:r>
        <w:br/>
        <w:t>11&lt;br /&gt;</w:t>
        <w:br/>
        <w:t>Стоять вінки червоні, як щити,&lt;br /&gt;</w:t>
        <w:br/>
        <w:t>І він лежить, як воїн у зброярні.&lt;br /&gt;</w:t>
        <w:br/>
        <w:t>Чи рани ті незримі і безкарні,&lt;br /&gt;</w:t>
        <w:br/>
        <w:t>Що він їх мусив у душі нести?</w:t>
      </w:r>
    </w:p>
    <w:p>
      <w:r>
        <w:br/>
        <w:t>У варті біля нього став і ти,&lt;br /&gt;</w:t>
        <w:br/>
        <w:t>Як біля сонця чорний гніт ліхтарні.&lt;br /&gt;</w:t>
        <w:br/>
        <w:t>Ти віршики пописував бездарні&lt;br /&gt;</w:t>
        <w:br/>
        <w:t>І геніальні наклепи-листи.</w:t>
      </w:r>
    </w:p>
    <w:p>
      <w:r>
        <w:br/>
        <w:t>Падлючності й страху брудний байстрюче,&lt;br /&gt;</w:t>
        <w:br/>
        <w:t>Йому ти серце пробивав могуче&lt;br /&gt;</w:t>
        <w:br/>
        <w:t>І виливав на нього власну гидь...</w:t>
      </w:r>
    </w:p>
    <w:p>
      <w:r>
        <w:br/>
        <w:t>Але твоя вже вибила година,&lt;br /&gt;</w:t>
        <w:br/>
        <w:t>І мимоволі добра ця людина&lt;br /&gt;</w:t>
        <w:br/>
        <w:t>Тобі своїм безсмертям відомстить!</w:t>
      </w:r>
    </w:p>
    <w:p>
      <w:r>
        <w:br/>
        <w:t>12&lt;br /&gt;</w:t>
        <w:br/>
        <w:t>Учіться в нього, юні гранослови,&lt;br /&gt;</w:t>
        <w:br/>
        <w:t>В незграбній брилі думки віднайти&lt;br /&gt;</w:t>
        <w:br/>
        <w:t>Ясні і вперті лінії плити,&lt;br /&gt;</w:t>
        <w:br/>
        <w:t>Придатної для вічної будови,</w:t>
      </w:r>
    </w:p>
    <w:p>
      <w:r>
        <w:br/>
        <w:t>Приєднувати геніїв світи&lt;br /&gt;</w:t>
        <w:br/>
        <w:t>До володінь Тарасової мови;&lt;br /&gt;</w:t>
        <w:br/>
        <w:t>Коли ж похвал насунуться димове,&lt;br /&gt;</w:t>
        <w:br/>
        <w:t>Від їх трутизни очі берегти!</w:t>
      </w:r>
    </w:p>
    <w:p>
      <w:r>
        <w:br/>
        <w:t>Шануйте коми кожної пір'їну&lt;br /&gt;</w:t>
        <w:br/>
        <w:t>В розкриллях білих ста його томів,&lt;br /&gt;</w:t>
        <w:br/>
        <w:t>Що піднімали з урвищ Україну.</w:t>
      </w:r>
    </w:p>
    <w:p>
      <w:r>
        <w:br/>
        <w:t>Він так її любив і розумів,&lt;br /&gt;</w:t>
        <w:br/>
        <w:t>Що не загубиться у пітьмі тліну&lt;br /&gt;</w:t>
        <w:br/>
        <w:t>І на світанку вернеться домів.</w:t>
      </w:r>
    </w:p>
    <w:p>
      <w:r>
        <w:br/>
        <w:t>13&lt;br /&gt;</w:t>
        <w:br/>
        <w:t>Моя душа в розколинах, мов скеля,&lt;br /&gt;</w:t>
        <w:br/>
        <w:t>Тумани смутку сплять на дні проваль.&lt;br /&gt;</w:t>
        <w:br/>
        <w:t>Та сходить сонце і ясніє даль —&lt;br /&gt;</w:t>
        <w:br/>
        <w:t>Виходжу з туги, наче з підземелля.</w:t>
      </w:r>
    </w:p>
    <w:p>
      <w:r>
        <w:br/>
        <w:t>Не перетре піском своїм пустеля&lt;br /&gt;</w:t>
        <w:br/>
        <w:t>Моєї мови голубий кришталь.&lt;br /&gt;</w:t>
        <w:br/>
        <w:t>Перероста в граніт м'яка печаль,&lt;br /&gt;</w:t>
        <w:br/>
        <w:t>З путі зникає постать Азазеля.</w:t>
      </w:r>
    </w:p>
    <w:p>
      <w:r>
        <w:br/>
        <w:t>Тікає дух пустиш... Я іду,&lt;br /&gt;</w:t>
        <w:br/>
        <w:t>Хоч він мені будує на біду&lt;br /&gt;</w:t>
        <w:br/>
        <w:t>Високі — до небес — перегороди...</w:t>
      </w:r>
    </w:p>
    <w:p>
      <w:r>
        <w:br/>
        <w:t>Веди мене, дорого правоти,&lt;br /&gt;</w:t>
        <w:br/>
        <w:t>Як не мені, дай іншому дійти&lt;br /&gt;</w:t>
        <w:br/>
        <w:t>На тихі зорі і на ясні води.</w:t>
      </w:r>
    </w:p>
    <w:p>
      <w:r>
        <w:br/>
        <w:t>14&lt;br /&gt;</w:t>
        <w:br/>
        <w:t>Він не робив з пера громовідводу&lt;br /&gt;</w:t>
        <w:br/>
        <w:t>І не осліп в обіймах блискавиць.&lt;br /&gt;</w:t>
        <w:br/>
        <w:t>Його не бачили лежачим ниць —&lt;br /&gt;</w:t>
        <w:br/>
        <w:t>Хіба тоді, як пив з потоку воду.</w:t>
      </w:r>
    </w:p>
    <w:p>
      <w:r>
        <w:br/>
        <w:t>Він України мав чарівну вроду,&lt;br /&gt;</w:t>
        <w:br/>
        <w:t>Носив її наймення гордолиць.&lt;br /&gt;</w:t>
        <w:br/>
        <w:t>Він виріс від суниць аж до зірниць,&lt;br /&gt;</w:t>
        <w:br/>
        <w:t>Великий гранослов свого народу.</w:t>
      </w:r>
    </w:p>
    <w:p>
      <w:r>
        <w:br/>
        <w:t>Йому призначено і далі йти&lt;br /&gt;</w:t>
        <w:br/>
        <w:t>Через усі весілля наші й тризни,&lt;br /&gt;</w:t>
        <w:br/>
        <w:t>Через любові нашої мости,</w:t>
      </w:r>
    </w:p>
    <w:p>
      <w:r>
        <w:br/>
        <w:t>Що не бояться толу, ні гнилизни,&lt;br /&gt;</w:t>
        <w:br/>
        <w:t>В сивинах сонце нинішнє нести&lt;br /&gt;</w:t>
        <w:br/>
        <w:t>В майбутнє сонце нашої Вітчизни.</w:t>
      </w:r>
    </w:p>
    <w:p>
      <w:r>
        <w:br/>
        <w:t>15&lt;br /&gt;</w:t>
        <w:br/>
        <w:t>В його житті ще раз вони страждали,&lt;br /&gt;</w:t>
        <w:br/>
        <w:t>Ще раз пройшли чистилище вигнань,&lt;br /&gt;</w:t>
        <w:br/>
        <w:t>І їх поем щонайтонкішу грань&lt;br /&gt;</w:t>
        <w:br/>
        <w:t>Він в українські переніс кристали.</w:t>
      </w:r>
    </w:p>
    <w:p>
      <w:r>
        <w:br/>
        <w:t>На мить вони в липневу ранню рань&lt;br /&gt;</w:t>
        <w:br/>
        <w:t>Покинули високі п'єдестали,&lt;br /&gt;</w:t>
        <w:br/>
        <w:t>В почесній варті біля нього стали,&lt;br /&gt;</w:t>
        <w:br/>
        <w:t>І плечі їх здригались від ридань.</w:t>
      </w:r>
    </w:p>
    <w:p>
      <w:r>
        <w:br/>
        <w:t>Та він із ними перейде межу,&lt;br /&gt;</w:t>
        <w:br/>
        <w:t>Де не питають паспорта, ні мита —&lt;br /&gt;</w:t>
        <w:br/>
        <w:t>Пускають правду, завертають лжу...</w:t>
      </w:r>
    </w:p>
    <w:p>
      <w:r>
        <w:br/>
        <w:t>Світитиме народам із пітьми&lt;br /&gt;</w:t>
        <w:br/>
        <w:t>Зоря Максима Рильського, умита&lt;br /&gt;</w:t>
        <w:br/>
        <w:t>Міцкевича і Пушкіна слізьми.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Гранослов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