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Гранта</w:t>
      </w:r>
    </w:p>
    <w:p>
      <w:r>
        <w:br/>
        <w:t xml:space="preserve"> (Про все потроху)</w:t>
      </w:r>
    </w:p>
    <w:p>
      <w:r>
        <w:br/>
        <w:t>Змагайся за допомогою підкупів —&lt;br /&gt;</w:t>
        <w:br/>
        <w:t>і переможеш усіх.</w:t>
      </w:r>
    </w:p>
    <w:p>
      <w:r>
        <w:br/>
        <w:t>Лесажів чорт, немов метіль,&lt;br /&gt;</w:t>
        <w:br/>
        <w:t>Вночі промчався крізь покої,&lt;br /&gt;</w:t>
        <w:br/>
        <w:t>Схопив мене і зніс на шпиль&lt;br /&gt;</w:t>
        <w:br/>
        <w:t>Собору діви пресвятої.</w:t>
      </w:r>
    </w:p>
    <w:p>
      <w:r>
        <w:br/>
        <w:t>Дахівки зняв, щоб показать,&lt;br /&gt;</w:t>
        <w:br/>
        <w:t>Як коштом голосів продажних&lt;br /&gt;</w:t>
        <w:br/>
        <w:t>У давній Гранті мріють-снять&lt;br /&gt;</w:t>
        <w:br/>
        <w:t>Посад доскочити поважних.</w:t>
      </w:r>
    </w:p>
    <w:p>
      <w:r>
        <w:br/>
        <w:t>Ось видно: Петті й Пальмерстон&lt;br /&gt;</w:t>
        <w:br/>
        <w:t>Один на одного в газетах&lt;br /&gt;</w:t>
        <w:br/>
        <w:t>У передвиборний сезон&lt;br /&gt;</w:t>
        <w:br/>
        <w:t>Збирають бруд, плетуть тенета.</w:t>
      </w:r>
    </w:p>
    <w:p>
      <w:r>
        <w:br/>
        <w:t>Ось виборець, ось кандидат —&lt;br /&gt;</w:t>
        <w:br/>
        <w:t>Вві сні вже бачать перемогу;&lt;br /&gt;</w:t>
        <w:br/>
        <w:t>Побожний кожний супостат&lt;br /&gt;</w:t>
        <w:br/>
        <w:t>Спокійно спить — і слава богу.</w:t>
      </w:r>
    </w:p>
    <w:p>
      <w:r>
        <w:br/>
        <w:t>О лорде Г., даремний страх,—&lt;br /&gt;</w:t>
        <w:br/>
        <w:t>У тебе ж є кмітливі друзі,&lt;br /&gt;</w:t>
        <w:br/>
        <w:t>І кожен знає, що в чинах&lt;br /&gt;</w:t>
        <w:br/>
        <w:t>Підвищують лиш по заслузі,</w:t>
      </w:r>
    </w:p>
    <w:p>
      <w:r>
        <w:br/>
        <w:t>Що ти — начальство, ти — владар,&lt;br /&gt;</w:t>
        <w:br/>
        <w:t>В твоїх руках усі посади.&lt;br /&gt;</w:t>
        <w:br/>
        <w:t>Ждучи на тепле місце в дар,&lt;br /&gt;</w:t>
        <w:br/>
        <w:t>Вони в огонь за тебе раді.</w:t>
      </w:r>
    </w:p>
    <w:p>
      <w:r>
        <w:br/>
        <w:t>...Гризню покинувши брудну,&lt;br /&gt;</w:t>
        <w:br/>
        <w:t>Допоки сплять і лорд, і патер,&lt;br /&gt;</w:t>
        <w:br/>
        <w:t>На студіозусів зирну,&lt;br /&gt;</w:t>
        <w:br/>
        <w:t>Що їх тут няньчить Альма-Матер.</w:t>
      </w:r>
    </w:p>
    <w:p>
      <w:r>
        <w:br/>
        <w:t>В комірці ось — хай очманів —&lt;br /&gt;</w:t>
        <w:br/>
        <w:t>Котрийсь вникав в суть предмета,&lt;br /&gt;</w:t>
        <w:br/>
        <w:t>Пнучися коштом сну й штанів&lt;br /&gt;</w:t>
        <w:br/>
        <w:t>До премій університету!</w:t>
      </w:r>
    </w:p>
    <w:p>
      <w:r>
        <w:br/>
        <w:t>Та й дать би премію пора:&lt;br /&gt;</w:t>
        <w:br/>
        <w:t>Він ревно зубрить геть до цяти&lt;br /&gt;</w:t>
        <w:br/>
        <w:t>Всю маячню із-під пера&lt;br /&gt;</w:t>
        <w:br/>
        <w:t>І докторів, і кандидатів.</w:t>
      </w:r>
    </w:p>
    <w:p>
      <w:r>
        <w:br/>
        <w:t>При тьмавім світлі гасника&lt;br /&gt;</w:t>
        <w:br/>
        <w:t>Товче закон він Галілеїв,&lt;br /&gt;</w:t>
        <w:br/>
        <w:t>В античну метрику вника,—&lt;br /&gt;</w:t>
        <w:br/>
        <w:t>Скандує ямби і хореї.</w:t>
      </w:r>
    </w:p>
    <w:p>
      <w:r>
        <w:br/>
        <w:t>А диспути веде лишень&lt;br /&gt;</w:t>
        <w:br/>
        <w:t>Латиною, хоч в ній не петрає.&lt;br /&gt;</w:t>
        <w:br/>
        <w:t>Зачах, голодний, день у день&lt;br /&gt;</w:t>
        <w:br/>
        <w:t>Блукає в нетрях геометрії.</w:t>
      </w:r>
    </w:p>
    <w:p>
      <w:r>
        <w:br/>
        <w:t>Істориків він не любив,&lt;br /&gt;</w:t>
        <w:br/>
        <w:t>На їх трактати сил не тратив,&lt;br /&gt;</w:t>
        <w:br/>
        <w:t>Лиш креслив лінії кутів,&lt;br /&gt;</w:t>
        <w:br/>
        <w:t>Трапецій, ромбів і квадратів.</w:t>
      </w:r>
    </w:p>
    <w:p>
      <w:r>
        <w:br/>
        <w:t>Залишим врешті диваку&lt;br /&gt;</w:t>
        <w:br/>
        <w:t>Ті формули, закони й вірші,&lt;br /&gt;</w:t>
        <w:br/>
        <w:t>Тепер поглянемо, яку&lt;br /&gt;</w:t>
        <w:br/>
        <w:t>Розвагу полюбляють інші.</w:t>
      </w:r>
    </w:p>
    <w:p>
      <w:r>
        <w:br/>
        <w:t>Раби пороків і гульні,&lt;br /&gt;</w:t>
        <w:br/>
        <w:t>Ці лиш до втіх самих охочі&lt;br /&gt;</w:t>
        <w:br/>
        <w:t>І, розум топлячи в вині,&lt;br /&gt;</w:t>
        <w:br/>
        <w:t>У кості ріжуть серед ночі.</w:t>
      </w:r>
    </w:p>
    <w:p>
      <w:r>
        <w:br/>
        <w:t>Це вам не те що божий глас —&lt;br /&gt;</w:t>
        <w:br/>
        <w:t>Сектантів-методистів жменя,—&lt;br /&gt;</w:t>
        <w:br/>
        <w:t>Що, ревно молячись за нас,&lt;br /&gt;</w:t>
        <w:br/>
        <w:t>Лиш про реформи теревенять.</w:t>
      </w:r>
    </w:p>
    <w:p>
      <w:r>
        <w:br/>
        <w:t>Забудьмо гордість їх, пиху,&lt;br /&gt;</w:t>
        <w:br/>
        <w:t>Смиренність вдавану, лукаву,&lt;br /&gt;</w:t>
        <w:br/>
        <w:t>Облудність їхнього шляху,&lt;br /&gt;</w:t>
        <w:br/>
        <w:t>Зневажливу й смішну, їй-право.</w:t>
      </w:r>
    </w:p>
    <w:p>
      <w:r>
        <w:br/>
        <w:t>Уже й світає. На дворі&lt;br /&gt;</w:t>
        <w:br/>
        <w:t>В ранкові сутінки імлисті,&lt;br /&gt;</w:t>
        <w:br/>
        <w:t>У білі вбравшись стихарі,&lt;br /&gt;</w:t>
        <w:br/>
        <w:t>Зчинили гам семінаристи.</w:t>
      </w:r>
    </w:p>
    <w:p>
      <w:r>
        <w:br/>
        <w:t>І раптом дзвони спроквола&lt;br /&gt;</w:t>
        <w:br/>
        <w:t>Закалантирили ізрана,&lt;br /&gt;</w:t>
        <w:br/>
        <w:t>І їм на зміну попливла&lt;br /&gt;</w:t>
        <w:br/>
        <w:t>Небесна музика органа.</w:t>
      </w:r>
    </w:p>
    <w:p>
      <w:r>
        <w:br/>
        <w:t>А далі й хору вдарив шквал,&lt;br /&gt;</w:t>
        <w:br/>
        <w:t>Немов з гармати в мене стрелив,—&lt;br /&gt;</w:t>
        <w:br/>
        <w:t>Убити може наповал&lt;br /&gt;</w:t>
        <w:br/>
        <w:t>Спів королівських менестрелів:</w:t>
      </w:r>
    </w:p>
    <w:p>
      <w:r>
        <w:br/>
        <w:t>І рев, і зойки сатани&lt;br /&gt;</w:t>
        <w:br/>
        <w:t>У дикім карканні завзятім,—&lt;br /&gt;</w:t>
        <w:br/>
        <w:t>Нехай і новачки вони,&lt;br /&gt;</w:t>
        <w:br/>
        <w:t>Од бога милості не ждать їм!</w:t>
      </w:r>
    </w:p>
    <w:p>
      <w:r>
        <w:br/>
        <w:t>Якби свої псалми Давид&lt;br /&gt;</w:t>
        <w:br/>
        <w:t>Послухав десь отут в притворі,&lt;br /&gt;</w:t>
        <w:br/>
        <w:t>Не стерпівши наруги, дід&lt;br /&gt;</w:t>
        <w:br/>
        <w:t>На порох стер би людоморів.</w:t>
      </w:r>
    </w:p>
    <w:p>
      <w:r>
        <w:br/>
        <w:t>У давнину тиран-хижак&lt;br /&gt;</w:t>
        <w:br/>
        <w:t>В неволю взяв синів Іуди.&lt;br /&gt;</w:t>
        <w:br/>
        <w:t>На ріках вавілонських,— як&lt;br /&gt;</w:t>
        <w:br/>
        <w:t>І що співать — не знали люди.</w:t>
      </w:r>
    </w:p>
    <w:p>
      <w:r>
        <w:br/>
        <w:t>А то втяли б якийсь псалом&lt;br /&gt;</w:t>
        <w:br/>
        <w:t>На той же лад, що й ці тягнули,&lt;br /&gt;</w:t>
        <w:br/>
        <w:t>Напасники б од них гуртом,&lt;br /&gt;</w:t>
        <w:br/>
        <w:t>Мов чорт від ладану, чкурнули.</w:t>
      </w:r>
    </w:p>
    <w:p>
      <w:r>
        <w:br/>
        <w:t>Я розходивсь не на добро,—&lt;br /&gt;</w:t>
        <w:br/>
        <w:t>Хто все це дочитать захоче?!&lt;br /&gt;</w:t>
        <w:br/>
        <w:t>Чорнило вийшло, стер перо,&lt;br /&gt;</w:t>
        <w:br/>
        <w:t>Вже й муза служить неохоче.</w:t>
      </w:r>
    </w:p>
    <w:p>
      <w:r>
        <w:br/>
        <w:t>Не пурхать більш, мов Клеофас;&lt;br /&gt;</w:t>
        <w:br/>
        <w:t>Геть зі шпиля старої Гранти:&lt;br /&gt;</w:t>
        <w:br/>
        <w:t>Мені і вам спочити час,—&lt;br /&gt;</w:t>
        <w:br/>
        <w:t>На вежі ранок б'ють куранти.</w:t>
      </w:r>
    </w:p>
    <w:p>
      <w:r>
        <w:br/>
        <w:t>28 жовтня 1806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Гранта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