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Грецькі боги</w:t>
      </w:r>
    </w:p>
    <w:p>
      <w:r>
        <w:br/>
        <w:t xml:space="preserve"> І&lt;br /&gt;</w:t>
        <w:br/>
        <w:t>Як ви світом гарно управляли,&lt;br /&gt;</w:t>
        <w:br/>
        <w:t>В вас законом радощі були.&lt;br /&gt;</w:t>
        <w:br/>
        <w:t>Ви блаженство людям возвіщали,&lt;br /&gt;</w:t>
        <w:br/>
        <w:t>Любі мрії матері землі.&lt;br /&gt;</w:t>
        <w:br/>
        <w:t>Ах! Тоді розкошам все служило...&lt;br /&gt;</w:t>
        <w:br/>
        <w:t>Не по-нашому — ой, ні! — тоді було,&lt;br /&gt;</w:t>
        <w:br/>
        <w:t>Бо в твій храм щодня квітки носили,&lt;br /&gt;</w:t>
        <w:br/>
        <w:t>О Венеро, жизні похвало!</w:t>
      </w:r>
    </w:p>
    <w:p>
      <w:r>
        <w:br/>
      </w:r>
    </w:p>
    <w:p>
      <w:r>
        <w:br/>
      </w:r>
    </w:p>
    <w:p>
      <w:r>
        <w:br/>
        <w:t>ІІ&lt;br /&gt;</w:t>
        <w:br/>
        <w:t>Видумки тоді чудовна сила&lt;br /&gt;</w:t>
        <w:br/>
        <w:t>Обвивала правду, мов той хміль,&lt;br /&gt;</w:t>
        <w:br/>
        <w:t>У творенні повнею кипіла&lt;br /&gt;</w:t>
        <w:br/>
        <w:t>Несказанно чарівнича жизнь...&lt;br /&gt;</w:t>
        <w:br/>
        <w:t>Пригорнути к серденьку коханнє —&lt;br /&gt;</w:t>
        <w:br/>
        <w:t>Се було найвищим торжеством:&lt;br /&gt;</w:t>
        <w:br/>
        <w:t>Всюди боже віяло диханнє:&lt;br /&gt;</w:t>
        <w:br/>
        <w:t>Чоловік злучавсь із божеством.</w:t>
      </w:r>
    </w:p>
    <w:p>
      <w:r>
        <w:br/>
        <w:t>ІІІ&lt;br /&gt;</w:t>
        <w:br/>
        <w:t>Де тепер мудрагелі вбачають&lt;br /&gt;</w:t>
        <w:br/>
        <w:t>Огняний бездушний тілько шар,&lt;br /&gt;</w:t>
        <w:br/>
        <w:t>Геліоса там, було, вітають&lt;br /&gt;</w:t>
        <w:br/>
        <w:t>В колесниці, золотій, як жар.&lt;br /&gt;</w:t>
        <w:br/>
        <w:t>Тут гукають в горах орейяди,&lt;br /&gt;</w:t>
        <w:br/>
        <w:t>Там дреяда в дереві живе,&lt;br /&gt;</w:t>
        <w:br/>
        <w:t>А там в річці плещуться найяди —&lt;br /&gt;</w:t>
        <w:br/>
        <w:t>В срібній піні поплески пливе.</w:t>
      </w:r>
    </w:p>
    <w:p>
      <w:r>
        <w:br/>
        <w:t>ІV&lt;br /&gt;</w:t>
        <w:br/>
        <w:t>Лавр тоді у ліки обернувся,&lt;br /&gt;</w:t>
        <w:br/>
        <w:t>В каменя — Танталова дочка,&lt;br /&gt;</w:t>
        <w:br/>
        <w:t>Сфінкс на тони в комиші здобувся,&lt;br /&gt;</w:t>
        <w:br/>
        <w:t>Філомела плакала в гайках.&lt;br /&gt;</w:t>
        <w:br/>
        <w:t>То Деметра з туги в землю билась&lt;br /&gt;</w:t>
        <w:br/>
        <w:t>В Персефони на німій труні,&lt;br /&gt;</w:t>
        <w:br/>
        <w:t>То Цітера потайно любилась&lt;br /&gt;</w:t>
        <w:br/>
        <w:t>З уродливим хлопцем на ховмі.</w:t>
      </w:r>
    </w:p>
    <w:p>
      <w:r>
        <w:br/>
        <w:t>V&lt;br /&gt;</w:t>
        <w:br/>
        <w:t>Ще тоді к Девкаліона плоду&lt;br /&gt;</w:t>
        <w:br/>
        <w:t>Сходили безсмертники з небес.&lt;br /&gt;</w:t>
        <w:br/>
        <w:t>Сину Лето для такого сходу&lt;br /&gt;</w:t>
        <w:br/>
        <w:t>Ба й гирлигу подавав Зевес...&lt;br /&gt;</w:t>
        <w:br/>
        <w:t>Між людьми, героями й богами&lt;br /&gt;</w:t>
        <w:br/>
        <w:t>Любу сполуку робив Амур:&lt;br /&gt;</w:t>
        <w:br/>
        <w:t>Смертники з героями й богами&lt;br /&gt;</w:t>
        <w:br/>
        <w:t>Танцювали знай любовний тур.</w:t>
      </w:r>
    </w:p>
    <w:p>
      <w:r>
        <w:br/>
        <w:t>VІ&lt;br /&gt;</w:t>
        <w:br/>
        <w:t>Вид понурий був тоді не в моді,&lt;br /&gt;</w:t>
        <w:br/>
        <w:t>Вік той радощів ще не цуравсь,&lt;br /&gt;</w:t>
        <w:br/>
        <w:t>Щастє божеством було в народі,&lt;br /&gt;</w:t>
        <w:br/>
        <w:t>Щасний із щасливим спознававсь.&lt;br /&gt;</w:t>
        <w:br/>
        <w:t>Красота була тоді святиня,&lt;br /&gt;</w:t>
        <w:br/>
        <w:t>Не соромивсь там нічого бог,&lt;br /&gt;</w:t>
        <w:br/>
        <w:t>Де камена чиста червоніла,&lt;br /&gt;</w:t>
        <w:br/>
        <w:t>Чи то грація вела танок.</w:t>
      </w:r>
    </w:p>
    <w:p>
      <w:r>
        <w:br/>
        <w:t>VІІ&lt;br /&gt;</w:t>
        <w:br/>
        <w:t>В вас храми сміялись, як палати,&lt;br /&gt;</w:t>
        <w:br/>
        <w:t>Вас однак величила хвала&lt;br /&gt;</w:t>
        <w:br/>
        <w:t>І на святах Істмуса багатих,&lt;br /&gt;</w:t>
        <w:br/>
        <w:t>І в бігу, бистрому, як стріла.&lt;br /&gt;</w:t>
        <w:br/>
        <w:t>Гарно звивши рученьки з руками,&lt;br /&gt;</w:t>
        <w:br/>
        <w:t>У танок круг алтаря ви йшли,&lt;br /&gt;</w:t>
        <w:br/>
        <w:t>І пишались велико вінками&lt;br /&gt;</w:t>
        <w:br/>
        <w:t>Ті, що перші між людьми були.</w:t>
      </w:r>
    </w:p>
    <w:p>
      <w:r>
        <w:br/>
        <w:t>VІІІ&lt;br /&gt;</w:t>
        <w:br/>
        <w:t>В вас "Евое!", тирсами маханнє,&lt;br /&gt;</w:t>
        <w:br/>
        <w:t>Барсами розкішними їзда&lt;br /&gt;</w:t>
        <w:br/>
        <w:t>Возвіщали радощів буяннє,&lt;br /&gt;</w:t>
        <w:br/>
        <w:t>Забуттє турбітнього труда.&lt;br /&gt;</w:t>
        <w:br/>
        <w:t>Фавн з сатиром перед ним склонялись,&lt;br /&gt;</w:t>
        <w:br/>
        <w:t>А менади-вакханки кругом&lt;br /&gt;</w:t>
        <w:br/>
        <w:t>У танці похміллєм вихвалялись,&lt;br /&gt;</w:t>
        <w:br/>
        <w:t>Сам їздець горів увесь вином.</w:t>
      </w:r>
    </w:p>
    <w:p>
      <w:r>
        <w:br/>
        <w:t>ІХ&lt;br /&gt;</w:t>
        <w:br/>
        <w:t>Хто вмирав тоді, не відав страху,&lt;br /&gt;</w:t>
        <w:br/>
        <w:t>Не лякав недужнього кістяк;&lt;br /&gt;</w:t>
        <w:br/>
        <w:t>Геній стиха цілував бідаху,&lt;br /&gt;</w:t>
        <w:br/>
        <w:t>І гасив свій факел неборак.&lt;br /&gt;</w:t>
        <w:br/>
        <w:t>Оркову ж грізну вагу держала&lt;br /&gt;</w:t>
        <w:br/>
        <w:t>Смертника, не богова рука,&lt;br /&gt;</w:t>
        <w:br/>
        <w:t>І самий ериній ублажала&lt;br /&gt;</w:t>
        <w:br/>
        <w:t>Кобза фрацького співця дзвінка.</w:t>
      </w:r>
    </w:p>
    <w:p>
      <w:r>
        <w:br/>
        <w:t>Х&lt;br /&gt;</w:t>
        <w:br/>
        <w:t>Знову зустріне він, веселий, тіні&lt;br /&gt;</w:t>
        <w:br/>
        <w:t>Ув Елізія дивовижних гаях.&lt;br /&gt;</w:t>
        <w:br/>
        <w:t>Там любов ізнайдуть неізмінні&lt;br /&gt;</w:t>
        <w:br/>
        <w:t>Серцем жени у своїх мужах,&lt;br /&gt;</w:t>
        <w:br/>
        <w:t>Лін пісні знов гратиме високі,&lt;br /&gt;</w:t>
        <w:br/>
        <w:t>До Алцести припаде Адмет;&lt;br /&gt;</w:t>
        <w:br/>
        <w:t>Друга знайде друг там одинокий;&lt;br /&gt;</w:t>
        <w:br/>
        <w:t>Там Орест і з луком Філоктет.</w:t>
      </w:r>
    </w:p>
    <w:p>
      <w:r>
        <w:br/>
        <w:t>ХІ&lt;br /&gt;</w:t>
        <w:br/>
        <w:t>Там високі за діла награди&lt;br /&gt;</w:t>
        <w:br/>
        <w:t>Покреплять трудящого в трудах,&lt;br /&gt;</w:t>
        <w:br/>
        <w:t>І хто знявсь над величчю громади,&lt;br /&gt;</w:t>
        <w:br/>
        <w:t>На блаженних стане висотах.&lt;br /&gt;</w:t>
        <w:br/>
        <w:t>Перед викликателем із мертвих&lt;br /&gt;</w:t>
        <w:br/>
        <w:t>Стиха вклоняться всі небовці,&lt;br /&gt;</w:t>
        <w:br/>
        <w:t>А пливцеві із оселі смерті&lt;br /&gt;</w:t>
        <w:br/>
        <w:t>Сятимуть з Олімпу близнеці.</w:t>
      </w:r>
    </w:p>
    <w:p>
      <w:r>
        <w:br/>
        <w:t>ХІІ&lt;br /&gt;</w:t>
        <w:br/>
        <w:t>Гарний світе! Де ти, де дівався?&lt;br /&gt;</w:t>
        <w:br/>
        <w:t>Зник з тобою і природи цвіт,&lt;br /&gt;</w:t>
        <w:br/>
        <w:t>Тілько в займищі пісень зостався&lt;br /&gt;</w:t>
        <w:br/>
        <w:t>Твій принадний баснословний слід.&lt;br /&gt;</w:t>
        <w:br/>
        <w:t>Вимерла гучна твоя обитель,&lt;br /&gt;</w:t>
        <w:br/>
        <w:t>І не бачимо ніде богів;&lt;br /&gt;</w:t>
        <w:br/>
        <w:t>Зник гарячкосердий небожитель, —&lt;br /&gt;</w:t>
        <w:br/>
        <w:t>Манячить від його тільки тінь.</w:t>
      </w:r>
    </w:p>
    <w:p>
      <w:r>
        <w:br/>
      </w:r>
    </w:p>
    <w:p>
      <w:r>
        <w:br/>
        <w:t>ХІІІ&lt;br /&gt;</w:t>
        <w:br/>
        <w:t>Пишний цвіт осипався-одцвівся,&lt;br /&gt;</w:t>
        <w:br/>
        <w:t>Як півночник вітер налетів;&lt;br /&gt;</w:t>
        <w:br/>
        <w:t>Щоб один з усіх тим збагатився,&lt;br /&gt;</w:t>
        <w:br/>
        <w:t>Мусив щезти дивний мир богів.&lt;br /&gt;</w:t>
        <w:br/>
        <w:t>Сумно в зорях я тебе шукаю,&lt;br /&gt;</w:t>
        <w:br/>
        <w:t>Фебе!.. Ні, нема Селени більш!&lt;br /&gt;</w:t>
        <w:br/>
        <w:t>По гаях і по морях гукаю, —&lt;br /&gt;</w:t>
        <w:br/>
        <w:t>Не озвешся: сном довічним спиш.</w:t>
      </w:r>
    </w:p>
    <w:p>
      <w:r>
        <w:br/>
      </w:r>
    </w:p>
    <w:p>
      <w:r>
        <w:br/>
        <w:t>ХІV&lt;br /&gt;</w:t>
        <w:br/>
        <w:t>Ой природо! Ти й сама не знаєш&lt;br /&gt;</w:t>
        <w:br/>
        <w:t>Радощів, що в серце людське ллєш,&lt;br /&gt;</w:t>
        <w:br/>
        <w:t>І щаслива щастєм не буваєш&lt;br /&gt;</w:t>
        <w:br/>
        <w:t>Духа, що сама його ведеш.&lt;br /&gt;</w:t>
        <w:br/>
        <w:t>Без богів утратила ти чувство...&lt;br /&gt;</w:t>
        <w:br/>
        <w:t>Ти — як мертвий маятник в часах,&lt;br /&gt;</w:t>
        <w:br/>
        <w:t>І закон ваги, твоє іскуство,&lt;br /&gt;</w:t>
        <w:br/>
        <w:t>Служить рабсько у твоїх ділах.</w:t>
      </w:r>
    </w:p>
    <w:p>
      <w:r>
        <w:br/>
      </w:r>
    </w:p>
    <w:p>
      <w:r>
        <w:br/>
        <w:t>ХV&lt;br /&gt;</w:t>
        <w:br/>
        <w:t>Щоб уранці наново вродити,&lt;br /&gt;</w:t>
        <w:br/>
        <w:t>Риєш яму ввечері собі,&lt;br /&gt;</w:t>
        <w:br/>
        <w:t>І над те, щоб рівно все кружити,&lt;br /&gt;</w:t>
        <w:br/>
        <w:t>Втіхи більшої нема тобі.&lt;br /&gt;</w:t>
        <w:br/>
        <w:t>У поеми поховались боги:&lt;br /&gt;</w:t>
        <w:br/>
        <w:t>Бо нема вселенній вжитку з них.&lt;br /&gt;</w:t>
        <w:br/>
        <w:t>Світ підріс, ізнявсь і сам на ноги,&lt;br /&gt;</w:t>
        <w:br/>
        <w:t>Всім кружити самопихом звик.</w:t>
      </w:r>
    </w:p>
    <w:p>
      <w:r>
        <w:br/>
      </w:r>
    </w:p>
    <w:p>
      <w:r>
        <w:br/>
        <w:t>ХVІ&lt;br /&gt;</w:t>
        <w:br/>
        <w:t>Так, в поеми, в древні правди дзвони, —&lt;br /&gt;</w:t>
        <w:br/>
        <w:t>Ми високе все внесли туди, —&lt;br /&gt;</w:t>
        <w:br/>
        <w:t>Пишні фарби, гарні жизні тони;&lt;br /&gt;</w:t>
        <w:br/>
        <w:t>Світ оставсь бездушний і німий.&lt;br /&gt;</w:t>
        <w:br/>
        <w:t>Вирнувши із вічності, летіти&lt;br /&gt;</w:t>
        <w:br/>
        <w:t>Любо їм на Пінда висоти.&lt;br /&gt;</w:t>
        <w:br/>
        <w:t>Що в піснях безсмертно мусить жити,&lt;br /&gt;</w:t>
        <w:br/>
        <w:t>Житиме минутно у житті.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Грецькі боги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