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ти колись боролась, мов Ізраїль…</w:t>
      </w:r>
    </w:p>
    <w:p>
      <w:r>
        <w:br/>
        <w:t xml:space="preserve"> І ти колись боролась, мов Ізраїль,&lt;br /&gt;</w:t>
        <w:br/>
        <w:t>Україно моя! Сам бог поставив&lt;br /&gt;</w:t>
        <w:br/>
        <w:t>супроти тебе силу невблаганну&lt;br /&gt;</w:t>
        <w:br/>
        <w:t>сліпої долі. Оточив тебе&lt;br /&gt;</w:t>
        <w:br/>
        <w:t>народами, що, мов леви в пустині,&lt;br /&gt;</w:t>
        <w:br/>
        <w:t>рикали, прагнучи твоєї крові,&lt;br /&gt;</w:t>
        <w:br/>
        <w:t>послав на тебе тьму таку, що в ній&lt;br /&gt;</w:t>
        <w:br/>
        <w:t>брати братів не пізнавали рідних,&lt;br /&gt;</w:t>
        <w:br/>
        <w:t>і в тьмі з'явився хтось непоборимий,&lt;br /&gt;</w:t>
        <w:br/>
        <w:t>якийсь дух часу, що волав ворожо:&lt;br /&gt;</w:t>
        <w:br/>
        <w:t>"Смерть Україні"!&lt;br /&gt;</w:t>
        <w:br/>
        <w:t>&amp;ndash; Та знялась високо&lt;br /&gt;</w:t>
        <w:br/>
        <w:t>Богданова правиця, і народи&lt;br /&gt;</w:t>
        <w:br/>
        <w:t>розбіглися, немов шакали ниці,&lt;br /&gt;</w:t>
        <w:br/>
        <w:t>брати братів пізнали і з'єднались.&lt;br /&gt;</w:t>
        <w:br/>
        <w:t>І дух сказав: "Ти переміг, Богдане!&lt;br /&gt;</w:t>
        <w:br/>
        <w:t>Тепер твоя земля обітована".</w:t>
      </w:r>
    </w:p>
    <w:p>
      <w:r>
        <w:br/>
        <w:t>І вже Богдан пройшов по тій землі&lt;br /&gt;</w:t>
        <w:br/>
        <w:t>від краю і до краю. Свято згоди&lt;br /&gt;</w:t>
        <w:br/>
        <w:t>між ним і духом гучно відбулося&lt;br /&gt;</w:t>
        <w:br/>
        <w:t>в золотоверхім місті. Але раптом&lt;br /&gt;</w:t>
        <w:br/>
        <w:t>дух зрадив. Знову тьма, і жах, і розбрат.&lt;br /&gt;</w:t>
        <w:br/>
        <w:t>І знов настав єгипетський полон,&lt;br /&gt;</w:t>
        <w:br/>
        <w:t>та не в чужій землі, а в нашій власній.</w:t>
      </w:r>
    </w:p>
    <w:p>
      <w:r>
        <w:br/>
        <w:t>А далі розлилось червоне море,&lt;br /&gt;</w:t>
        <w:br/>
        <w:t>і розділилося по половині,&lt;br /&gt;</w:t>
        <w:br/>
        <w:t>і знов злилось докупи й затопило &amp;ndash;&lt;br /&gt;</w:t>
        <w:br/>
        <w:t>кого? Ой леле! Новий фараон&lt;br /&gt;</w:t>
        <w:br/>
        <w:t>пройшов живий через червоне море,&lt;br /&gt;</w:t>
        <w:br/>
        <w:t>але їздець і кінь пропав навіки.&lt;br /&gt;</w:t>
        <w:br/>
        <w:t>Співай, радій, ненависна чужинко,&lt;br /&gt;</w:t>
        <w:br/>
        <w:t>бий в бубни і лети в танок з нестяму,&lt;br /&gt;</w:t>
        <w:br/>
        <w:t>кінь і їздець в червонім морі згинув,&lt;br /&gt;</w:t>
        <w:br/>
        <w:t>тобі зостався спадок на покраси,&lt;br /&gt;</w:t>
        <w:br/>
        <w:t>бо зносиш ти України клейноди,&lt;br /&gt;</w:t>
        <w:br/>
        <w:t>святкуючи над нею перемогу.</w:t>
      </w:r>
    </w:p>
    <w:p>
      <w:r>
        <w:br/>
        <w:t>Такий для нас був вихід із Єгипту,&lt;br /&gt;</w:t>
        <w:br/>
        <w:t>немов потоп. Заграло та й ущухло&lt;br /&gt;</w:t>
        <w:br/>
        <w:t>Червоне море, висохло, й осталась&lt;br /&gt;</w:t>
        <w:br/>
        <w:t>безрадісна пустиня після нього,&lt;br /&gt;</w:t>
        <w:br/>
        <w:t>і став по ній блукать новий Ізраїль,&lt;br /&gt;</w:t>
        <w:br/>
        <w:t>по тій своїй землі обітованій,&lt;br /&gt;</w:t>
        <w:br/>
        <w:t>немов якась отара безпричальна.&lt;br /&gt;</w:t>
        <w:br/>
        <w:t>З отарою блукали й пастухи,&lt;br /&gt;</w:t>
        <w:br/>
        <w:t>вночі за тінню йшли, а вдень з вогнем.&lt;br /&gt;</w:t>
        <w:br/>
        <w:t>Коли ж у їх з'являвся дух величний,&lt;br /&gt;</w:t>
        <w:br/>
        <w:t>що вогняним стовпом палав у тьмі,&lt;br /&gt;</w:t>
        <w:br/>
        <w:t>а вдень ішов, мов туча грізно-біла,&lt;br /&gt;</w:t>
        <w:br/>
        <w:t>вони не вірили своїм очам,&lt;br /&gt;</w:t>
        <w:br/>
        <w:t>і врозтіч розбігались манівцями,&lt;br /&gt;</w:t>
        <w:br/>
        <w:t>і попадали ворогам в полон.</w:t>
      </w:r>
    </w:p>
    <w:p>
      <w:r>
        <w:br/>
        <w:t>Чи довго ще, о господи, чи довго&lt;br /&gt;</w:t>
        <w:br/>
        <w:t>ми будемо блукати і шукати&lt;br /&gt;</w:t>
        <w:br/>
        <w:t>рідного краю на своїй землі?&lt;br /&gt;</w:t>
        <w:br/>
        <w:t>Який ми гріх вчинили проти духа,&lt;br /&gt;</w:t>
        <w:br/>
        <w:t>що він зламав свій заповіт великий,&lt;br /&gt;</w:t>
        <w:br/>
        <w:t>той, взятий з бою волі заповіт?&lt;br /&gt;</w:t>
        <w:br/>
        <w:t>Так доверши ж до краю тую зраду,&lt;br /&gt;</w:t>
        <w:br/>
        <w:t>розбий, розсій нас геть по цілім світі,&lt;br /&gt;</w:t>
        <w:br/>
        <w:t>тоді, либонь, журба по ріднім краю&lt;br /&gt;</w:t>
        <w:br/>
        <w:t>навчить нас, де і як його шукать.&lt;br /&gt;</w:t>
        <w:br/>
        <w:t>Тоді покаже батько свому сину&lt;br /&gt;</w:t>
        <w:br/>
        <w:t>на срібне марево удалині&lt;br /&gt;</w:t>
        <w:br/>
        <w:t>і скаже: "Он земля твого народу!&lt;br /&gt;</w:t>
        <w:br/>
        <w:t>Борись і добувайся батьківщини,&lt;br /&gt;</w:t>
        <w:br/>
        <w:t>бо прийдеться загинуть у вигнанні&lt;br /&gt;</w:t>
        <w:br/>
        <w:t>чужою-чуженицею, в неславі".&lt;br /&gt;</w:t>
        <w:br/>
        <w:t>І, може, дасться заповіт новий,&lt;br /&gt;</w:t>
        <w:br/>
        <w:t>і дух нові напише нам скрижалі.</w:t>
      </w:r>
    </w:p>
    <w:p>
      <w:r>
        <w:br/>
        <w:t>Але тепер? як маємо шукати&lt;br /&gt;</w:t>
        <w:br/>
        <w:t>свому народу землю? хто розбив нам&lt;br /&gt;</w:t>
        <w:br/>
        <w:t>скрижалі серця, духу заповіт?&lt;br /&gt;</w:t>
        <w:br/>
        <w:t>Коли скінчиться той полон великий,&lt;br /&gt;</w:t>
        <w:br/>
        <w:t>що нас зайняв в землі обітованій?&lt;br /&gt;</w:t>
        <w:br/>
        <w:t>І доки рідний край Єгиптом буде?&lt;br /&gt;</w:t>
        <w:br/>
        <w:t>Коли загине новий Вавілон?</w:t>
      </w:r>
    </w:p>
    <w:p>
      <w:r>
        <w:br/>
        <w:t>10.09.1904. Зелений Гай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ти колись боролась, мов Ізраїль…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