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тільки злість буває геніальна...</w:t>
      </w:r>
    </w:p>
    <w:p>
      <w:r>
        <w:br/>
        <w:t xml:space="preserve"> * * *</w:t>
      </w:r>
    </w:p>
    <w:p>
      <w:r>
        <w:br/>
        <w:t>І тільки злість буває геніальна.&lt;br /&gt;</w:t>
        <w:br/>
        <w:t>Господь, спаси мене від доброти!&lt;br /&gt;</w:t>
        <w:br/>
        <w:t>Така тепер на світі наковальня,&lt;br /&gt;</w:t>
        <w:br/>
        <w:t>що треба мати нерви, як дроти.</w:t>
      </w:r>
    </w:p>
    <w:p>
      <w:r>
        <w:br/>
        <w:t>А нерви ж мої, ох нерви,&lt;br /&gt;</w:t>
        <w:br/>
        <w:t>струни мої, настренчені на епохальний лад!&lt;br /&gt;</w:t>
        <w:br/>
        <w:t>А мені ж, може, просто хочеться щастя,&lt;br /&gt;</w:t>
        <w:br/>
        <w:t>тугого й солодкого, як шоколад.</w:t>
      </w:r>
    </w:p>
    <w:p>
      <w:r>
        <w:br/>
        <w:t>Ну, що ж, епохо, їж мене, висотуй!&lt;br /&gt;</w:t>
        <w:br/>
        <w:t>Лиш вісь земну з орбіти не згвинти.&lt;br /&gt;</w:t>
        <w:br/>
        <w:t>Лежить під небом, чистим і високим,&lt;br /&gt;</w:t>
        <w:br/>
        <w:t>холодний степ моєї самоти.</w:t>
      </w:r>
    </w:p>
    <w:p>
      <w:r>
        <w:br/>
        <w:t>Козацький вітер вишмагає душу,&lt;br /&gt;</w:t>
        <w:br/>
        <w:t>і я у ніжність ледве добреду.&lt;br /&gt;</w:t>
        <w:br/>
        <w:t>Яким вогнем спокутувати мушу&lt;br /&gt;</w:t>
        <w:br/>
        <w:t>хронічну українську доброту?!</w:t>
      </w:r>
    </w:p>
    <w:p>
      <w:r>
        <w:br/>
        <w:t>А по ідеї: жінка ж — тільки жінка.&lt;br /&gt;</w:t>
        <w:br/>
        <w:t>Смаглява золота віолончель.&lt;br /&gt;</w:t>
        <w:br/>
        <w:t>Справляло б тіло пристрасті обжинки&lt;br /&gt;</w:t>
        <w:br/>
        <w:t>колисками і лагодом ночей.</w:t>
      </w:r>
    </w:p>
    <w:p>
      <w:r>
        <w:br/>
        <w:t>Була б така чарівна лепетуха,&lt;br /&gt;</w:t>
        <w:br/>
        <w:t>такі б ото улучила слова,&lt;br /&gt;</w:t>
        <w:br/>
        <w:t>що як по змісту, може, й в'януть вуха,&lt;br /&gt;</w:t>
        <w:br/>
        <w:t>а як по формі — серце спочива.</w:t>
      </w:r>
    </w:p>
    <w:p>
      <w:r>
        <w:br/>
        <w:t>Хто ж натягнув такі скажені струни&lt;br /&gt;</w:t>
        <w:br/>
        <w:t>на цю, таку струнку, віолончель,&lt;br /&gt;</w:t>
        <w:br/>
        <w:t>що їй футляр — усі по черзі труни&lt;br /&gt;</w:t>
        <w:br/>
        <w:t>вготованих для музики ночей?!</w:t>
      </w:r>
    </w:p>
    <w:p>
      <w:r>
        <w:br/>
        <w:t>І щось в мені таке велить&lt;br /&gt;</w:t>
        <w:br/>
        <w:t>збіліти в гнів до сотого коліна!&lt;br /&gt;</w:t>
        <w:br/>
        <w:t>І щось в мені таке болить,&lt;br /&gt;</w:t>
        <w:br/>
        <w:t>що це і є, напевно, Україна.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тільки злість буває геніальна...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