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ніколи не звикну. Я не вмію до тебе звикати...</w:t>
      </w:r>
    </w:p>
    <w:p>
      <w:r>
        <w:br/>
        <w:t xml:space="preserve"> Я ніколи не звикну. Я не вмію до тебе звикати.&lt;br /&gt;</w:t>
        <w:br/>
        <w:t>Це за примхи мої ти так гарно мене покарав.&lt;br /&gt;</w:t>
        <w:br/>
        <w:t>І приходять світанки, щоденних турбот адвокати,&lt;br /&gt;</w:t>
        <w:br/>
        <w:t>і несуть під пахвою тисячі різних справ.</w:t>
      </w:r>
    </w:p>
    <w:p>
      <w:r>
        <w:br/>
        <w:t>Я кажу їм: світанки! Все на світі таке муруге.&lt;br /&gt;</w:t>
        <w:br/>
        <w:t>Урожай суєти — залишається тільки стерня.&lt;br /&gt;</w:t>
        <w:br/>
        <w:t>Скільки ми милувались!&lt;br /&gt;</w:t>
        <w:br/>
        <w:t>І жодного разу — вдруге.&lt;br /&gt;</w:t>
        <w:br/>
        <w:t>Скільки років кохаю,&lt;br /&gt;</w:t>
        <w:br/>
        <w:t>а закохуюсь в тебе щодня.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ніколи не звикну. Я не вмію до тебе звикати...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