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у верблюда з'явився горб</w:t>
      </w:r>
    </w:p>
    <w:p>
      <w:r>
        <w:br/>
        <w:t xml:space="preserve"> &lt;p&gt;Як у верблюда з'явився горб</w:t>
      </w:r>
    </w:p>
    <w:p>
      <w:r>
        <w:br/>
        <w:t>Наступна казка розповідає, чому верблюд має великий горб.</w:t>
      </w:r>
    </w:p>
    <w:p>
      <w:r>
        <w:br/>
        <w:t>У перші дні зародження, коли наш світ виглядав іще зовсім новеньким і тварини лише починали служити людині, був собі верблюд, який мешкав серед завиваючої ревучої пустелі, бо не хотів працювати; та й сам звався ревуном. Отож він їв колючки, шпичаки, тамариск[19], молочай і терен, а решту часу відверто байдикував.</w:t>
      </w:r>
    </w:p>
    <w:p>
      <w:r>
        <w:br/>
        <w:t>Якщо ж його хтось кликав, то верблюд буркав: "Гррб!", саме тільки "Гррб!" і більш нічого.</w:t>
      </w:r>
    </w:p>
    <w:p>
      <w:r>
        <w:br/>
        <w:t>Якось уранці в понеділок прийшов до нього кінь із сідлом на спині та вудилами в роті й гукнув:</w:t>
      </w:r>
    </w:p>
    <w:p>
      <w:r>
        <w:br/>
        <w:t>— Агов, верблюде, виходь бігати риссю, як усі ми.</w:t>
      </w:r>
    </w:p>
    <w:p>
      <w:r>
        <w:br/>
        <w:t>— Гррб! — звично буркнув той.</w:t>
      </w:r>
    </w:p>
    <w:p>
      <w:r>
        <w:br/>
        <w:t>Пішов кінь, образившись, і поскаржився людині.</w:t>
      </w:r>
    </w:p>
    <w:p>
      <w:r>
        <w:br/>
        <w:t>Невдовзі завітав до нього собака з палицею в зубах:</w:t>
      </w:r>
    </w:p>
    <w:p>
      <w:r>
        <w:br/>
        <w:t>— Агов, верблюде, виходь прислужувати, як усі ми.</w:t>
      </w:r>
    </w:p>
    <w:p>
      <w:r>
        <w:br/>
        <w:t>— Гррб! — презирливо пирхнув той.</w:t>
      </w:r>
    </w:p>
    <w:p>
      <w:r>
        <w:br/>
        <w:t>Пішов пес, образившись, і теж поскаржився людині.</w:t>
      </w:r>
    </w:p>
    <w:p>
      <w:r>
        <w:br/>
        <w:t>Останнім навідався до нього віл із ярмом на шиї:</w:t>
      </w:r>
    </w:p>
    <w:p>
      <w:r>
        <w:br/>
        <w:t>— Агов, верблюде, виходь орати землю, як усі ми.</w:t>
      </w:r>
    </w:p>
    <w:p>
      <w:r>
        <w:br/>
        <w:t>— Гррб! — ліниво зронив той.</w:t>
      </w:r>
    </w:p>
    <w:p>
      <w:r>
        <w:br/>
        <w:t>Пішов віл, образившись, і так само поскаржився людині.</w:t>
      </w:r>
    </w:p>
    <w:p>
      <w:r>
        <w:br/>
        <w:t>Увечері зібрав чоловік коня, собаку та вола і сказав їм:</w:t>
      </w:r>
    </w:p>
    <w:p>
      <w:r>
        <w:br/>
        <w:t>— Щиро шкода мені вас усіх трьох (тому що світ тільки-но зароджується), але звір у пустелі, який вряди-годи бурчить "Гррб!", не здатний до роботи, інакше він уже давно був би тут; тому я налаштований залишити його у спокої, щоправда, вам доведеться працювати вдвічі важче.</w:t>
      </w:r>
    </w:p>
    <w:p>
      <w:r>
        <w:br/>
        <w:t>Не на жарт обурені, тварини (адже світ дійсно тільки-тільки зароджувався) зібралися край пустелі і на нараду, і на пораду, і на обговорення, і на балаканину, аби вирішити, як їм бути. Згодом туди ж, знічев'я жуючи молочай, приплентався верблюд-лінюх і став глузувати зі звірів. Але врешті видав те саме "Гррб!" і побрів геть.</w:t>
      </w:r>
    </w:p>
    <w:p>
      <w:r>
        <w:br/>
        <w:t>Трохи пізніше, приваблений неймовірним галасом, коло трійці спинився джин, повелитель усіх пустель, який, оповитий хмарою куряви, прямував кудись у своїх справах (джини завжди мандрують подібним чином, бо вони чарівники).</w:t>
      </w:r>
    </w:p>
    <w:p>
      <w:r>
        <w:br/>
        <w:t>— О джине, володарю всіх пустель, — звернувся до нього кінь, — хіба це правильно, щоб хтось ухилявся від праці, коли світ тільки-но зароджується?</w:t>
      </w:r>
    </w:p>
    <w:p>
      <w:r>
        <w:br/>
        <w:t>— Звичайно, ні, — відповів чаклун.</w:t>
      </w:r>
    </w:p>
    <w:p>
      <w:r>
        <w:br/>
        <w:t>— Так от, — посмілішав кінь, — серед твоєї завиваючої ревучої пустелі живе звір (сам ревун) із довгою шиєю та довгими ногами, який ще з ранку понеділка не ставав до роботи. Він не бажає бігати риссю.</w:t>
      </w:r>
    </w:p>
    <w:p>
      <w:r>
        <w:br/>
        <w:t>— Овва! — присвиснув чародій. — Та це мій верблюд, присягаюсь усім золотом землі Аравійської! Що ж він каже?</w:t>
      </w:r>
    </w:p>
    <w:p>
      <w:r>
        <w:br/>
        <w:t>— Він каже "Гррб!", — гавкнув пес, — і не воліє прислужувати.</w:t>
      </w:r>
    </w:p>
    <w:p>
      <w:r>
        <w:br/>
        <w:t>— Може, він іще щось говорить?</w:t>
      </w:r>
    </w:p>
    <w:p>
      <w:r>
        <w:br/>
        <w:t>— Тільки "Гррб!", — озвався віл, — і він не хоче орати.</w:t>
      </w:r>
    </w:p>
    <w:p>
      <w:r>
        <w:br/>
        <w:t>— Он воно як, — протягнув джин. — Я йому дам "Гррб!", стривайте-но хвилинку.</w:t>
      </w:r>
    </w:p>
    <w:p>
      <w:r>
        <w:br/>
        <w:t>Загорнувшись у свій пиловий плащ, чародій умить розтанув у повітрі. Порушника спокою він знайшов углибині пустелі. Верблюд-ледащо задумливо розглядав власне відображення в калюжі, яка поступово висихала.</w:t>
      </w:r>
    </w:p>
    <w:p>
      <w:r>
        <w:br/>
        <w:t>— Мій чванькуватий друже, — вкрадливо мовив джин, — до мене дійшли чутки, що ти б'єш байдики, хоча світ тільки-но зароджується; як це розуміти?</w:t>
      </w:r>
    </w:p>
    <w:p>
      <w:r>
        <w:br/>
        <w:t>— Гррб! — іронічно форкнув нероба.</w:t>
      </w:r>
    </w:p>
    <w:p>
      <w:r>
        <w:br/>
        <w:t>Чаклун всівся, схрестивши ноги по-турецьки, просто на пісок і, підперши підборіддя долонею, задумався у пошуку найбільш доцільного для такого випадку чародійства, а верблюд продовжував витріщатися на водну гладінь.</w:t>
      </w:r>
    </w:p>
    <w:p>
      <w:r>
        <w:br/>
        <w:t>— Ти змарнував цілих три дні, починаючи з ранку понеділка, і все через твої фантастичні лінощі, — скрушно зітхнув джин, що ніяк не міг знайти потрібного заклинання.</w:t>
      </w:r>
    </w:p>
    <w:p>
      <w:r>
        <w:br/>
        <w:t>— Гррб! — відчужено промимрив верблюд.</w:t>
      </w:r>
    </w:p>
    <w:p>
      <w:r>
        <w:br/>
        <w:t>— На твоєму місці я більше не казав би цього слова, — спохмурнів чародій. — Надто часто його чути. Ну ж бо, тюхтію, я хочу, щоб ти став до роботи.</w:t>
      </w:r>
    </w:p>
    <w:p>
      <w:r>
        <w:br/>
        <w:t>— Гррб! — знову почулося байдуже.</w:t>
      </w:r>
    </w:p>
    <w:p>
      <w:r>
        <w:br/>
        <w:t>Та не встиг верблюд замовкнути, як відчув, що на його спині, якою він особливо пишався, виріс, поволі роздуваючись, досить величенький горб.</w:t>
      </w:r>
    </w:p>
    <w:p>
      <w:r>
        <w:br/>
        <w:t>— Бачиш? — поцікавився чаклун. — Це твій горб, який ти отримав, оскільки не бажав працювати. Сьогодні четвер, а дехто ще з понеділка ні кує, ні меле. Однак зараз і тобі час братися за роботу.</w:t>
      </w:r>
    </w:p>
    <w:p>
      <w:r>
        <w:br/>
        <w:t>— Як же я працюватиму, — скинувся верблюд, — із горбом на спині?</w:t>
      </w:r>
    </w:p>
    <w:p>
      <w:r>
        <w:br/>
        <w:t>— То зроблено навмисно, — відповів чародій, — адже ти змарнував багато часу. Тепер ти зможеш працювати три дні поспіль без їжі, годуючись завдяки горбу. І ніколи не кажи, що я не піклувався про тебе. Виходь із пустелі та йди до трьох роботяг, і поводься належно. Мерщій!</w:t>
      </w:r>
    </w:p>
    <w:p>
      <w:r>
        <w:br/>
        <w:t>Хоч як лінюх пирхав, але довелося йому приєднатися до трійці. Відтоді верблюд завжди носить на собі своє "гррб" (нині ми називаємо це "горбом", щоб не ображати нічиїх почуттів); проте він так і не надолужив тих трьох згаяних із моменту зародження світу днів та досі не навчився добрих манер.</w:t>
      </w:r>
    </w:p>
    <w:p>
      <w:r>
        <w:br/>
        <w:t>Великий горб — потворна ґуля, —</w:t>
      </w:r>
    </w:p>
    <w:p>
      <w:r>
        <w:br/>
        <w:t>Верблюжа доля вже така…</w:t>
      </w:r>
    </w:p>
    <w:p>
      <w:r>
        <w:br/>
        <w:t>Та і людині горб той муля,</w:t>
      </w:r>
    </w:p>
    <w:p>
      <w:r>
        <w:br/>
        <w:t>Коли до праці не падка.</w:t>
      </w:r>
    </w:p>
    <w:p>
      <w:r>
        <w:br/>
        <w:t>І дітки, і дорослі те-е-еж,</w:t>
      </w:r>
    </w:p>
    <w:p>
      <w:r>
        <w:br/>
        <w:t>Якщо лінуються без ме-е-еж,</w:t>
      </w:r>
    </w:p>
    <w:p>
      <w:r>
        <w:br/>
        <w:t>Дістануть горб —</w:t>
      </w:r>
    </w:p>
    <w:p>
      <w:r>
        <w:br/>
        <w:t>Верблюжий горб,</w:t>
      </w:r>
    </w:p>
    <w:p>
      <w:r>
        <w:br/>
        <w:t>Побитий весь, в синцях достоту!..</w:t>
      </w:r>
    </w:p>
    <w:p>
      <w:r>
        <w:br/>
        <w:t>І лікування тут одне —</w:t>
      </w:r>
    </w:p>
    <w:p>
      <w:r>
        <w:br/>
        <w:t>Не усідайсь біля каміну,</w:t>
      </w:r>
    </w:p>
    <w:p>
      <w:r>
        <w:br/>
        <w:t>А розгинай швиденько спину,</w:t>
      </w:r>
    </w:p>
    <w:p>
      <w:r>
        <w:br/>
        <w:t>Бери лопату й — на город!</w:t>
      </w:r>
    </w:p>
    <w:p>
      <w:r>
        <w:br/>
        <w:t>Копаючи, скидай свій горб,</w:t>
      </w:r>
    </w:p>
    <w:p>
      <w:r>
        <w:br/>
        <w:t>Всміхайся сонцю й вітру,</w:t>
      </w:r>
    </w:p>
    <w:p>
      <w:r>
        <w:br/>
        <w:t>Та джину саду теж…</w:t>
      </w:r>
    </w:p>
    <w:p>
      <w:r>
        <w:br/>
        <w:t>І зникне горб —</w:t>
      </w:r>
    </w:p>
    <w:p>
      <w:r>
        <w:br/>
        <w:t>Жахливий горб,</w:t>
      </w:r>
    </w:p>
    <w:p>
      <w:r>
        <w:br/>
        <w:t>Увесь побитий, у синцях!..</w:t>
      </w:r>
    </w:p>
    <w:p>
      <w:r>
        <w:br/>
        <w:t>А без роботи ми горбаті,</w:t>
      </w:r>
    </w:p>
    <w:p>
      <w:r>
        <w:br/>
        <w:t>Десь на канапі, в теплій хаті</w:t>
      </w:r>
    </w:p>
    <w:p>
      <w:r>
        <w:br/>
        <w:t>Ми всі отримуємо горб,</w:t>
      </w:r>
    </w:p>
    <w:p>
      <w:r>
        <w:br/>
        <w:t>Верблюжий горб,</w:t>
      </w:r>
    </w:p>
    <w:p>
      <w:r>
        <w:br/>
        <w:t>І дітки, і дорослі те-е-еж,</w:t>
      </w:r>
    </w:p>
    <w:p>
      <w:r>
        <w:br/>
        <w:t>Якщо лінуються без ме-е-еж![20]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у верблюда з'явився горб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