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варити і їсти суп із дикої качки</w:t>
      </w:r>
    </w:p>
    <w:p>
      <w:r>
        <w:br/>
        <w:t xml:space="preserve"> &lt;blockquote&gt;&lt;p&gt;М.Т. Рильському</w:t>
      </w:r>
    </w:p>
    <w:p>
      <w:r>
        <w:br/>
      </w:r>
    </w:p>
    <w:p>
      <w:r>
        <w:br/>
        <w:t>--------------------------------------</w:t>
      </w:r>
    </w:p>
    <w:p>
      <w:r>
        <w:br/>
        <w:t>Був такий славнозвісний орнітолог Мензбір, який на підставі багатолітніх спостережень і наукових досліджень остаточно визначив, що дикі качки, крім базару, водяться ще по лугових озерцях та ію очеретах і тихих-тихих плесах, по річках-колисках смарагдової Батьківщини нашої Радянської...</w:t>
      </w:r>
    </w:p>
    <w:p>
      <w:r>
        <w:br/>
        <w:t>Словом, ви поїхали на лугові озера, на очерети й на тихі-тихі плеса...</w:t>
      </w:r>
    </w:p>
    <w:p>
      <w:r>
        <w:br/>
        <w:t>Само собою розуміється, що ви берете з собою рушницю (це така штука, що стріляє), набої і всілякий інший мисливський реманент, без якого не можна правильно націлятись, щоб бити без промаху, а саме: рюкзак, буханку, консерви, огірки, помідори, десяток укруту яєць і стопку... Стопка береться для того, щоб було чим вихлюпувати воду з човна, коли човен тече...</w:t>
      </w:r>
    </w:p>
    <w:p>
      <w:r>
        <w:br/>
        <w:t>Їдете ви компанією, тобто колективом, так чоловіка з п'ять, бо дика качка любить іти в супову каструлю з-під колективної праці.</w:t>
      </w:r>
    </w:p>
    <w:p>
      <w:r>
        <w:br/>
        <w:t>У вагоні (чи на машині) зразу ж ви почуєте:</w:t>
      </w:r>
    </w:p>
    <w:p>
      <w:r>
        <w:br/>
        <w:t>— Е, чорт. Стопку забув! Ви взяли?</w:t>
      </w:r>
    </w:p>
    <w:p>
      <w:r>
        <w:br/>
        <w:t>— Взяв!</w:t>
      </w:r>
    </w:p>
    <w:p>
      <w:r>
        <w:br/>
        <w:t>— Ну, як будемо вкупі, позичите! А залишусь сам, доведеться з "горлушка"!</w:t>
      </w:r>
    </w:p>
    <w:p>
      <w:r>
        <w:br/>
        <w:t>"Горлушком", за мисливською термінологією, зветься та частина мисливського човпа, що на морських суднах має назву "право руля".</w:t>
      </w:r>
    </w:p>
    <w:p>
      <w:r>
        <w:br/>
        <w:t>Дика качка любить убиватись тчхимп-тихими вечорами, коли сонце вже сковзнулося з вечірнього пруга, минуло криваво-багрянин горизонт, послало вам останній золотий привіт і пішло спать...</w:t>
      </w:r>
    </w:p>
    <w:p>
      <w:r>
        <w:br/>
        <w:t>Це — ввечері...</w:t>
      </w:r>
    </w:p>
    <w:p>
      <w:r>
        <w:br/>
        <w:t>А вранці дика качка зривається шукати вашого пострілу раню-рано, тільки-но починає на світ благословлятись.</w:t>
      </w:r>
    </w:p>
    <w:p>
      <w:r>
        <w:br/>
        <w:t>Звуться ці часи у мисливців "зорьками" — вечірньою й ранковою.</w:t>
      </w:r>
    </w:p>
    <w:p>
      <w:r>
        <w:br/>
        <w:t>В ці часи ви чуєте і над собою, і перед собою, і за собою, і праворуч, і ліворуч шум — свист качиних крил.</w:t>
      </w:r>
    </w:p>
    <w:p>
      <w:r>
        <w:br/>
        <w:t>Ви і сюди — бах! І туди — бах! І отуди — бах!</w:t>
      </w:r>
    </w:p>
    <w:p>
      <w:r>
        <w:br/>
        <w:t>Ах, незабутні хвилини!</w:t>
      </w:r>
    </w:p>
    <w:p>
      <w:r>
        <w:br/>
        <w:t>На вечірню зорьку ви спізнились. Це—обов'язково. Запізнення на вечірню зорьку це — мисливський закон. Виходячи ще з дому,— та що там виходячи! — ви ще напередодні знаєте, що на вечірню зорьку ви обов'язково не встигнете, от через це саме ви, в день виїзду на полювання, ще зранку все вкладаєте, ще зранку ви щось забуваєте, і в час од'їзду ви вибігаєте з хати, летите чи то на вокзал, чи до машини, на запитання знайомих: "Куди?" —кидаєте: "Спішу, щоб на вечірню зорьку спізнитись!" — і галопом далі.</w:t>
      </w:r>
    </w:p>
    <w:p>
      <w:r>
        <w:br/>
        <w:t>Словом, спізнились... До озера ви підходите вже тоді, коли качки "повиключали мотори", почистили зуби, зробили на ніч фізкультурну зарядку з холодним обтиранням і, поклавши на водяні лілеї голови, полягали спать.</w:t>
      </w:r>
    </w:p>
    <w:p>
      <w:r>
        <w:br/>
        <w:t>Але ви з цього не печалуєтесь, бо поблизу кожного лугового озера е чи ожеред, чи копиці пахучого-пахучого сіна. Ви йдете до ожереду й розташовуєтесь. Ви розгортаєте сіно, простеляєте плаща, лягаєте горілиць, дивитесь на чорно-синє, глибоке зоряне небо і відпочиваєте, а відпочиваючи думаєте.</w:t>
      </w:r>
    </w:p>
    <w:p>
      <w:r>
        <w:br/>
        <w:t>Ну, думайте собі на здоров'я, а ми будемо до ранкової зорьки готуватися.</w:t>
      </w:r>
    </w:p>
    <w:p>
      <w:r>
        <w:br/>
        <w:t>— Ну що ж, товариші, давайте звечора приготуємось, щоб зранку не вовтузитися, а зразу за рушниці й по місцях! Де ж це... стопка? Прохав же покласти!</w:t>
      </w:r>
    </w:p>
    <w:p>
      <w:r>
        <w:br/>
        <w:t>— Що, нема?</w:t>
      </w:r>
    </w:p>
    <w:p>
      <w:r>
        <w:br/>
        <w:t>— Нема!</w:t>
      </w:r>
    </w:p>
    <w:p>
      <w:r>
        <w:br/>
        <w:t>— А я взяв! Я поклав собі за правило: приїжджаю додому, а її в рюкзаці прив'язую, щоб не забути! По-моєму, не так нервуєшся, як рушницю забудеш!</w:t>
      </w:r>
    </w:p>
    <w:p>
      <w:r>
        <w:br/>
        <w:t>— Доведеться й собі прив'язувати! А сьогодні, прошу вас, позичте вашої... Капризна це, я вам скажу, штука, як з "горлушка". Повітря чисте, на широке диханіє візьмеш, а воно темно, не встигнеш і зітхнути, як уже "горлушкоо біля "донушка"...</w:t>
      </w:r>
    </w:p>
    <w:p>
      <w:r>
        <w:br/>
        <w:t>Тут і починається найцікавіший момент качачого полювання.</w:t>
      </w:r>
    </w:p>
    <w:p>
      <w:r>
        <w:br/>
        <w:t>Це коли старі, досвідчені ваші товариші по полюванню починають розповідати різні надзвичайні випадки з мисливського життя.</w:t>
      </w:r>
    </w:p>
    <w:p>
      <w:r>
        <w:br/>
        <w:t>Спільна для всіх мисливських оповідань риса — це те, що всі вони — факти, що все це насправді було, що: "розкажу, то не повірите, але це факт!"</w:t>
      </w:r>
    </w:p>
    <w:p>
      <w:r>
        <w:br/>
        <w:t>Швиргається вгорі якийсь космічний хлопчисько зорями, залишаючи в чорно-синій безодні золоті смуги, рипить Віз, дишель свій униз спускаючи, блідне поволі Чумацький Шлях, а під ожередом плететься чудесне мереживо з мисливських оповідань.</w:t>
      </w:r>
    </w:p>
    <w:p>
      <w:r>
        <w:br/>
        <w:t>І вільно дихається, і легко дихається...</w:t>
      </w:r>
    </w:p>
    <w:p>
      <w:r>
        <w:br/>
        <w:t>Поволеньки голос оповідача тихшає, потім якось переривається і зовсім затихає...</w:t>
      </w:r>
    </w:p>
    <w:p>
      <w:r>
        <w:br/>
        <w:t>Сусіда тяжко якось зітхає...</w:t>
      </w:r>
    </w:p>
    <w:p>
      <w:r>
        <w:br/>
        <w:t>— Про що думаєте, Іване Івановичу?</w:t>
      </w:r>
    </w:p>
    <w:p>
      <w:r>
        <w:br/>
        <w:t>— Про Америку! Яка все-таки техніка!</w:t>
      </w:r>
    </w:p>
    <w:p>
      <w:r>
        <w:br/>
        <w:t>— А що таке?</w:t>
      </w:r>
    </w:p>
    <w:p>
      <w:r>
        <w:br/>
        <w:t>— Кажуть, двоствольну стопку видумали! І тихо... Поснули...</w:t>
      </w:r>
    </w:p>
    <w:p>
      <w:r>
        <w:br/>
        <w:t>"Раннім-рано та ранесенько", ще ледь-ледь починає сіріти, штовх вас у бік:</w:t>
      </w:r>
    </w:p>
    <w:p>
      <w:r>
        <w:br/>
        <w:t>— Вставайте, вставайте! Час ужеі</w:t>
      </w:r>
    </w:p>
    <w:p>
      <w:r>
        <w:br/>
        <w:t>— Г-г-г! М-м-м!</w:t>
      </w:r>
    </w:p>
    <w:p>
      <w:r>
        <w:br/>
        <w:t>— Вставайте!</w:t>
      </w:r>
    </w:p>
    <w:p>
      <w:r>
        <w:br/>
        <w:t>— М-м-м!</w:t>
      </w:r>
    </w:p>
    <w:p>
      <w:r>
        <w:br/>
        <w:t>— Б-б-бах!</w:t>
      </w:r>
    </w:p>
    <w:p>
      <w:r>
        <w:br/>
        <w:t>З криком: "Бомбьожка!" — ви зриваєтесь і мчите.</w:t>
      </w:r>
    </w:p>
    <w:p>
      <w:r>
        <w:br/>
        <w:t>— Куди?! Куди?!</w:t>
      </w:r>
    </w:p>
    <w:p>
      <w:r>
        <w:br/>
        <w:t>— В бомбосховище!</w:t>
      </w:r>
    </w:p>
    <w:p>
      <w:r>
        <w:br/>
        <w:t>— Тю на вас! То я в крижня гахнув!</w:t>
      </w:r>
    </w:p>
    <w:p>
      <w:r>
        <w:br/>
        <w:t>— І промазав!</w:t>
      </w:r>
    </w:p>
    <w:p>
      <w:r>
        <w:br/>
        <w:t>— Ну, ясно, що промажеш, коли вас нечиста сила в бомбосховище поперла! Трохи в озеро не шубовснув!</w:t>
      </w:r>
    </w:p>
    <w:p>
      <w:r>
        <w:br/>
        <w:t>Почалася ранкова зорька...</w:t>
      </w:r>
    </w:p>
    <w:p>
      <w:r>
        <w:br/>
        <w:t>Тут уже все залежить од вашого уміння, від майстерства і практики.</w:t>
      </w:r>
    </w:p>
    <w:p>
      <w:r>
        <w:br/>
        <w:t>Качка, як відомо, птах. Вона — літає.</w:t>
      </w:r>
    </w:p>
    <w:p>
      <w:r>
        <w:br/>
        <w:t>Як її стріляти?</w:t>
      </w:r>
    </w:p>
    <w:p>
      <w:r>
        <w:br/>
        <w:t>Дуже просто: цільтесь обов'язково в око. І бахкайте.</w:t>
      </w:r>
    </w:p>
    <w:p>
      <w:r>
        <w:br/>
        <w:t>— Бах! — і в торбу! Бах! — і в торбу. А коли не повезе, тобто коли бах-бах! — і повз торбу, не сумуйте, старайтесь їхати чи йти з полювання повз базар або, побачивши в когось із мисливців кілька качок, киньте:</w:t>
      </w:r>
    </w:p>
    <w:p>
      <w:r>
        <w:br/>
        <w:t>— Карбованців, мабуть, по надцять тепер штука. Бо однаково, коли приїдете додому, члени вашого посемейства спитають вас:</w:t>
      </w:r>
    </w:p>
    <w:p>
      <w:r>
        <w:br/>
        <w:t>— Дорогі, мабуть, тепер качки?</w:t>
      </w:r>
    </w:p>
    <w:p>
      <w:r>
        <w:br/>
        <w:t>Ви на це не звертайте уваги й беріться зразу ж готувати янтаревий суп із дикої качки.</w:t>
      </w:r>
    </w:p>
    <w:p>
      <w:r>
        <w:br/>
        <w:t>Найперше й найголовніше — обскубти качку.</w:t>
      </w:r>
    </w:p>
    <w:p>
      <w:r>
        <w:br/>
        <w:t>Робити це краще в себе в кабінеті. Щоб не заважало вам уже вискублене пір'я, одчиніть вікна й двері, щоб вітерець був: ви скубнули, итерець підхопив, і пір'я вам не заважай... І качка обскубана, і кабінет — перина...</w:t>
      </w:r>
    </w:p>
    <w:p>
      <w:r>
        <w:br/>
        <w:t>Обскубли, тоді вже до мами, чи до дружини, чи до сестри, хто на кого багатий:</w:t>
      </w:r>
    </w:p>
    <w:p>
      <w:r>
        <w:br/>
        <w:t>— Уже обскуб! Мамо, зваріть супу!</w:t>
      </w:r>
    </w:p>
    <w:p>
      <w:r>
        <w:br/>
        <w:t>Коли дружина чи мама, охнувши, кине вам:</w:t>
      </w:r>
    </w:p>
    <w:p>
      <w:r>
        <w:br/>
        <w:t>— Та це ж курка, а не качка! Ви авторитетно заявіть:</w:t>
      </w:r>
    </w:p>
    <w:p>
      <w:r>
        <w:br/>
        <w:t>— Це — качка! Тепер усі такі качки пішли. Яровізовані...</w:t>
      </w:r>
    </w:p>
    <w:p>
      <w:r>
        <w:br/>
        <w:t>— А чому в неї горло перерізане?</w:t>
      </w:r>
    </w:p>
    <w:p>
      <w:r>
        <w:br/>
        <w:t>— Чому? Чому? Все вам так ото цікаво знати! Летіла, побачила, що націляюсь, виходу на було, взяла й зарізалась. Що ж тут дивного?.. Варіть уже, прошу вас!</w:t>
      </w:r>
    </w:p>
    <w:p>
      <w:r>
        <w:br/>
        <w:t>Залишається, отже, останнє — їсти суп.</w:t>
      </w:r>
    </w:p>
    <w:p>
      <w:r>
        <w:br/>
        <w:t>Як його їсти?</w:t>
      </w:r>
    </w:p>
    <w:p>
      <w:r>
        <w:br/>
        <w:t>Ложкою!</w:t>
      </w:r>
    </w:p>
    <w:p>
      <w:r>
        <w:br/>
        <w:t>Попоївши, лягайте на канапу й читайте "Записки охотника" І. С. Тургенєва.</w:t>
      </w:r>
    </w:p>
    <w:p>
      <w:r>
        <w:br/>
        <w:t>Прекрасна книжка!</w:t>
      </w:r>
    </w:p>
    <w:p>
      <w:r>
        <w:br/>
        <w:t>1945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варити і їсти суп із дикої качки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