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Ясла</w:t>
      </w:r>
    </w:p>
    <w:p>
      <w:r>
        <w:br/>
        <w:t xml:space="preserve"> Був на селі козак Кирило Яловець,&lt;br /&gt;</w:t>
        <w:br/>
        <w:t>Щасливий, дякуючи долі:&lt;br /&gt;</w:t>
        <w:br/>
        <w:t>Хазяйство добре мав і повний гаманець,&lt;br /&gt;</w:t>
        <w:br/>
        <w:t>Всього було доволі;&lt;br /&gt;</w:t>
        <w:br/>
        <w:t>І ще одно він щастя мав —&lt;br /&gt;</w:t>
        <w:br/>
        <w:t>Розумну жінку бог послав;&lt;br /&gt;</w:t>
        <w:br/>
        <w:t>Без неї чоловік — неначе блин без масла,&lt;br /&gt;</w:t>
        <w:br/>
        <w:t>Як примовляє кум Гордій.&lt;br /&gt;</w:t>
        <w:br/>
        <w:t>От заходився раз Кирило мій&lt;br /&gt;</w:t>
        <w:br/>
        <w:t>Плести у хаті ясла.&lt;br /&gt;</w:t>
        <w:br/>
        <w:t>На що, на що,— на се дотепний був,&lt;br /&gt;</w:t>
        <w:br/>
        <w:t>Ще і лози червоної добув,&lt;br /&gt;</w:t>
        <w:br/>
        <w:t>Щоб виплітать уперемежку&lt;br /&gt;</w:t>
        <w:br/>
        <w:t>І на краях зробить мережку.&lt;br /&gt;</w:t>
        <w:br/>
        <w:t>Радіє він — плете,&lt;br /&gt;</w:t>
        <w:br/>
        <w:t>Не думає про те,&lt;br /&gt;</w:t>
        <w:br/>
        <w:t>Що ясла будуть на півхати —&lt;br /&gt;</w:t>
        <w:br/>
        <w:t>Такі, що й в двері не пропхати.&lt;br /&gt;</w:t>
        <w:br/>
        <w:t>Він, може б, так і не робив,&lt;br /&gt;</w:t>
        <w:br/>
        <w:t>Та хтось із-за угла мішком його прибив.&lt;br /&gt;</w:t>
        <w:br/>
        <w:t>— От ясла втяв! Таких ніхто не має!&lt;br /&gt;</w:t>
        <w:br/>
        <w:t>Чи так? — у жінки він питає.&lt;br /&gt;</w:t>
        <w:br/>
        <w:t>А Мотря каже:— Так то так,&lt;br /&gt;</w:t>
        <w:br/>
        <w:t>Та тільки з хати як? —&lt;br /&gt;</w:t>
        <w:br/>
        <w:t>Кирило засміявсь:— Ми знайдемо дорогу!&lt;br /&gt;</w:t>
        <w:br/>
        <w:t>Покличем кума на підмогу.-&lt;br /&gt;</w:t>
        <w:br/>
        <w:t>А жінка знов йому:— Торох!&lt;br /&gt;</w:t>
        <w:br/>
        <w:t>Як по стіні горох…&lt;br /&gt;</w:t>
        <w:br/>
        <w:t>Ти ж роздивися — ясла на півхати!&lt;br /&gt;</w:t>
        <w:br/>
        <w:t>Куди ж їх винести? Стіну рубати? —&lt;br /&gt;</w:t>
        <w:br/>
        <w:t>І справді — кинулись нести,-&lt;br /&gt;</w:t>
        <w:br/>
        <w:t>Бодай було б і не плести,-&lt;br /&gt;</w:t>
        <w:br/>
        <w:t>Ніяк не вилізуть із хати!&lt;br /&gt;</w:t>
        <w:br/>
        <w:t>Прийшлося ясла розбирати,&lt;br /&gt;</w:t>
        <w:br/>
        <w:t>У клуню однести&lt;br /&gt;</w:t>
        <w:br/>
        <w:t>І наново плести.</w:t>
      </w:r>
    </w:p>
    <w:p>
      <w:r>
        <w:br/>
        <w:t>Роби розумно, кажуть люде,&lt;br /&gt;</w:t>
        <w:br/>
        <w:t>Не так, як робить Яловець,&lt;br /&gt;</w:t>
        <w:br/>
        <w:t>Міркуй про те, що з того буде,&lt;br /&gt;</w:t>
        <w:br/>
        <w:t>Який кінець.&lt;br /&gt;</w:t>
        <w:br/>
        <w:t>1892-1893.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Ясла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