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Из поэмы "Богдан"</w:t>
      </w:r>
    </w:p>
    <w:p>
      <w:r>
        <w:br/>
        <w:t xml:space="preserve"> Сцены из жизни малороссийского гетмана&lt;br /&gt;</w:t>
        <w:br/>
        <w:t>Зиновия Хмельницкого"</w:t>
      </w:r>
    </w:p>
    <w:p>
      <w:r>
        <w:br/>
        <w:t>1</w:t>
      </w:r>
    </w:p>
    <w:p>
      <w:r>
        <w:br/>
        <w:t>ПЕСНЯ КАЗАКОВ</w:t>
      </w:r>
    </w:p>
    <w:p>
      <w:r>
        <w:br/>
        <w:t>В поднебесьи мчатся тучи,&lt;br /&gt;</w:t>
        <w:br/>
        <w:t>Выше туч орел парит,&lt;br /&gt;</w:t>
        <w:br/>
        <w:t>Днепр кипит волной зыбучей,&lt;br /&gt;</w:t>
        <w:br/>
        <w:t>Ураган в степи шумит.</w:t>
      </w:r>
    </w:p>
    <w:p>
      <w:r>
        <w:br/>
        <w:t>Но как наш отряд летучий&lt;br /&gt;</w:t>
        <w:br/>
        <w:t>Понесется на врагов —&lt;br /&gt;</w:t>
        <w:br/>
        <w:t>Вихрь в степи и в небе тучи&lt;br /&gt;</w:t>
        <w:br/>
        <w:t>Отстают от казаков!</w:t>
      </w:r>
    </w:p>
    <w:p>
      <w:r>
        <w:br/>
        <w:t>Что Днепра седого волны&lt;br /&gt;</w:t>
        <w:br/>
        <w:t>С их ребяческой грозой,&lt;br /&gt;</w:t>
        <w:br/>
        <w:t>Как курень, отваги полный,&lt;br /&gt;</w:t>
        <w:br/>
        <w:t>Заколышется войной!</w:t>
      </w:r>
    </w:p>
    <w:p>
      <w:r>
        <w:br/>
        <w:t>Не орел полетом быстрым&lt;br /&gt;</w:t>
        <w:br/>
        <w:t>Разостлался над землей —&lt;br /&gt;</w:t>
        <w:br/>
        <w:t>Перед нами, в поле чистом,&lt;br /&gt;</w:t>
        <w:br/>
        <w:t>Загорелся кошевой.</w:t>
      </w:r>
    </w:p>
    <w:p>
      <w:r>
        <w:br/>
        <w:t>Он прекрасен, как отвага,&lt;br /&gt;</w:t>
        <w:br/>
        <w:t>Быстр, как молнии полет;&lt;br /&gt;</w:t>
        <w:br/>
        <w:t>С ним наездников ватага&lt;br /&gt;</w:t>
        <w:br/>
        <w:t>И под бурею поет:</w:t>
      </w:r>
    </w:p>
    <w:p>
      <w:r>
        <w:br/>
        <w:t>"Гей, неситесь шибче, тучи!&lt;br /&gt;</w:t>
        <w:br/>
        <w:t>Ураган, шуми сильней!&lt;br /&gt;</w:t>
        <w:br/>
        <w:t>Разыграйся, Днепр могучий,&lt;br /&gt;</w:t>
        <w:br/>
        <w:t>В непогоду веселей!"</w:t>
      </w:r>
    </w:p>
    <w:p>
      <w:r>
        <w:br/>
        <w:t>1837</w:t>
      </w:r>
    </w:p>
    <w:p>
      <w:r>
        <w:br/>
        <w:t>2</w:t>
      </w:r>
    </w:p>
    <w:p>
      <w:r>
        <w:br/>
        <w:t>Тихо утро загорелось над землей;&lt;br /&gt;</w:t>
        <w:br/>
        <w:t>Засверкали степи, вспрыснуты росой;&lt;br /&gt;</w:t>
        <w:br/>
        <w:t>Красно солнышко приветливо взошло;&lt;br /&gt;</w:t>
        <w:br/>
        <w:t>Всё запело, зашумело, зацвело.&lt;br /&gt;</w:t>
        <w:br/>
        <w:t>На раздолье, по широким по степям&lt;br /&gt;</w:t>
        <w:br/>
        <w:t>Днепр-кормилец дал разгул своим водам;&lt;br /&gt;</w:t>
        <w:br/>
        <w:t>И направо, и налево мурава;&lt;br /&gt;</w:t>
        <w:br/>
        <w:t>Меж волнами зеленеют острова;&lt;br /&gt;</w:t>
        <w:br/>
        <w:t>А на тех-то на зеленых островах&lt;br /&gt;</w:t>
        <w:br/>
        <w:t>Молодой Хмельницкий с войском в тростниках.&lt;br /&gt;</w:t>
        <w:br/>
        <w:t>То не стая лебединая плывет —&lt;br /&gt;</w:t>
        <w:br/>
        <w:t>По Днепру то рать казацкая идет;&lt;br /&gt;</w:t>
        <w:br/>
        <w:t>То идет войной на брата кровный брат:&lt;br /&gt;</w:t>
        <w:br/>
        <w:t>Хоть не рад он, да идет, когда велят.&lt;br /&gt;</w:t>
        <w:br/>
        <w:t>С казаками наказной их гетман сам.&lt;br /&gt;</w:t>
        <w:br/>
        <w:t>Вот приплыли лодки близко к островам;&lt;br /&gt;</w:t>
        <w:br/>
        <w:t>Вмиг раздвинулись густые тростники —&lt;br /&gt;</w:t>
        <w:br/>
        <w:t>И зевнули пушки поперек реки.&lt;br /&gt;</w:t>
        <w:br/>
        <w:t>Пламя брызнуло, отгрянул сильный гром,&lt;br /&gt;</w:t>
        <w:br/>
        <w:t>Над водою дым расстлался полотном,&lt;br /&gt;</w:t>
        <w:br/>
        <w:t>И казаки, видя смерть со всех сторон,&lt;br /&gt;</w:t>
        <w:br/>
        <w:t>Видя гибель неизбежную кругом,&lt;br /&gt;</w:t>
        <w:br/>
        <w:t>Ну от острова скорей бежать назад;&lt;br /&gt;</w:t>
        <w:br/>
        <w:t>Только весла, словно крылышки, шумят.&lt;br /&gt;</w:t>
        <w:br/>
        <w:t>Вот с воды поднялся дым под облака,&lt;br /&gt;</w:t>
        <w:br/>
        <w:t>Засверкала снова светлая река —&lt;br /&gt;</w:t>
        <w:br/>
        <w:t>А на острове, играя с ветерком,&lt;br /&gt;</w:t>
        <w:br/>
        <w:t>Развилося знамя белое с крестом.&lt;br /&gt;</w:t>
        <w:br/>
        <w:t>Став на береге, бегущим казакам&lt;br /&gt;</w:t>
        <w:br/>
        <w:t>Громким голосом сказал Хмельницкий сам:&lt;br /&gt;</w:t>
        <w:br/>
        <w:t>"Христианству мир и воинам Христа [2]&lt;br /&gt;</w:t>
        <w:br/>
        <w:t>Под защитой чудотворного креста!&lt;br /&gt;</w:t>
        <w:br/>
        <w:t>Разбегутся так поляки перед ним,&lt;br /&gt;</w:t>
        <w:br/>
        <w:t>Как от ветру разбежался этот дым.&lt;br /&gt;</w:t>
        <w:br/>
        <w:t>Нам господь поднять оружие велит:&lt;br /&gt;</w:t>
        <w:br/>
        <w:t>Дело правое небесный защитит!"&lt;br /&gt;</w:t>
        <w:br/>
        <w:t>Чудо! — к острову казаки вновь плывут,&lt;br /&gt;</w:t>
        <w:br/>
        <w:t>Пред Хмельницким сабли острые кладут.&lt;br /&gt;</w:t>
        <w:br/>
        <w:t>"Будь начальник наш, второй наш будь отец!&lt;br /&gt;</w:t>
        <w:br/>
        <w:t>Пропадем мы с нашим гетманом вконец:&lt;br /&gt;</w:t>
        <w:br/>
        <w:t>Перед польскими панами он дрожит;&lt;br /&gt;</w:t>
        <w:br/>
        <w:t>Кровь собратов проливать он нам велит;&lt;br /&gt;</w:t>
        <w:br/>
        <w:t>Здесь погибнет он от нашея руки".&lt;br /&gt;</w:t>
        <w:br/>
        <w:t>И гетмана окружили казаки;&lt;br /&gt;</w:t>
        <w:br/>
        <w:t>Стали ружья на гетмана наводить;&lt;br /&gt;</w:t>
        <w:br/>
        <w:t>На коленях он пощады стал просить...&lt;br /&gt;</w:t>
        <w:br/>
        <w:t>Выстрел — гетмана как не была душа:&lt;br /&gt;</w:t>
        <w:br/>
        <w:t>Днепр понес на море труп Барабаша! [3]&lt;br /&gt;</w:t>
        <w:br/>
        <w:t>Вот пришел священник в ризе парчевой&lt;br /&gt;</w:t>
        <w:br/>
        <w:t>И поставил на земле святой налой:&lt;br /&gt;</w:t>
        <w:br/>
        <w:t>Благодарственный молебен стал служить,&lt;br /&gt;</w:t>
        <w:br/>
        <w:t>За победу бога сил благодарить.&lt;br /&gt;</w:t>
        <w:br/>
        <w:t>Церковь им была — лазурный небосвод,&lt;br /&gt;</w:t>
        <w:br/>
        <w:t>А лампада — солнце по небу идет;&lt;br /&gt;</w:t>
        <w:br/>
        <w:t>От кадила вьется кверху легкий дым;&lt;br /&gt;</w:t>
        <w:br/>
        <w:t>Всё полно благоговением святым...&lt;br /&gt;</w:t>
        <w:br/>
        <w:t>С верой в сердце и с молитвой на устах&lt;br /&gt;</w:t>
        <w:br/>
        <w:t>Пред невидимым упали все во прах.&lt;br /&gt;</w:t>
        <w:br/>
        <w:t>Каждый воин всемогущего молил,&lt;br /&gt;</w:t>
        <w:br/>
        <w:t>Чтобы нового он гетмана хранил.&lt;br /&gt;</w:t>
        <w:br/>
        <w:t>Все Хмельницкому присягу дали тут,&lt;br /&gt;</w:t>
        <w:br/>
        <w:t>И к обозу на руках его несут...&lt;br /&gt;</w:t>
        <w:br/>
        <w:t>Здесь сыскали чарку пенного вина;&lt;br /&gt;</w:t>
        <w:br/>
        <w:t>С приговоркой по рукам пошла она,&lt;br /&gt;</w:t>
        <w:br/>
        <w:t>И поднялся у казаков пир горой.&lt;br /&gt;</w:t>
        <w:br/>
        <w:t>Во весь день звенели песни над рекой,&lt;br /&gt;</w:t>
        <w:br/>
        <w:t>Ввечеру зажгли по острову огни,&lt;br /&gt;</w:t>
        <w:br/>
        <w:t>И до света веселилися они!..</w:t>
      </w:r>
    </w:p>
    <w:p>
      <w:r>
        <w:br/>
        <w:t>1843</w:t>
      </w:r>
    </w:p>
    <w:p>
      <w:r>
        <w:br/>
        <w:t>3</w:t>
      </w:r>
    </w:p>
    <w:p>
      <w:r>
        <w:br/>
        <w:t>ПЕСНЯ</w:t>
      </w:r>
    </w:p>
    <w:p>
      <w:r>
        <w:br/>
        <w:t>Зеленая трава моя&lt;br /&gt;</w:t>
        <w:br/>
        <w:t>Под косою гнется.&lt;br /&gt;</w:t>
        <w:br/>
        <w:t>Головушка казацкая&lt;br /&gt;</w:t>
        <w:br/>
        <w:t>Знай себе смеется.</w:t>
      </w:r>
    </w:p>
    <w:p>
      <w:r>
        <w:br/>
        <w:t>Щебетун соловей,&lt;br /&gt;</w:t>
        <w:br/>
        <w:t>Слушай песни моей! [4]</w:t>
      </w:r>
    </w:p>
    <w:p>
      <w:r>
        <w:br/>
        <w:t>В калиновом саду моем&lt;br /&gt;</w:t>
        <w:br/>
        <w:t>Соловей щебечет;&lt;br /&gt;</w:t>
        <w:br/>
        <w:t>Мне, молодцу, в дому моем&lt;br /&gt;</w:t>
        <w:br/>
        <w:t>Всё жена перечит.</w:t>
      </w:r>
    </w:p>
    <w:p>
      <w:r>
        <w:br/>
        <w:t>Щебетун соловей,&lt;br /&gt;</w:t>
        <w:br/>
        <w:t>Слушай песни моей!</w:t>
      </w:r>
    </w:p>
    <w:p>
      <w:r>
        <w:br/>
        <w:t>До города до Киева&lt;br /&gt;</w:t>
        <w:br/>
        <w:t>Женушка ходила;&lt;br /&gt;</w:t>
        <w:br/>
        <w:t>Головушка казацкая&lt;br /&gt;</w:t>
        <w:br/>
        <w:t>Осемь дней кутила.</w:t>
      </w:r>
    </w:p>
    <w:p>
      <w:r>
        <w:br/>
        <w:t>Щебетун соловей,&lt;br /&gt;</w:t>
        <w:br/>
        <w:t>Слушай песни моей!</w:t>
      </w:r>
    </w:p>
    <w:p>
      <w:r>
        <w:br/>
        <w:t>Сказал гетман: миритеся —&lt;br /&gt;</w:t>
        <w:br/>
        <w:t>Вот и помирились;&lt;br /&gt;</w:t>
        <w:br/>
        <w:t>Луга были не кошены —&lt;br /&gt;</w:t>
        <w:br/>
        <w:t>Вот и покосились.</w:t>
      </w:r>
    </w:p>
    <w:p>
      <w:r>
        <w:br/>
        <w:t>Щебетун соловей,&lt;br /&gt;</w:t>
        <w:br/>
        <w:t>Слушай песни моей!</w:t>
      </w:r>
    </w:p>
    <w:p>
      <w:r>
        <w:br/>
        <w:t>Кошу, кошу — не косится...&lt;br /&gt;</w:t>
        <w:br/>
        <w:t>Дал же бог работу!&lt;br /&gt;</w:t>
        <w:br/>
        <w:t>Винтовочка всё просится&lt;br /&gt;</w:t>
        <w:br/>
        <w:t>В поле на охоту.</w:t>
      </w:r>
    </w:p>
    <w:p>
      <w:r>
        <w:br/>
        <w:t>Щебетун соловей,&lt;br /&gt;</w:t>
        <w:br/>
        <w:t>Слушай песни моей!</w:t>
      </w:r>
    </w:p>
    <w:p>
      <w:r>
        <w:br/>
        <w:t>В Пирятине мой дядюшка,&lt;br /&gt;</w:t>
        <w:br/>
        <w:t>Под Лубнами тетка...&lt;br /&gt;</w:t>
        <w:br/>
        <w:t>Косить сено, пахать поле,&lt;br /&gt;</w:t>
        <w:br/>
        <w:t>Право, не находка!</w:t>
      </w:r>
    </w:p>
    <w:p>
      <w:r>
        <w:br/>
        <w:t>Щебетун соловей,&lt;br /&gt;</w:t>
        <w:br/>
        <w:t>Слушай песни моей!</w:t>
      </w:r>
    </w:p>
    <w:p>
      <w:r>
        <w:br/>
        <w:t>1841</w:t>
      </w:r>
    </w:p>
    <w:p>
      <w:r>
        <w:br/>
        <w:t>4</w:t>
      </w:r>
    </w:p>
    <w:p>
      <w:r>
        <w:br/>
        <w:t>ПЕСНЯ БАНДУРИСТА</w:t>
      </w:r>
    </w:p>
    <w:p>
      <w:r>
        <w:br/>
        <w:t>Были у орла два сына.&lt;br /&gt;</w:t>
        <w:br/>
        <w:t>Вырос старший сын;&lt;br /&gt;</w:t>
        <w:br/>
        <w:t>Младший рано на чужбину&lt;br /&gt;</w:t>
        <w:br/>
        <w:t>Залетел один.</w:t>
      </w:r>
    </w:p>
    <w:p>
      <w:r>
        <w:br/>
        <w:t>Но лета не укрепили&lt;br /&gt;</w:t>
        <w:br/>
        <w:t>Мощного крыла;&lt;br /&gt;</w:t>
        <w:br/>
        <w:t>Он устал — и окружили&lt;br /&gt;</w:t>
        <w:br/>
        <w:t>Вороны орла.</w:t>
      </w:r>
    </w:p>
    <w:p>
      <w:r>
        <w:br/>
        <w:t>И, летая, жадным криком&lt;br /&gt;</w:t>
        <w:br/>
        <w:t>Смерть сулят ему.&lt;br /&gt;</w:t>
        <w:br/>
        <w:t>Знать, орлу на поле диком&lt;br /&gt;</w:t>
        <w:br/>
        <w:t>Сгибнуть одному!</w:t>
      </w:r>
    </w:p>
    <w:p>
      <w:r>
        <w:br/>
        <w:t>Крылья есть, да мало силы;&lt;br /&gt;</w:t>
        <w:br/>
        <w:t>Смутен он сидит;&lt;br /&gt;</w:t>
        <w:br/>
        <w:t>Смотрит вверх — о боже милый,&lt;br /&gt;</w:t>
        <w:br/>
        <w:t>Старший брат летит!</w:t>
      </w:r>
    </w:p>
    <w:p>
      <w:r>
        <w:br/>
        <w:t>Робко вороны сокрылись&lt;br /&gt;</w:t>
        <w:br/>
        <w:t>С криком в темный лес.&lt;br /&gt;</w:t>
        <w:br/>
        <w:t>Оба брата очутились&lt;br /&gt;</w:t>
        <w:br/>
        <w:t>В синеве небес...</w:t>
      </w:r>
    </w:p>
    <w:p>
      <w:r>
        <w:br/>
        <w:t>Братья обнялись родные&lt;br /&gt;</w:t>
        <w:br/>
        <w:t>И сильны опять,&lt;br /&gt;</w:t>
        <w:br/>
        <w:t>Как великая Россия&lt;br /&gt;</w:t>
        <w:br/>
        <w:t>Да Украйна-мать!</w:t>
      </w:r>
    </w:p>
    <w:p>
      <w:r>
        <w:br/>
        <w:t>1841</w:t>
      </w:r>
    </w:p>
    <w:p>
      <w:r>
        <w:br/>
        <w:t>[2] — "История руссов".&lt;br /&gt;</w:t>
        <w:br/>
        <w:t>[3] — "История Малороссии" Бантыш-Каменского, с. 238.&lt;br /&gt;</w:t>
        <w:br/>
        <w:t>[4] — Здесь нарочно оставлен малороссийский оборот речи.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 поэмы "Богдан"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