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Кармалюк</w:t>
      </w:r>
    </w:p>
    <w:p>
      <w:r>
        <w:br/>
        <w:t xml:space="preserve"> I</w:t>
      </w:r>
    </w:p>
    <w:p>
      <w:r>
        <w:br/>
        <w:t>Уляна вчора правду говорила:&lt;br /&gt;</w:t>
        <w:br/>
        <w:t>— Ходить не час, оберігайся ти. —&lt;br /&gt;</w:t>
        <w:br/>
        <w:t>А як її назвати: люба? мила?&lt;br /&gt;</w:t>
        <w:br/>
        <w:t>Чи ще б слова таємніші знайти?</w:t>
      </w:r>
    </w:p>
    <w:p>
      <w:r>
        <w:br/>
        <w:t>Хіба тим косам відшукаєш слово?&lt;br /&gt;</w:t>
        <w:br/>
        <w:t>Ясним очам, цілованим колись?&lt;br /&gt;</w:t>
        <w:br/>
        <w:t>Шуми, любові молода діброво,&lt;br /&gt;</w:t>
        <w:br/>
        <w:t>Уляно, чуєш? Де ти? Озовись!</w:t>
      </w:r>
    </w:p>
    <w:p>
      <w:r>
        <w:br/>
        <w:t>Він варить кашу сам усій артілі,&lt;br /&gt;</w:t>
        <w:br/>
        <w:t>Всипає солі, пробує на смак.&lt;br /&gt;</w:t>
        <w:br/>
        <w:t>Турбота зайва? Іч, якби не так,&lt;br /&gt;</w:t>
        <w:br/>
        <w:t>Не опечи язик на цьому ділі.</w:t>
      </w:r>
    </w:p>
    <w:p>
      <w:r>
        <w:br/>
        <w:t>Іще крутіш заварить кашу пану.&lt;br /&gt;</w:t>
        <w:br/>
        <w:t>Го-го, синки, гарячий стане день...&lt;br /&gt;</w:t>
        <w:br/>
        <w:t>А ті, що із Вівсянників, з Майдану,&lt;br /&gt;</w:t>
        <w:br/>
        <w:t>Учора хату кинувши лишень,</w:t>
      </w:r>
    </w:p>
    <w:p>
      <w:r>
        <w:br/>
        <w:t>Злюбили ліс і силу самопалу,&lt;br /&gt;</w:t>
        <w:br/>
        <w:t>Пороховий димок із гущавин,&lt;br /&gt;</w:t>
        <w:br/>
        <w:t>Підходячи до ватрища помалу,&lt;br /&gt;</w:t>
        <w:br/>
        <w:t>Сідають в коло, рівні, як один.</w:t>
      </w:r>
    </w:p>
    <w:p>
      <w:r>
        <w:br/>
        <w:t>Палають огнищ язики багряні.&lt;br /&gt;</w:t>
        <w:br/>
        <w:t>Обкурені скипають казани.&lt;br /&gt;</w:t>
        <w:br/>
        <w:t>Устим людей покликує: — Сини,&lt;br /&gt;</w:t>
        <w:br/>
        <w:t>Виходить так, ми люди не останні!</w:t>
      </w:r>
    </w:p>
    <w:p>
      <w:r>
        <w:br/>
        <w:t>Ми тут зійшлися, месники бідноти,&lt;br /&gt;</w:t>
        <w:br/>
        <w:t>Окривджені панами кріпаки,&lt;br /&gt;</w:t>
        <w:br/>
        <w:t>Із Білорусі, від Двіни-ріки,&lt;br /&gt;</w:t>
        <w:br/>
        <w:t>Із-під Москви й Дніпра, — одні турботи</w:t>
      </w:r>
    </w:p>
    <w:p>
      <w:r>
        <w:br/>
        <w:t>Звели нас тут, на помсту і відплату,&lt;br /&gt;</w:t>
        <w:br/>
        <w:t>Тож поклянімось, ми в борні — брати,&lt;br /&gt;</w:t>
        <w:br/>
        <w:t>До світлих днів будем разом іти,&lt;br /&gt;</w:t>
        <w:br/>
        <w:t>І горе кровопивцю! Горе кату!</w:t>
      </w:r>
    </w:p>
    <w:p>
      <w:r>
        <w:br/>
        <w:t>А люди в дружбі — то моя родина,&lt;br /&gt;</w:t>
        <w:br/>
        <w:t>В сім'ї народи встануть по мені.&lt;br /&gt;</w:t>
        <w:br/>
        <w:t>І кріпаки відчули: добра днина&lt;br /&gt;</w:t>
        <w:br/>
        <w:t>Їх кличе в даль у віщому огні.</w:t>
      </w:r>
    </w:p>
    <w:p>
      <w:r>
        <w:br/>
        <w:t>Спливає місяць, сяє злотом щирим.&lt;br /&gt;</w:t>
        <w:br/>
        <w:t>Шепоче пісня про нові літа,&lt;br /&gt;</w:t>
        <w:br/>
        <w:t>Що красне сонце світить за Сибіром,&lt;br /&gt;</w:t>
        <w:br/>
        <w:t>А на Вкраїну сокіл заліта.</w:t>
      </w:r>
    </w:p>
    <w:p>
      <w:r>
        <w:br/>
        <w:t>Грудьми шугне і до вікна постука,&lt;br /&gt;</w:t>
        <w:br/>
        <w:t>Спочине трохи, знову за своє...&lt;br /&gt;</w:t>
        <w:br/>
        <w:t>А люди кажуть: — Певно, Кармалюка&lt;br /&gt;</w:t>
        <w:br/>
        <w:t>Голоті рідній звістку подає.</w:t>
      </w:r>
    </w:p>
    <w:p>
      <w:r>
        <w:br/>
        <w:t>Устим сміється: — Та який я сокіл?&lt;br /&gt;</w:t>
        <w:br/>
        <w:t>Теж вигадають! Просто горобець!&lt;br /&gt;</w:t>
        <w:br/>
        <w:t>— Ой, не кажи, Устиме, — і співець&lt;br /&gt;</w:t>
        <w:br/>
        <w:t>Іще дзвінкіш затягує наокіл.</w:t>
      </w:r>
    </w:p>
    <w:p>
      <w:r>
        <w:br/>
        <w:t>— Тихіше, хлопці, досить того співу.&lt;br /&gt;</w:t>
        <w:br/>
        <w:t>Ви чуєте? Не чуєте? Гуде!&lt;br /&gt;</w:t>
        <w:br/>
        <w:t>— Ісправник їде?&lt;br /&gt;</w:t>
        <w:br/>
        <w:t>— Звідки йому?&lt;br /&gt;</w:t>
        <w:br/>
        <w:t>— Де?&lt;br /&gt;</w:t>
        <w:br/>
        <w:t>Духмяну тишу збивши полохливу,</w:t>
      </w:r>
    </w:p>
    <w:p>
      <w:r>
        <w:br/>
        <w:t>Мерщій в залогу. Щасна є прикмета —&lt;br /&gt;</w:t>
        <w:br/>
        <w:t>Якась пташина свиснула до них.&lt;br /&gt;</w:t>
        <w:br/>
        <w:t>Поскрипує на вибоях карета,&lt;br /&gt;</w:t>
        <w:br/>
        <w:t>Сопе під гору пара вороних!</w:t>
      </w:r>
    </w:p>
    <w:p>
      <w:r>
        <w:br/>
        <w:t>— Куди то, стій! Не поспішай навтечки.&lt;br /&gt;</w:t>
        <w:br/>
        <w:t>Направо, хлопці, діло є — роби! —&lt;br /&gt;</w:t>
        <w:br/>
        <w:t>Устим хватає коней за вуздечки,&lt;br /&gt;</w:t>
        <w:br/>
        <w:t>А ті хропуть, зметнувшись на диби.</w:t>
      </w:r>
    </w:p>
    <w:p>
      <w:r>
        <w:br/>
        <w:t>Корінник рже і копитами грюка,&lt;br /&gt;</w:t>
        <w:br/>
        <w:t>Три гайдуки з дозірними — вповал.&lt;br /&gt;</w:t>
        <w:br/>
        <w:t>— Щастить же!&lt;br /&gt;</w:t>
        <w:br/>
        <w:t>— Що?&lt;br /&gt;</w:t>
        <w:br/>
        <w:t>— Впіймалась риба-щука,&lt;br /&gt;</w:t>
        <w:br/>
        <w:t>Та не ісправник, братці, — генерал!</w:t>
      </w:r>
    </w:p>
    <w:p>
      <w:r>
        <w:br/>
        <w:t>Він зблід, як мрець, спітніли сиві скроні,&lt;br /&gt;</w:t>
        <w:br/>
        <w:t>Дорідні губи тіпаються, дрож...&lt;br /&gt;</w:t>
        <w:br/>
        <w:t>— Із гамана зсипай сюди червоні,&lt;br /&gt;</w:t>
        <w:br/>
        <w:t>Та не тремти, не займемо, чого ж!</w:t>
      </w:r>
    </w:p>
    <w:p>
      <w:r>
        <w:br/>
        <w:t>О, він віддасть, щоб тільки жить, чого там.&lt;br /&gt;</w:t>
        <w:br/>
        <w:t>Мідяну скриньку тягнуть гайдуки.&lt;br /&gt;</w:t>
        <w:br/>
        <w:t>Тече, дзвенить струмок гарячий злота,&lt;br /&gt;</w:t>
        <w:br/>
        <w:t>Як серед ночі грають світляки.</w:t>
      </w:r>
    </w:p>
    <w:p>
      <w:r>
        <w:br/>
        <w:t>Давно карета зникла у долині,&lt;br /&gt;</w:t>
        <w:br/>
        <w:t>З ромашок збивши полум'я роси.&lt;br /&gt;</w:t>
        <w:br/>
        <w:t>— Це, не забудь, Івану Кожурині, —&lt;br /&gt;</w:t>
        <w:br/>
        <w:t>Дітей у нього п'ятеро, — даси.</w:t>
      </w:r>
    </w:p>
    <w:p>
      <w:r>
        <w:br/>
        <w:t>Це Валовню, а це Перепелиці,&lt;br /&gt;</w:t>
        <w:br/>
        <w:t>Хоч хліба з пуд зажиє дідуган. —&lt;br /&gt;</w:t>
        <w:br/>
        <w:t>І круглячки дзвінкі, золотолиці&lt;br /&gt;</w:t>
        <w:br/>
        <w:t>Повзуть в кріпацький витертий гаман.</w:t>
      </w:r>
    </w:p>
    <w:p>
      <w:r>
        <w:br/>
        <w:t>— Оце вдові, їй, мабуть, не до того,&lt;br /&gt;</w:t>
        <w:br/>
        <w:t>Що Кармалюк бере на душу гріх,&lt;br /&gt;</w:t>
        <w:br/>
        <w:t>Собі лишаймо, хлопці, золотого,&lt;br /&gt;</w:t>
        <w:br/>
        <w:t>На завтра хліба купимо на всіх.</w:t>
      </w:r>
    </w:p>
    <w:p>
      <w:r>
        <w:br/>
        <w:t>Чекайте, люди, виб'ємося трошки... —&lt;br /&gt;</w:t>
        <w:br/>
        <w:t>Устим за пень сідає, мов за стіл,&lt;br /&gt;</w:t>
        <w:br/>
        <w:t>До кулешу, дає дозорним ложки,&lt;br /&gt;</w:t>
        <w:br/>
        <w:t>Черству хлібину крає наопіл.</w:t>
      </w:r>
    </w:p>
    <w:p>
      <w:r>
        <w:br/>
        <w:t>II</w:t>
      </w:r>
    </w:p>
    <w:p>
      <w:r>
        <w:br/>
        <w:t>Горно роздули, вугіль підсушили,&lt;br /&gt;</w:t>
        <w:br/>
        <w:t>Вже не звикать Микиті до робіт.&lt;br /&gt;</w:t>
        <w:br/>
        <w:t>У праці з майстром висушили жили,&lt;br /&gt;</w:t>
        <w:br/>
        <w:t>Тепер покурять, витруть чорний піт.</w:t>
      </w:r>
    </w:p>
    <w:p>
      <w:r>
        <w:br/>
        <w:t>Про се, про те спокійно йде балачка,&lt;br /&gt;</w:t>
        <w:br/>
        <w:t>На всі події є свої слова.&lt;br /&gt;</w:t>
        <w:br/>
        <w:t>А ніч липнева зводиться від сплячки,&lt;br /&gt;</w:t>
        <w:br/>
        <w:t>Сумна травичка тихо ожива.</w:t>
      </w:r>
    </w:p>
    <w:p>
      <w:r>
        <w:br/>
        <w:t>І попливли білястих туч навали&lt;br /&gt;</w:t>
        <w:br/>
        <w:t>Над росяним тужавим колоском.&lt;br /&gt;</w:t>
        <w:br/>
        <w:t>Огненні птиці неба край клювали,&lt;br /&gt;</w:t>
        <w:br/>
        <w:t>Віщуючи світання за ліском.</w:t>
      </w:r>
    </w:p>
    <w:p>
      <w:r>
        <w:br/>
        <w:t>В тарелі срібні жайворон ударив,&lt;br /&gt;</w:t>
        <w:br/>
        <w:t>Розсипався в зелені береги.&lt;br /&gt;</w:t>
        <w:br/>
        <w:t>Війнуло сном, казанням давніх марев.&lt;br /&gt;</w:t>
        <w:br/>
        <w:t>— Докінчуймо, Микито, ланцюги,</w:t>
      </w:r>
    </w:p>
    <w:p>
      <w:r>
        <w:br/>
        <w:t>Світа либонь лише чотири кільця&lt;br /&gt;</w:t>
        <w:br/>
        <w:t>Лишилось, дуй та вугілля підсип! —&lt;br /&gt;</w:t>
        <w:br/>
        <w:t>Свистить грудей старечих дужий хлип,&lt;br /&gt;</w:t>
        <w:br/>
        <w:t>Нагадує про старість, брів окрильця&lt;br /&gt;</w:t>
        <w:br/>
        <w:t>Звисають втомно, вже той день коли б.</w:t>
      </w:r>
    </w:p>
    <w:p>
      <w:r>
        <w:br/>
        <w:t>Ланцюг аж приска звивами густими,&lt;br /&gt;</w:t>
        <w:br/>
        <w:t>Горно палає, в кузні пада гук.&lt;br /&gt;</w:t>
        <w:br/>
        <w:t>Це все тобі зготовано, Устиме,&lt;br /&gt;</w:t>
        <w:br/>
        <w:t>Для ніг твоїх зготовано, для рук.</w:t>
      </w:r>
    </w:p>
    <w:p>
      <w:r>
        <w:br/>
        <w:t>III</w:t>
      </w:r>
    </w:p>
    <w:p>
      <w:r>
        <w:br/>
        <w:t>Ввели його, страшного і тепер&lt;br /&gt;</w:t>
        <w:br/>
        <w:t>Огнем очей, посмішкою лункою,&lt;br /&gt;</w:t>
        <w:br/>
        <w:t>Шість вартових, горбатий офіцер&lt;br /&gt;</w:t>
        <w:br/>
        <w:t>Поодаль став, наказ подав рукою.</w:t>
      </w:r>
    </w:p>
    <w:p>
      <w:r>
        <w:br/>
        <w:t>Горбатому не спалося вночі,&lt;br /&gt;</w:t>
        <w:br/>
        <w:t>Дорога снилась в далечі похмура,&lt;br /&gt;</w:t>
        <w:br/>
        <w:t>Стара казарма, темна, мов конура,&lt;br /&gt;</w:t>
        <w:br/>
        <w:t>А потім враз забрязкали ключі</w:t>
      </w:r>
    </w:p>
    <w:p>
      <w:r>
        <w:br/>
        <w:t>Від карцера чи одиночок, хто зна,&lt;br /&gt;</w:t>
        <w:br/>
        <w:t>Схопивсь як стій, в душі пекла жага.&lt;br /&gt;</w:t>
        <w:br/>
        <w:t>Здалося, ніч заходить передгрозна,&lt;br /&gt;</w:t>
        <w:br/>
        <w:t>До горла місяць руки простяга.</w:t>
      </w:r>
    </w:p>
    <w:p>
      <w:r>
        <w:br/>
        <w:t>А солов'ї ридають серед саду,&lt;br /&gt;</w:t>
        <w:br/>
        <w:t>А світ горить. Такі ще є дива!&lt;br /&gt;</w:t>
        <w:br/>
        <w:t>Він затаїв і пострах і досаду,&lt;br /&gt;</w:t>
        <w:br/>
        <w:t>Мовчазний буде ніч, і день, і два,</w:t>
      </w:r>
    </w:p>
    <w:p>
      <w:r>
        <w:br/>
        <w:t>Але покаже клятим бузувірам,&lt;br /&gt;</w:t>
        <w:br/>
        <w:t>Отим, що день стрічають з-поза ґрат,&lt;br /&gt;</w:t>
        <w:br/>
        <w:t>Що він на слово їхнє не повірив&lt;br /&gt;</w:t>
        <w:br/>
        <w:t>І що йому сам чорт тепер не брат!</w:t>
      </w:r>
    </w:p>
    <w:p>
      <w:r>
        <w:br/>
        <w:t>IV</w:t>
      </w:r>
    </w:p>
    <w:p>
      <w:r>
        <w:br/>
        <w:t>Засапавсь міх в червоному багатті,&lt;br /&gt;</w:t>
        <w:br/>
        <w:t>Одгупав молот, дзенькаючи, стих.&lt;br /&gt;</w:t>
        <w:br/>
        <w:t>Ввійшов Устим в чумарці рудуватій,&lt;br /&gt;</w:t>
        <w:br/>
        <w:t>В потертій шапці, в чоботях простих.</w:t>
      </w:r>
    </w:p>
    <w:p>
      <w:r>
        <w:br/>
        <w:t>У лісі жив і ночував на кручі,&lt;br /&gt;</w:t>
        <w:br/>
        <w:t>Рушниця з ним панам носила ляк,&lt;br /&gt;</w:t>
        <w:br/>
        <w:t>А продирався крізь терни колючі,&lt;br /&gt;</w:t>
        <w:br/>
        <w:t>То покалічив руки як-не-як.</w:t>
      </w:r>
    </w:p>
    <w:p>
      <w:r>
        <w:br/>
        <w:t>Щоку роздер десь об сучок дубовий.&lt;br /&gt;</w:t>
        <w:br/>
        <w:t>Але к чому тепер ота краса?&lt;br /&gt;</w:t>
        <w:br/>
        <w:t>Ставний, широкоплечий, чорнобровий,&lt;br /&gt;</w:t>
        <w:br/>
        <w:t>Та в синіх очах полум'я згаса.</w:t>
      </w:r>
    </w:p>
    <w:p>
      <w:r>
        <w:br/>
        <w:t>— Здорові будьте, ковалі хороші! —&lt;br /&gt;</w:t>
        <w:br/>
        <w:t>Хотів гукнуть, як тому кілька днів,&lt;br /&gt;</w:t>
        <w:br/>
        <w:t>Коли під чорним дубом гомонів,&lt;br /&gt;</w:t>
        <w:br/>
        <w:t>На всю голоту поділивши гроші.</w:t>
      </w:r>
    </w:p>
    <w:p>
      <w:r>
        <w:br/>
        <w:t>Та не гукнув, багнетів сталь відлита&lt;br /&gt;</w:t>
        <w:br/>
        <w:t>Сягнула вбік, — прямуй і не зверни!&lt;br /&gt;</w:t>
        <w:br/>
        <w:t>А слабодухий чоловік Микита&lt;br /&gt;</w:t>
        <w:br/>
        <w:t>Уже ладнав на ноги кайдани.</w:t>
      </w:r>
    </w:p>
    <w:p>
      <w:r>
        <w:br/>
        <w:t>V</w:t>
      </w:r>
    </w:p>
    <w:p>
      <w:r>
        <w:br/>
        <w:t>Устим стояв, ввижалася дорога&lt;br /&gt;</w:t>
        <w:br/>
        <w:t>По першому грудневому сніжку,&lt;br /&gt;</w:t>
        <w:br/>
        <w:t>Далеко геть, подальше від острога,&lt;br /&gt;</w:t>
        <w:br/>
        <w:t>В морозну путь, нітрохи не важку.</w:t>
      </w:r>
    </w:p>
    <w:p>
      <w:r>
        <w:br/>
        <w:t>Хай свище заметь, без тепла і хліба,&lt;br /&gt;</w:t>
        <w:br/>
        <w:t>Як бажаний і довгожданий гість,&lt;br /&gt;</w:t>
        <w:br/>
        <w:t>Він до людей було вночі придиба,&lt;br /&gt;</w:t>
        <w:br/>
        <w:t>Зігріється і каші попоїсть,</w:t>
      </w:r>
    </w:p>
    <w:p>
      <w:r>
        <w:br/>
        <w:t>Пограється любенько з дітлахами,&lt;br /&gt;</w:t>
        <w:br/>
        <w:t>Бо в нього теж в домівці два малих.&lt;br /&gt;</w:t>
        <w:br/>
        <w:t>Але якими добрими шляхами&lt;br /&gt;</w:t>
        <w:br/>
        <w:t>Пробратися йому тепер до них?</w:t>
      </w:r>
    </w:p>
    <w:p>
      <w:r>
        <w:br/>
        <w:t>Крізь сон ночей, і мжичку, і порошу&lt;br /&gt;</w:t>
        <w:br/>
        <w:t>Шукав людей од мандрів одпочить.&lt;br /&gt;</w:t>
        <w:br/>
        <w:t>Задихав міх.&lt;br /&gt;</w:t>
        <w:br/>
        <w:t>— Ну, що, Устиме, прошу,&lt;br /&gt;</w:t>
        <w:br/>
        <w:t>Давай-но руку! — I в єдину мить</w:t>
      </w:r>
    </w:p>
    <w:p>
      <w:r>
        <w:br/>
        <w:t>Кільцем затис. Уста скривив од жалю&lt;br /&gt;</w:t>
        <w:br/>
        <w:t>Чи від злоби — солдатам все одно.&lt;br /&gt;</w:t>
        <w:br/>
        <w:t>— Давненько ми не бачились, ковалю, —&lt;br /&gt;</w:t>
        <w:br/>
        <w:t>Сказав Устим, — не бачились давно.</w:t>
      </w:r>
    </w:p>
    <w:p>
      <w:r>
        <w:br/>
        <w:t>Чи, може, той рік, в клуні, серед току&lt;br /&gt;</w:t>
        <w:br/>
        <w:t>Ти пив горілку, плакався мені,&lt;br /&gt;</w:t>
        <w:br/>
        <w:t>А вже сьогодні стрів, їй-бо, нівроку,&lt;br /&gt;</w:t>
        <w:br/>
        <w:t>Розпеченим залізом у вогні.</w:t>
      </w:r>
    </w:p>
    <w:p>
      <w:r>
        <w:br/>
        <w:t>Це хліб за хліб, виходить, молодчина,&lt;br /&gt;</w:t>
        <w:br/>
        <w:t>Шукай такого з свічкою в юрбі.&lt;br /&gt;</w:t>
        <w:br/>
        <w:t>Візьми оцю у мене й сірячину,&lt;br /&gt;</w:t>
        <w:br/>
        <w:t>За труд гіркий подякую тобі.</w:t>
      </w:r>
    </w:p>
    <w:p>
      <w:r>
        <w:br/>
        <w:t>Знімає з пліч і кидає додолу&lt;br /&gt;</w:t>
        <w:br/>
        <w:t>Свитину чорну, пояс вишивний&lt;br /&gt;</w:t>
        <w:br/>
        <w:t>І простягає руку теплу й голу&lt;br /&gt;</w:t>
        <w:br/>
        <w:t>І надягає кільця й каже: — Бий,</w:t>
      </w:r>
    </w:p>
    <w:p>
      <w:r>
        <w:br/>
        <w:t>Тобі-то що? За мідяки притерті&lt;br /&gt;</w:t>
        <w:br/>
        <w:t>Ти, може, й душу закуєш в обруч? —&lt;br /&gt;</w:t>
        <w:br/>
        <w:t>Але коваль підводить очі вперті&lt;br /&gt;</w:t>
        <w:br/>
        <w:t>І просить об однім: — Не муч, не муч!</w:t>
      </w:r>
    </w:p>
    <w:p>
      <w:r>
        <w:br/>
        <w:t>І б'є з такою люттю залізяку,&lt;br /&gt;</w:t>
        <w:br/>
        <w:t>Що сиплють іскри й гаснуть віддаля,&lt;br /&gt;</w:t>
        <w:br/>
        <w:t>Що офіцер аж уші затуля&lt;br /&gt;</w:t>
        <w:br/>
        <w:t>І тупає ногами з переляку.</w:t>
      </w:r>
    </w:p>
    <w:p>
      <w:r>
        <w:br/>
        <w:t>VI</w:t>
      </w:r>
    </w:p>
    <w:p>
      <w:r>
        <w:br/>
        <w:t>Але Устим сміється з тої злості:&lt;br /&gt;</w:t>
        <w:br/>
        <w:t>Коли пішов служити, то служи,&lt;br /&gt;</w:t>
        <w:br/>
        <w:t>Як кажуть люди, боже поможи,&lt;br /&gt;</w:t>
        <w:br/>
        <w:t>А ми в цій кузні мимоволі гості.</w:t>
      </w:r>
    </w:p>
    <w:p>
      <w:r>
        <w:br/>
        <w:t>Мені однаково в людському горі&lt;br /&gt;</w:t>
        <w:br/>
        <w:t>Боротися, шукаючи зорю.&lt;br /&gt;</w:t>
        <w:br/>
        <w:t>Якщо мене сваволя не поборе,&lt;br /&gt;</w:t>
        <w:br/>
        <w:t>То я її, будь проклят, поборю!</w:t>
      </w:r>
    </w:p>
    <w:p>
      <w:r>
        <w:br/>
        <w:t>Що загадав, те буду вік леліти,&lt;br /&gt;</w:t>
        <w:br/>
        <w:t>Вночі не сплю, думкам нема кінця,&lt;br /&gt;</w:t>
        <w:br/>
        <w:t>А серцю важко: діти мої, діти,&lt;br /&gt;</w:t>
        <w:br/>
        <w:t>Старим вернусь, пізнаєте отця?</w:t>
      </w:r>
    </w:p>
    <w:p>
      <w:r>
        <w:br/>
        <w:t>Він так подумав і зрадів, що сила&lt;br /&gt;</w:t>
        <w:br/>
        <w:t>Цвіте в очах, в руці карбує слід.&lt;br /&gt;</w:t>
        <w:br/>
        <w:t>Біляста туча небо полонила,&lt;br /&gt;</w:t>
        <w:br/>
        <w:t>І в ній котився сонця стиглий плід.</w:t>
      </w:r>
    </w:p>
    <w:p>
      <w:r>
        <w:br/>
        <w:t>В тарілі срібні жайворон ударив,&lt;br /&gt;</w:t>
        <w:br/>
        <w:t>І розігнувся стомлений Устим,&lt;br /&gt;</w:t>
        <w:br/>
        <w:t>Поважним рухом, легким і простим,&lt;br /&gt;</w:t>
        <w:br/>
        <w:t>Загріб з багаття золотого жару.</w:t>
      </w:r>
    </w:p>
    <w:p>
      <w:r>
        <w:br/>
        <w:t>— Закуримо, солдатики? — По слові,&lt;br /&gt;</w:t>
        <w:br/>
        <w:t>На мить заворушились вартові,&lt;br /&gt;</w:t>
        <w:br/>
        <w:t>І дивно стало, що вони, живі,&lt;br /&gt;</w:t>
        <w:br/>
        <w:t>До полудня стояли, як дубові.</w:t>
      </w:r>
    </w:p>
    <w:p>
      <w:r>
        <w:br/>
        <w:t>У них також ростуть в неволі діти,&lt;br /&gt;</w:t>
        <w:br/>
        <w:t>А цей, Устим — їм щастя здобува,&lt;br /&gt;</w:t>
        <w:br/>
        <w:t>Щоб мали волю і свої права,&lt;br /&gt;</w:t>
        <w:br/>
        <w:t>То як солдату все не розуміти!</w:t>
      </w:r>
    </w:p>
    <w:p>
      <w:r>
        <w:br/>
        <w:t>Старий солдат вже й пучку наготовив,&lt;br /&gt;</w:t>
        <w:br/>
        <w:t>Шепнув губами, щось хотів казать,&lt;br /&gt;</w:t>
        <w:br/>
        <w:t>Але горбань рвонувся: — Ать, два, ать! —&lt;br /&gt;</w:t>
        <w:br/>
        <w:t>Підняв кулак, тонкі насупив брови.</w:t>
      </w:r>
    </w:p>
    <w:p>
      <w:r>
        <w:br/>
        <w:t>Тоді й Устим розгнівавсь: — Що ж вони?&lt;br /&gt;</w:t>
        <w:br/>
        <w:t>Німотне бидло? Парії докучні? —&lt;br /&gt;</w:t>
        <w:br/>
        <w:t>І так рвонув, що брязнули наручні&lt;br /&gt;</w:t>
        <w:br/>
        <w:t>І тріснули закуті кайдани.</w:t>
      </w:r>
    </w:p>
    <w:p>
      <w:r>
        <w:br/>
        <w:t>І розкотились сизуваті кільця:&lt;br /&gt;</w:t>
        <w:br/>
        <w:t>— Доволі мук! Доволі з мене мук! —&lt;br /&gt;</w:t>
        <w:br/>
        <w:t>Який він в біса тихий підневільця,&lt;br /&gt;</w:t>
        <w:br/>
        <w:t>Він є Устим, славетний Кармалюк!</w:t>
      </w:r>
    </w:p>
    <w:p>
      <w:r>
        <w:br/>
        <w:t>VII</w:t>
      </w:r>
    </w:p>
    <w:p>
      <w:r>
        <w:br/>
        <w:t>Отак і жив у кам'янім полоні.&lt;br /&gt;</w:t>
        <w:br/>
        <w:t>Світанок. Південь. Вартових сюрчок.&lt;br /&gt;</w:t>
        <w:br/>
        <w:t>В тюремному подвір'ї на ослоні&lt;br /&gt;</w:t>
        <w:br/>
        <w:t>Поклали різок солених пучок.</w:t>
      </w:r>
    </w:p>
    <w:p>
      <w:r>
        <w:br/>
        <w:t>За кайдани розбиті й непокору,&lt;br /&gt;</w:t>
        <w:br/>
        <w:t>За глум, що стерпів офіцерський чин,&lt;br /&gt;</w:t>
        <w:br/>
        <w:t>Устима провели посеред двору,&lt;br /&gt;</w:t>
        <w:br/>
        <w:t>І вже відомо, із яких причин</w:t>
      </w:r>
    </w:p>
    <w:p>
      <w:r>
        <w:br/>
        <w:t>Ворітницю замкнули на засови,&lt;br /&gt;</w:t>
        <w:br/>
        <w:t>На три замки, і десять вартових&lt;br /&gt;</w:t>
        <w:br/>
        <w:t>Завмерли у дверях не випадково.&lt;br /&gt;</w:t>
        <w:br/>
        <w:t>А вже Устим, проходячи повз них,</w:t>
      </w:r>
    </w:p>
    <w:p>
      <w:r>
        <w:br/>
        <w:t>В зловісну тишу вдарилась луна,&lt;br /&gt;</w:t>
        <w:br/>
        <w:t>На люту кару клалися прикмети,? —&lt;br /&gt;</w:t>
        <w:br/>
        <w:t>Гукнув: — Здорово, братці, як живете&lt;br /&gt;</w:t>
        <w:br/>
        <w:t>Устиму, справді, це не первина,</w:t>
      </w:r>
    </w:p>
    <w:p>
      <w:r>
        <w:br/>
        <w:t>Він зняв бушлат, повільно здяв сорочку,&lt;br /&gt;</w:t>
        <w:br/>
        <w:t>Білизну чисту бережно скотив,&lt;br /&gt;</w:t>
        <w:br/>
        <w:t>А десь у серці, в приспанім куточку,&lt;br /&gt;</w:t>
        <w:br/>
        <w:t>Тремтів од пісні давньої мотив.</w:t>
      </w:r>
    </w:p>
    <w:p>
      <w:r>
        <w:br/>
        <w:t>Коли ж різок не стало на ослоні,&lt;br /&gt;</w:t>
        <w:br/>
        <w:t>Криваві смуги зрізали плече,&lt;br /&gt;</w:t>
        <w:br/>
        <w:t>Він голову поклав собі в долоні&lt;br /&gt;</w:t>
        <w:br/>
        <w:t>І заспівав призивно-гаряче,</w:t>
      </w:r>
    </w:p>
    <w:p>
      <w:r>
        <w:br/>
        <w:t>Що за Сибіром буйний вітер віє,&lt;br /&gt;</w:t>
        <w:br/>
        <w:t>І пада сонце пташкою до рук,&lt;br /&gt;</w:t>
        <w:br/>
        <w:t>Але ви, хлопці, не губіть надії,&lt;br /&gt;</w:t>
        <w:br/>
        <w:t>За вас подума добре Кармалюк.</w:t>
      </w:r>
    </w:p>
    <w:p>
      <w:r>
        <w:br/>
        <w:t>Зовуть його пани розбійним татем,&lt;br /&gt;</w:t>
        <w:br/>
        <w:t>А між людей то слава не лиха,&lt;br /&gt;</w:t>
        <w:br/>
        <w:t>Заллє за шкуру сала пребагатим,&lt;br /&gt;</w:t>
        <w:br/>
        <w:t>І бог відпустить душу від гріха.</w:t>
      </w:r>
    </w:p>
    <w:p>
      <w:r>
        <w:br/>
        <w:t>Ісправники, асесори в турботі,&lt;br /&gt;</w:t>
        <w:br/>
        <w:t>Не знають, де початому межа,&lt;br /&gt;</w:t>
        <w:br/>
        <w:t>Бо він дарує гроші всі голоті,&lt;br /&gt;</w:t>
        <w:br/>
        <w:t>А як панам — то кулю та ножа!</w:t>
      </w:r>
    </w:p>
    <w:p>
      <w:r>
        <w:br/>
        <w:t>VIII</w:t>
      </w:r>
    </w:p>
    <w:p>
      <w:r>
        <w:br/>
        <w:t>Другого дня в рожевім надвечірку&lt;br /&gt;</w:t>
        <w:br/>
        <w:t>Краплистий дощ отави окропив,&lt;br /&gt;</w:t>
        <w:br/>
        <w:t>Прим'яв злегенька вистиглу матірку&lt;br /&gt;</w:t>
        <w:br/>
        <w:t>І райдугою став серед степів.</w:t>
      </w:r>
    </w:p>
    <w:p>
      <w:r>
        <w:br/>
        <w:t>Землі паркій, мов сизуватій птиці,&lt;br /&gt;</w:t>
        <w:br/>
        <w:t>На крила впала райдужна краплинь.&lt;br /&gt;</w:t>
        <w:br/>
        <w:t>Хлоп'ячий гамір, вітру тепла линь,&lt;br /&gt;</w:t>
        <w:br/>
        <w:t>Багряний цвіт вечірньої зірниці,</w:t>
      </w:r>
    </w:p>
    <w:p>
      <w:r>
        <w:br/>
        <w:t>І голубів голівки одинокі&lt;br /&gt;</w:t>
        <w:br/>
        <w:t>Під житньою застріхою двора —&lt;br /&gt;</w:t>
        <w:br/>
        <w:t>Це все влилося казкою у спокій:&lt;br /&gt;</w:t>
        <w:br/>
        <w:t>— Яка пора, — Устим сказав, — пора...</w:t>
      </w:r>
    </w:p>
    <w:p>
      <w:r>
        <w:br/>
        <w:t>В таку годину в полі серед лану&lt;br /&gt;</w:t>
        <w:br/>
        <w:t>Покосів жовтих пломеніє слід. —&lt;br /&gt;</w:t>
        <w:br/>
        <w:t>І враз схопивсь: — Ото чи не Уляну&lt;br /&gt;</w:t>
        <w:br/>
        <w:t>Спиняє вартовий біля воріт?</w:t>
      </w:r>
    </w:p>
    <w:p>
      <w:r>
        <w:br/>
        <w:t>Відчув, як сон: жара пече долоні,&lt;br /&gt;</w:t>
        <w:br/>
        <w:t>Бентежних дум підносяться рої,&lt;br /&gt;</w:t>
        <w:br/>
        <w:t>Але вже близько кісники червоні&lt;br /&gt;</w:t>
        <w:br/>
        <w:t>І білозуба посмішка її.</w:t>
      </w:r>
    </w:p>
    <w:p>
      <w:r>
        <w:br/>
        <w:t>Це тижнів п'ять не бачилися в літі,&lt;br /&gt;</w:t>
        <w:br/>
        <w:t>Та він її одразу пізнає:&lt;br /&gt;</w:t>
        <w:br/>
        <w:t>Ті ж карі очі, ласкою налиті,&lt;br /&gt;</w:t>
        <w:br/>
        <w:t>Руді сап'янці... — Серце ти моє,</w:t>
      </w:r>
    </w:p>
    <w:p>
      <w:r>
        <w:br/>
        <w:t>Далеко йшла? — Бере її хустину:&lt;br /&gt;</w:t>
        <w:br/>
        <w:t>— Давай зітру з обличчя пилюгу. —&lt;br /&gt;</w:t>
        <w:br/>
        <w:t>І пригорта. — Пусти мене, Устиме, —&lt;br /&gt;</w:t>
        <w:br/>
        <w:t>Сама шукає руку дорогу.</w:t>
      </w:r>
    </w:p>
    <w:p>
      <w:r>
        <w:br/>
        <w:t>І заглядає глибоко у вічі:&lt;br /&gt;</w:t>
        <w:br/>
        <w:t>— Устимоньку! (не бачить наглядач?)&lt;br /&gt;</w:t>
        <w:br/>
        <w:t>Я вже либонь приходила аж двічі,&lt;br /&gt;</w:t>
        <w:br/>
        <w:t>Та не пустили, а тепер, як бач.</w:t>
      </w:r>
    </w:p>
    <w:p>
      <w:r>
        <w:br/>
        <w:t>І хусточку розв'язує барвисту&lt;br /&gt;</w:t>
        <w:br/>
        <w:t>(Хустина, вечір, тихі явори...)&lt;br /&gt;</w:t>
        <w:br/>
        <w:t>— Оце тобі принесла попоїсти,&lt;br /&gt;</w:t>
        <w:br/>
        <w:t>Це калачі, це яблука, — бери.</w:t>
      </w:r>
    </w:p>
    <w:p>
      <w:r>
        <w:br/>
        <w:t>А схуд за літо! Певне, серед ночі&lt;br /&gt;</w:t>
        <w:br/>
        <w:t>Не спиш чи, може, їсти не дають?&lt;br /&gt;</w:t>
        <w:br/>
        <w:t>Казали батько: "І чого він хоче?&lt;br /&gt;</w:t>
        <w:br/>
        <w:t>Нащо ховає в серці дику лють?</w:t>
      </w:r>
    </w:p>
    <w:p>
      <w:r>
        <w:br/>
        <w:t>Є жінка й діти і шматина поля,&lt;br /&gt;</w:t>
        <w:br/>
        <w:t>Своя хатина, невеличкий двір.&lt;br /&gt;</w:t>
        <w:br/>
        <w:t>А то ж одне: тюрма, нагай, неволя,&lt;br /&gt;</w:t>
        <w:br/>
        <w:t>Гляди, і знову запечуть в Сибір!"</w:t>
      </w:r>
    </w:p>
    <w:p>
      <w:r>
        <w:br/>
        <w:t>Ой, горе, горе! Що робити буду?&lt;br /&gt;</w:t>
        <w:br/>
        <w:t>Тобі я, десь, ні мати, ні жона.&lt;br /&gt;</w:t>
        <w:br/>
        <w:t>Поміж людей наслухалась огуди,&lt;br /&gt;</w:t>
        <w:br/>
        <w:t>Забуть хотіла б, — образ вирина</w:t>
      </w:r>
    </w:p>
    <w:p>
      <w:r>
        <w:br/>
        <w:t>І кличе й манить, як на щедрі-свята...&lt;br /&gt;</w:t>
        <w:br/>
        <w:t>Вона в розраді пада до плеча.&lt;br /&gt;</w:t>
        <w:br/>
        <w:t>— Уляно, сядь, — підстелює бушлата, —&lt;br /&gt;</w:t>
        <w:br/>
        <w:t>Уляно, — каже, й слів невистача.</w:t>
      </w:r>
    </w:p>
    <w:p>
      <w:r>
        <w:br/>
        <w:t>Не впали побратими поодинці,&lt;br /&gt;</w:t>
        <w:br/>
        <w:t>Огонь від ватрищ ще не догорів.&lt;br /&gt;</w:t>
        <w:br/>
        <w:t>Вона прийшла у голубій хустинці,&lt;br /&gt;</w:t>
        <w:br/>
        <w:t>Сторожко й мило глянула з-під брів.</w:t>
      </w:r>
    </w:p>
    <w:p>
      <w:r>
        <w:br/>
        <w:t>В тяжку годину знав він, що подіє,&lt;br /&gt;</w:t>
        <w:br/>
        <w:t>Зорі палкої пломінь не зачах.&lt;br /&gt;</w:t>
        <w:br/>
        <w:t>Вона прийшла, як знайдена надія,&lt;br /&gt;</w:t>
        <w:br/>
        <w:t>В красі дівочій, з огником в очах.</w:t>
      </w:r>
    </w:p>
    <w:p>
      <w:r>
        <w:br/>
        <w:t>І в темну ніч, в осінню непогоду,&lt;br /&gt;</w:t>
        <w:br/>
        <w:t>Під сірий дощ чи бурі лютий вий,&lt;br /&gt;</w:t>
        <w:br/>
        <w:t>Він пив із уст юнку, гарячу вроду,&lt;br /&gt;</w:t>
        <w:br/>
        <w:t>Як спраглий п'є струмочок лісовий.</w:t>
      </w:r>
    </w:p>
    <w:p>
      <w:r>
        <w:br/>
        <w:t>Відчув тепер, що літо повертає,&lt;br /&gt;</w:t>
        <w:br/>
        <w:t>Високий сонях на дощі замок,&lt;br /&gt;</w:t>
        <w:br/>
        <w:t>І райдуги роздолля неокрає&lt;br /&gt;</w:t>
        <w:br/>
        <w:t>Крильми черкає сивий голубок.</w:t>
      </w:r>
    </w:p>
    <w:p>
      <w:r>
        <w:br/>
        <w:t>Гаряча кров ударила у скроні,&lt;br /&gt;</w:t>
        <w:br/>
        <w:t>Рум'янцями спахнула на лиці,&lt;br /&gt;</w:t>
        <w:br/>
        <w:t>І він стиска малі її долоні,&lt;br /&gt;</w:t>
        <w:br/>
        <w:t>Мов двоє крилець, у своїй руці.</w:t>
      </w:r>
    </w:p>
    <w:p>
      <w:r>
        <w:br/>
        <w:t>Уляна знову горнеться до нього,&lt;br /&gt;</w:t>
        <w:br/>
        <w:t>Підводить очі милі та сумні:&lt;br /&gt;</w:t>
        <w:br/>
        <w:t>— Чи не забув, Устим, панка рудого,&lt;br /&gt;</w:t>
        <w:br/>
        <w:t>Що завжди верхи їздив на коні?</w:t>
      </w:r>
    </w:p>
    <w:p>
      <w:r>
        <w:br/>
        <w:t>Змовкає, жде, зашарівшись обличчям:&lt;br /&gt;</w:t>
        <w:br/>
        <w:t>— Він сватає мене... Така напасть!&lt;br /&gt;</w:t>
        <w:br/>
        <w:t>Вже місяць їздять вдвох із лісовничим,&lt;br /&gt;</w:t>
        <w:br/>
        <w:t>А батько згоден, мабуть що віддасть,</w:t>
      </w:r>
    </w:p>
    <w:p>
      <w:r>
        <w:br/>
        <w:t>Бо вже й по чарці добре випивали.&lt;br /&gt;</w:t>
        <w:br/>
        <w:t>Були при хаті двічі старости...&lt;br /&gt;</w:t>
        <w:br/>
        <w:t>Устиме, любий, ти мене прости,&lt;br /&gt;</w:t>
        <w:br/>
        <w:t>А як про це сказати, — я не знала.</w:t>
      </w:r>
    </w:p>
    <w:p>
      <w:r>
        <w:br/>
        <w:t>Коли б у тебе не дружина й діти,&lt;br /&gt;</w:t>
        <w:br/>
        <w:t>Пішли б удвох на каторгу в Сибір,&lt;br /&gt;</w:t>
        <w:br/>
        <w:t>А так, скажи, ну що мені робити?&lt;br /&gt;</w:t>
        <w:br/>
        <w:t>Кругом неласка, сміх та поговір...</w:t>
      </w:r>
    </w:p>
    <w:p>
      <w:r>
        <w:br/>
        <w:t>Устим завмер... — Тебе? За нього? Заміж?&lt;br /&gt;</w:t>
        <w:br/>
        <w:t>Чогось тобі на жарти повелось! —&lt;br /&gt;</w:t>
        <w:br/>
        <w:t>Але відчув — не виказать словами&lt;br /&gt;</w:t>
        <w:br/>
        <w:t>Того, що в серці в неї запеклось.</w:t>
      </w:r>
    </w:p>
    <w:p>
      <w:r>
        <w:br/>
        <w:t>Він затремтів. — А.як же я, Уляно? —&lt;br /&gt;</w:t>
        <w:br/>
        <w:t>І в перший раз відчув, немов жало&lt;br /&gt;</w:t>
        <w:br/>
        <w:t>Ввійшло йому у груди полум'яне,&lt;br /&gt;</w:t>
        <w:br/>
        <w:t>Убивши все, що квітло і жило.</w:t>
      </w:r>
    </w:p>
    <w:p>
      <w:r>
        <w:br/>
        <w:t>IX</w:t>
      </w:r>
    </w:p>
    <w:p>
      <w:r>
        <w:br/>
        <w:t>Ах, осінь, осінь! Всім дано сивіти,&lt;br /&gt;</w:t>
        <w:br/>
        <w:t>Як мовлять мудрі: взнать добро і зло.&lt;br /&gt;</w:t>
        <w:br/>
        <w:t>Одні на схилі літ живуть, як діти,&lt;br /&gt;</w:t>
        <w:br/>
        <w:t>Другим же розум скрашує чоло.</w:t>
      </w:r>
    </w:p>
    <w:p>
      <w:r>
        <w:br/>
        <w:t>Несім серця, немов скарби гарячі,&lt;br /&gt;</w:t>
        <w:br/>
        <w:t>Хай грім походів душу виповня.&lt;br /&gt;</w:t>
        <w:br/>
        <w:t>Хто ліньки жив, — оглянеться й заплаче,&lt;br /&gt;</w:t>
        <w:br/>
        <w:t>Що згасне день, а він не бачив дня.</w:t>
      </w:r>
    </w:p>
    <w:p>
      <w:r>
        <w:br/>
        <w:t>Минуло літо: осінь гне ліщину,&lt;br /&gt;</w:t>
        <w:br/>
        <w:t>Густих зірок вивішує разки,&lt;br /&gt;</w:t>
        <w:br/>
        <w:t>А завітавши в сад на даровщину,&lt;br /&gt;</w:t>
        <w:br/>
        <w:t>Зливає мед в полив'яні миски.</w:t>
      </w:r>
    </w:p>
    <w:p>
      <w:r>
        <w:br/>
        <w:t>Зерна рясного висипле із кружки,&lt;br /&gt;</w:t>
        <w:br/>
        <w:t>Годує зрання зграю голубів,&lt;br /&gt;</w:t>
        <w:br/>
        <w:t>На весілля загляне, наче дружка,&lt;br /&gt;</w:t>
        <w:br/>
        <w:t>В зеленій плахті, в золоті дубів.</w:t>
      </w:r>
    </w:p>
    <w:p>
      <w:r>
        <w:br/>
        <w:t>Ах, осінь, осінь, юнь багряносльоза,&lt;br /&gt;</w:t>
        <w:br/>
        <w:t>Виходь сестрою в голубі поля,&lt;br /&gt;</w:t>
        <w:br/>
        <w:t>Де в кайданах, прикутого до воза,&lt;br /&gt;</w:t>
        <w:br/>
        <w:t>Ведуть в Сибір Устима Кармаля!</w:t>
      </w:r>
    </w:p>
    <w:p>
      <w:r>
        <w:br/>
        <w:t>Йому ніяк не випадає вмерти,&lt;br /&gt;</w:t>
        <w:br/>
        <w:t>З весни на осінь, з року в інший рік.&lt;br /&gt;</w:t>
        <w:br/>
        <w:t>З Сибіру біг він тричі, і вчетверте&lt;br /&gt;</w:t>
        <w:br/>
        <w:t>Дали конвойних двадцять чоловік.</w:t>
      </w:r>
    </w:p>
    <w:p>
      <w:r>
        <w:br/>
        <w:t>Ідуть вони попереду й позаду,&lt;br /&gt;</w:t>
        <w:br/>
        <w:t>Блищать кокард сріблясті кружала,&lt;br /&gt;</w:t>
        <w:br/>
        <w:t>А до патронів видано пораду,&lt;br /&gt;</w:t>
        <w:br/>
        <w:t>Яка в душі із острахом жила:</w:t>
      </w:r>
    </w:p>
    <w:p>
      <w:r>
        <w:br/>
        <w:t>Що їсти їм по двічі десь на днину&lt;br /&gt;</w:t>
        <w:br/>
        <w:t>Кандьор пісний і житні сухарі,&lt;br /&gt;</w:t>
        <w:br/>
        <w:t>Але страшну у кайданах людину&lt;br /&gt;</w:t>
        <w:br/>
        <w:t>В надзор.і мати обі всій порі.</w:t>
      </w:r>
    </w:p>
    <w:p>
      <w:r>
        <w:br/>
        <w:t>Якщо ж у в'язня буде ніч тривожна,&lt;br /&gt;</w:t>
        <w:br/>
        <w:t>Гляди, задума зникнути тайком,&lt;br /&gt;</w:t>
        <w:br/>
        <w:t>То не жалій, солдатики, — все можна:&lt;br /&gt;</w:t>
        <w:br/>
        <w:t>Стріляти в груди, вдарити штиком.</w:t>
      </w:r>
    </w:p>
    <w:p>
      <w:r>
        <w:br/>
        <w:t>Хоробрим буде складено подяку,&lt;br /&gt;</w:t>
        <w:br/>
        <w:t>За вірну кулю, післану вночі.&lt;br /&gt;</w:t>
        <w:br/>
        <w:t>Пливуть хмарин веселі, сині маки.&lt;br /&gt;</w:t>
        <w:br/>
        <w:t>Ідуть конвойних сірі два ключі.</w:t>
      </w:r>
    </w:p>
    <w:p>
      <w:r>
        <w:br/>
        <w:t>Але солдати з ним, немов із братом,&lt;br /&gt;</w:t>
        <w:br/>
        <w:t>Бо він за них стояв, як вірний друг,&lt;br /&gt;</w:t>
        <w:br/>
        <w:t>Проти поміщиків і злих наруг,&lt;br /&gt;</w:t>
        <w:br/>
        <w:t>Товстих, жорстоких хуторян проклятих!</w:t>
      </w:r>
    </w:p>
    <w:p>
      <w:r>
        <w:br/>
        <w:t>Х</w:t>
      </w:r>
    </w:p>
    <w:p>
      <w:r>
        <w:br/>
        <w:t>І виходжали люди з хат і поля,&lt;br /&gt;</w:t>
        <w:br/>
        <w:t>І в надвечір'ї плинув дальній гук:&lt;br /&gt;</w:t>
        <w:br/>
        <w:t>— Дивіться добре, вмерла наша доля!&lt;br /&gt;</w:t>
        <w:br/>
        <w:t>Дивіться, — кажуть, — онде Кармалюк.</w:t>
      </w:r>
    </w:p>
    <w:p>
      <w:r>
        <w:br/>
        <w:t>Він засмаглів од вітру й непогоди;&lt;br /&gt;</w:t>
        <w:br/>
        <w:t>Обличчям схуд з тортур і лихомань,&lt;br /&gt;</w:t>
        <w:br/>
        <w:t>Ген за селом спинялися підводи,&lt;br /&gt;</w:t>
        <w:br/>
        <w:t>Іржали коні в світанкову рань.</w:t>
      </w:r>
    </w:p>
    <w:p>
      <w:r>
        <w:br/>
        <w:t>Кандьор сьорбали зморені солдати,&lt;br /&gt;</w:t>
        <w:br/>
        <w:t>А матері, що сходились зусіль,&lt;br /&gt;</w:t>
        <w:br/>
        <w:t>Мерщій, мерщій верталися до хати,&lt;br /&gt;</w:t>
        <w:br/>
        <w:t>На рушнику виносили хліб-сіль.</w:t>
      </w:r>
    </w:p>
    <w:p>
      <w:r>
        <w:br/>
        <w:t>І на конвойних не зирнувши оком,&lt;br /&gt;</w:t>
        <w:br/>
        <w:t>А проказавши слово на привіт,&lt;br /&gt;</w:t>
        <w:br/>
        <w:t>Ішли до крайньої зі всіх підвід,&lt;br /&gt;</w:t>
        <w:br/>
        <w:t>Де він сидів у роздумі глибокім.</w:t>
      </w:r>
    </w:p>
    <w:p>
      <w:r>
        <w:br/>
        <w:t>Які чуття із мрій напівзабутих&lt;br /&gt;</w:t>
        <w:br/>
        <w:t>Плачем вставали в синій далі гін,&lt;br /&gt;</w:t>
        <w:br/>
        <w:t>Коли земний віддаючи поклін,&lt;br /&gt;</w:t>
        <w:br/>
        <w:t>Вони торкались рук його закутих!</w:t>
      </w:r>
    </w:p>
    <w:p>
      <w:r>
        <w:br/>
        <w:t>І зустрічі невиплакане горе,&lt;br /&gt;</w:t>
        <w:br/>
        <w:t>І прощавань хвилина, як німа,&lt;br /&gt;</w:t>
        <w:br/>
        <w:t>В очах лишалось огником суворим,&lt;br /&gt;</w:t>
        <w:br/>
        <w:t>Якому й слів і назвиська нема.</w:t>
      </w:r>
    </w:p>
    <w:p>
      <w:r>
        <w:br/>
        <w:t>XI</w:t>
      </w:r>
    </w:p>
    <w:p>
      <w:r>
        <w:br/>
        <w:t>Він кида слово навіть материнці,&lt;br /&gt;</w:t>
        <w:br/>
        <w:t>Нехай по нім шепочеться трава.&lt;br /&gt;</w:t>
        <w:br/>
        <w:t>Обоз повільно йде під Головчинці,&lt;br /&gt;</w:t>
        <w:br/>
        <w:t>І завмирає серце й ожива.</w:t>
      </w:r>
    </w:p>
    <w:p>
      <w:r>
        <w:br/>
        <w:t>Немало тут походжено до лісу,&lt;br /&gt;</w:t>
        <w:br/>
        <w:t>Де висне стиглий, точений горіх,&lt;br /&gt;</w:t>
        <w:br/>
        <w:t>Де ріс Устим у куряві доріг,&lt;br /&gt;</w:t>
        <w:br/>
        <w:t>Дощів осінніх люблячи завісу,</w:t>
      </w:r>
    </w:p>
    <w:p>
      <w:r>
        <w:br/>
        <w:t>Струмків весняних буйне коливання,&lt;br /&gt;</w:t>
        <w:br/>
        <w:t>Чи білі хутра сивої зими,&lt;br /&gt;</w:t>
        <w:br/>
        <w:t>Коли, здавалось, лебеді крильми&lt;br /&gt;</w:t>
        <w:br/>
        <w:t>Віщують схід морозного світання.</w:t>
      </w:r>
    </w:p>
    <w:p>
      <w:r>
        <w:br/>
        <w:t>Він пас овець улітку на толоці,&lt;br /&gt;</w:t>
        <w:br/>
        <w:t>Опівдні гнав на стійло до води,&lt;br /&gt;</w:t>
        <w:br/>
        <w:t>Торбинка з хлібом висіла при боці,&lt;br /&gt;</w:t>
        <w:br/>
        <w:t>Сопілка вигравала в три лади...</w:t>
      </w:r>
    </w:p>
    <w:p>
      <w:r>
        <w:br/>
        <w:t>Стрічав вечір'я зоряну заграву,&lt;br /&gt;</w:t>
        <w:br/>
        <w:t>З дітьми гуляв на полі в "деркача",&lt;br /&gt;</w:t>
        <w:br/>
        <w:t>Аж доки на конюшні за потраву&lt;br /&gt;</w:t>
        <w:br/>
        <w:t>Не скров'янили хлопцеві плеча.</w:t>
      </w:r>
    </w:p>
    <w:p>
      <w:r>
        <w:br/>
        <w:t>Тоді узнав, що колоситься нива&lt;br /&gt;</w:t>
        <w:br/>
        <w:t>І прийме хліб не батьківський засік,&lt;br /&gt;</w:t>
        <w:br/>
        <w:t>Піп материнська доля нещаслива&lt;br /&gt;</w:t>
        <w:br/>
        <w:t>Йому судилась на недовгий вік.</w:t>
      </w:r>
    </w:p>
    <w:p>
      <w:r>
        <w:br/>
        <w:t>Гірке дитинство! Може, як синиця,&lt;br /&gt;</w:t>
        <w:br/>
        <w:t>Ти оддзвеніло в білому саду?&lt;br /&gt;</w:t>
        <w:br/>
        <w:t>Я б знов припав до рік твоїх напиться,&lt;br /&gt;</w:t>
        <w:br/>
        <w:t>Але стежок-доріжок не знайду.</w:t>
      </w:r>
    </w:p>
    <w:p>
      <w:r>
        <w:br/>
        <w:t>Скриплять вози, немов чумацькі мажі,&lt;br /&gt;</w:t>
        <w:br/>
        <w:t>Та не до Криму шлях лежить — в Сибір.&lt;br /&gt;</w:t>
        <w:br/>
        <w:t>Устим пильнує: видно перший двір,&lt;br /&gt;</w:t>
        <w:br/>
        <w:t>Димар на хаті, з диму, певне, й сажі</w:t>
      </w:r>
    </w:p>
    <w:p>
      <w:r>
        <w:br/>
        <w:t>Увесь вчорнілий. Тут живе вдовиця.&lt;br /&gt;</w:t>
        <w:br/>
        <w:t>Глуха бабуся літ за шістдесят,&lt;br /&gt;</w:t>
        <w:br/>
        <w:t>Сіренькі верби вибігли підряд&lt;br /&gt;</w:t>
        <w:br/>
        <w:t>На каторжанський похід подивиться.</w:t>
      </w:r>
    </w:p>
    <w:p>
      <w:r>
        <w:br/>
        <w:t>Він бачить іншу згорблену хатину,&lt;br /&gt;</w:t>
        <w:br/>
        <w:t>Де пада голуб камнем до двора,&lt;br /&gt;</w:t>
        <w:br/>
        <w:t>Де гомонить шумлива дітвора,&lt;br /&gt;</w:t>
        <w:br/>
        <w:t>Столітній дід схилився біля тину.</w:t>
      </w:r>
    </w:p>
    <w:p>
      <w:r>
        <w:br/>
        <w:t>Чиє воно, веселе, чорноброве?&lt;br /&gt;</w:t>
        <w:br/>
        <w:t>А той пустун, що скаче з далини?&lt;br /&gt;</w:t>
        <w:br/>
        <w:t>Устим рвонувся вартовим на диво:&lt;br /&gt;</w:t>
        <w:br/>
        <w:t>— Остапе мій, Івасю мій, сини!</w:t>
      </w:r>
    </w:p>
    <w:p>
      <w:r>
        <w:br/>
        <w:t>Він руки звів, мов крила до польоту,&lt;br /&gt;</w:t>
        <w:br/>
        <w:t>Застиг на мить: — Сини мої, сини... —&lt;br /&gt;</w:t>
        <w:br/>
        <w:t>А сонце впало враз на кайдани,&lt;br /&gt;</w:t>
        <w:br/>
        <w:t>Їх чорний блиск прибравши в позолоту.</w:t>
      </w:r>
    </w:p>
    <w:p>
      <w:r>
        <w:br/>
        <w:t>Пізнали діти посмішку знайому,&lt;br /&gt;</w:t>
        <w:br/>
        <w:t>Відчули ласку батьківських долонь:&lt;br /&gt;</w:t>
        <w:br/>
        <w:t>— Куди ходив так довго, божборонь,&lt;br /&gt;</w:t>
        <w:br/>
        <w:t>Чого стоїш, мерщій ходім додому!</w:t>
      </w:r>
    </w:p>
    <w:p>
      <w:r>
        <w:br/>
        <w:t>Тягли його за руки, як старого,&lt;br /&gt;</w:t>
        <w:br/>
        <w:t>Повідавши про спірки та жалі.&lt;br /&gt;</w:t>
        <w:br/>
        <w:t>— Нічого, дітки, я прийду, нічого.&lt;br /&gt;</w:t>
        <w:br/>
        <w:t>Ти бач, як виросли мої малі.</w:t>
      </w:r>
    </w:p>
    <w:p>
      <w:r>
        <w:br/>
        <w:t>Оце приніс гостинця від лисиці,&lt;br /&gt;</w:t>
        <w:br/>
        <w:t>Ходив, як видно, по землі не зря. —&lt;br /&gt;</w:t>
        <w:br/>
        <w:t>Він ніяково кашля, з рукавиці&lt;br /&gt;</w:t>
        <w:br/>
        <w:t>Подаючи шкуринку сухаря.</w:t>
      </w:r>
    </w:p>
    <w:p>
      <w:r>
        <w:br/>
        <w:t>Остапчик змерз, аж хлипає — не дише.&lt;br /&gt;</w:t>
        <w:br/>
        <w:t>— Біжи, дитино, грійсь біля вогню,&lt;br /&gt;</w:t>
        <w:br/>
        <w:t>У хаті ж тепло? Я зайду пізніше,&lt;br /&gt;</w:t>
        <w:br/>
        <w:t>Лишень із дядею погомоню,</w:t>
      </w:r>
    </w:p>
    <w:p>
      <w:r>
        <w:br/>
        <w:t>Це в вас обох ні сірячини, бачу,&lt;br /&gt;</w:t>
        <w:br/>
        <w:t>Ні чобіток, ні шапки, як на сміх. —&lt;br /&gt;</w:t>
        <w:br/>
        <w:t>Він знов кладе легку долонь гарячу&lt;br /&gt;</w:t>
        <w:br/>
        <w:t>На кучері малих синів своїх.</w:t>
      </w:r>
    </w:p>
    <w:p>
      <w:r>
        <w:br/>
        <w:t>— А мати де?&lt;br /&gt;</w:t>
        <w:br/>
        <w:t>— Пішли ізрання вчора,&lt;br /&gt;</w:t>
        <w:br/>
        <w:t>Казали дід, не прийде до зими,&lt;br /&gt;</w:t>
        <w:br/>
        <w:t>Дівчат, жінок позбирано до двору&lt;br /&gt;</w:t>
        <w:br/>
        <w:t>На панську свайбу ткати килими.</w:t>
      </w:r>
    </w:p>
    <w:p>
      <w:r>
        <w:br/>
        <w:t>Бере панич лісничиху Уляну,&lt;br /&gt;</w:t>
        <w:br/>
        <w:t>А люди кажуть: не вживе за ним. —&lt;br /&gt;</w:t>
        <w:br/>
        <w:t>Івась на руки батьківські поглянув&lt;br /&gt;</w:t>
        <w:br/>
        <w:t>І скрикнув дико з плачем голосним.</w:t>
      </w:r>
    </w:p>
    <w:p>
      <w:r>
        <w:br/>
        <w:t>Бо коні рушили, і скуті руки&lt;br /&gt;</w:t>
        <w:br/>
        <w:t>Напружились, до воза потяглись.&lt;br /&gt;</w:t>
        <w:br/>
        <w:t>— О, горенько, о люта моя муко!&lt;br /&gt;</w:t>
        <w:br/>
        <w:t>— Вернись, татуню, любий наш, вернись!</w:t>
      </w:r>
    </w:p>
    <w:p>
      <w:r>
        <w:br/>
        <w:t>В останню мить Устам здаля побачив,&lt;br /&gt;</w:t>
        <w:br/>
        <w:t>Крізь грім копит, дзвіночків ручаї, —&lt;br /&gt;</w:t>
        <w:br/>
        <w:t>Столітній дід за возом біг неначе,&lt;br /&gt;</w:t>
        <w:br/>
        <w:t>А потім впав грудьми до колії.</w:t>
      </w:r>
    </w:p>
    <w:p>
      <w:r>
        <w:br/>
        <w:t>— То ж батько мій! — Та коні мчали мимо,&lt;br /&gt;</w:t>
        <w:br/>
        <w:t>Зболілому недолею й часом,&lt;br /&gt;</w:t>
        <w:br/>
        <w:t>Куди йому угнать за вороними,&lt;br /&gt;</w:t>
        <w:br/>
        <w:t>Вгодованими сіном та вівсом?</w:t>
      </w:r>
    </w:p>
    <w:p>
      <w:r>
        <w:br/>
        <w:t>XII</w:t>
      </w:r>
    </w:p>
    <w:p>
      <w:r>
        <w:br/>
        <w:t>Коваль Микита пив чотири тижні,&lt;br /&gt;</w:t>
        <w:br/>
        <w:t>Це для солдат була не новина.&lt;br /&gt;</w:t>
        <w:br/>
        <w:t>Коли б у нього рідні, а чи ближні,&lt;br /&gt;</w:t>
        <w:br/>
        <w:t>Можливо б відвернули від вина.</w:t>
      </w:r>
    </w:p>
    <w:p>
      <w:r>
        <w:br/>
        <w:t>Десь на селі жила собі небога,&lt;br /&gt;</w:t>
        <w:br/>
        <w:t>Старий її не вийде зустрічать.&lt;br /&gt;</w:t>
        <w:br/>
        <w:t>Колись дарунок принесла к острогу —&lt;br /&gt;</w:t>
        <w:br/>
        <w:t>Лляну сорочку, вишиту на гладь.</w:t>
      </w:r>
    </w:p>
    <w:p>
      <w:r>
        <w:br/>
        <w:t>Погостювала два дні в комірчині,&lt;br /&gt;</w:t>
        <w:br/>
        <w:t>Пішла додому, залишила біль.&lt;br /&gt;</w:t>
        <w:br/>
        <w:t>Заносить осінь оклики качині,&lt;br /&gt;</w:t>
        <w:br/>
        <w:t>Заграви теплі потемнілих піль</w:t>
      </w:r>
    </w:p>
    <w:p>
      <w:r>
        <w:br/>
        <w:t>І ще якусь не викриту по слову&lt;br /&gt;</w:t>
        <w:br/>
        <w:t>Тривогу мандрів і глухих доріг.&lt;br /&gt;</w:t>
        <w:br/>
        <w:t>Він постарів, хоч серце раде б знову&lt;br /&gt;</w:t>
        <w:br/>
        <w:t>Почать весни веселий кругобіг.</w:t>
      </w:r>
    </w:p>
    <w:p>
      <w:r>
        <w:br/>
        <w:t>Але запив не з того, інше горе&lt;br /&gt;</w:t>
        <w:br/>
        <w:t>Ввійшло, як гість, не прошений ніким.&lt;br /&gt;</w:t>
        <w:br/>
        <w:t>Либонь сьогодні, вчора, позавчора&lt;br /&gt;</w:t>
        <w:br/>
        <w:t>З ним розмовляв закований Устим?</w:t>
      </w:r>
    </w:p>
    <w:p>
      <w:r>
        <w:br/>
        <w:t>— Чарки мені оці осточортіли,&lt;br /&gt;</w:t>
        <w:br/>
        <w:t>Хто бавиться наперстям, — то питець?&lt;br /&gt;</w:t>
        <w:br/>
        <w:t>Жагу на краплі міряти не діло,&lt;br /&gt;</w:t>
        <w:br/>
        <w:t>Подай коряк, а ліпше — поставець.</w:t>
      </w:r>
    </w:p>
    <w:p>
      <w:r>
        <w:br/>
        <w:t>Лойова свічка вогником іскриться,&lt;br /&gt;</w:t>
        <w:br/>
        <w:t>Пече у грудях дивна гіркота.&lt;br /&gt;</w:t>
        <w:br/>
        <w:t>Цимбали б'ють, жаліблива скрипиця&lt;br /&gt;</w:t>
        <w:br/>
        <w:t>Дзвенить плачем, як бідна сирота.</w:t>
      </w:r>
    </w:p>
    <w:p>
      <w:r>
        <w:br/>
        <w:t>— Цимбали б'ють? Ні — молот вибиває,&lt;br /&gt;</w:t>
        <w:br/>
        <w:t>А то он — жар виблискує з горна.&lt;br /&gt;</w:t>
        <w:br/>
        <w:t>Не смійсь, Устиме, сил моїх немає,&lt;br /&gt;</w:t>
        <w:br/>
        <w:t>Я закивав тебе, —моя вина!</w:t>
      </w:r>
    </w:p>
    <w:p>
      <w:r>
        <w:br/>
        <w:t>— Чою кричить горбата лиховида,&lt;br /&gt;</w:t>
        <w:br/>
        <w:t>Він офііцер? Ха-ха! Він офіцер?&lt;br /&gt;</w:t>
        <w:br/>
        <w:t>Устиме, стій! —&lt;br /&gt;</w:t>
        <w:br/>
        <w:t>Коваль поблід із виду,&lt;br /&gt;</w:t>
        <w:br/>
        <w:t>Сльозу солону кулаком розтер.</w:t>
      </w:r>
    </w:p>
    <w:p>
      <w:r>
        <w:br/>
        <w:t>— Вернись назад, ну що тобі, я прошу,&lt;br /&gt;</w:t>
        <w:br/>
        <w:t>Хіба що много пройдено доріг?&lt;br /&gt;</w:t>
        <w:br/>
        <w:t>Ти глузував: "Життя ковальське — гроші".&lt;br /&gt;</w:t>
        <w:br/>
        <w:t>Не говорив? Я знаю, думать міг.</w:t>
      </w:r>
    </w:p>
    <w:p>
      <w:r>
        <w:br/>
        <w:t>Я розкую кайдан гарячим лезом,&lt;br /&gt;</w:t>
        <w:br/>
        <w:t>До ніг побитих каменем впаду! —&lt;br /&gt;</w:t>
        <w:br/>
        <w:t>І він кричить, сумний і нетверезий,&lt;br /&gt;</w:t>
        <w:br/>
        <w:t>Підвівши голову свою сіду:</w:t>
      </w:r>
    </w:p>
    <w:p>
      <w:r>
        <w:br/>
        <w:t>— Чого ж мовчиш, Устиме? Мо' солдати&lt;br /&gt;</w:t>
        <w:br/>
        <w:t>Тобі за друзів стали на шляху?&lt;br /&gt;</w:t>
        <w:br/>
        <w:t>Ха-ха! Смієшся? Бач, не хочеш знати&lt;br /&gt;</w:t>
        <w:br/>
        <w:t>Мою печаль, зловісну та глуху. —</w:t>
      </w:r>
    </w:p>
    <w:p>
      <w:r>
        <w:br/>
        <w:t>Він грюка в стіл, і хлюпає сивуха,&lt;br /&gt;</w:t>
        <w:br/>
        <w:t>І тріска стіл від сили кулака.&lt;br /&gt;</w:t>
        <w:br/>
        <w:t>Не знає п'яний: сива завірюха&lt;br /&gt;</w:t>
        <w:br/>
        <w:t>Бреде в Сибір слідом Кармалюка.</w:t>
      </w:r>
    </w:p>
    <w:p>
      <w:r>
        <w:br/>
        <w:t>Вона із ним не щиро подружила,&lt;br /&gt;</w:t>
        <w:br/>
        <w:t>Щоб завести до чорної біди,&lt;br /&gt;</w:t>
        <w:br/>
        <w:t>Цілунком мертвим схолодила жили,&lt;br /&gt;</w:t>
        <w:br/>
        <w:t>Снігами важко впала на сліди.</w:t>
      </w:r>
    </w:p>
    <w:p>
      <w:r>
        <w:br/>
        <w:t>XIII</w:t>
      </w:r>
    </w:p>
    <w:p>
      <w:r>
        <w:br/>
        <w:t>Ціліську ніч дзвіниця калатала:&lt;br /&gt;</w:t>
        <w:br/>
        <w:t>Відлиті дзвони жалібно гули.&lt;br /&gt;</w:t>
        <w:br/>
        <w:t>Огню лункого яросна потала&lt;br /&gt;</w:t>
        <w:br/>
        <w:t>Котила в далеч золоті вали.</w:t>
      </w:r>
    </w:p>
    <w:p>
      <w:r>
        <w:br/>
        <w:t>Горів острог, тріщала катівниця,&lt;br /&gt;</w:t>
        <w:br/>
        <w:t>Дуби зів'яли, наче сивий мох,&lt;br /&gt;</w:t>
        <w:br/>
        <w:t>Води не стало в десяти криницях,&lt;br /&gt;</w:t>
        <w:br/>
        <w:t>Було б ще двадцять — мало двадцятьох.</w:t>
      </w:r>
    </w:p>
    <w:p>
      <w:r>
        <w:br/>
        <w:t>А як сипнуло іскрами ув очі,&lt;br /&gt;</w:t>
        <w:br/>
        <w:t>Запломеніла хмура цитадель,&lt;br /&gt;</w:t>
        <w:br/>
        <w:t>Здалось на мить: пливе у безвість ночі&lt;br /&gt;</w:t>
        <w:br/>
        <w:t>Під парусом високий корабель.</w:t>
      </w:r>
    </w:p>
    <w:p>
      <w:r>
        <w:br/>
        <w:t>Спливала диму згарного завіса.&lt;br /&gt;</w:t>
        <w:br/>
        <w:t>На роздоріжжі завивали пси.&lt;br /&gt;</w:t>
        <w:br/>
        <w:t>— Нехай горить і дотліва до біса,&lt;br /&gt;</w:t>
        <w:br/>
        <w:t>Не прогнівись єси на небеси.</w:t>
      </w:r>
    </w:p>
    <w:p>
      <w:r>
        <w:br/>
        <w:t>Діди хрестились, зиркаючи мимо,&lt;br /&gt;</w:t>
        <w:br/>
        <w:t>їх поріднила доля нелячка:&lt;br /&gt;</w:t>
        <w:br/>
        <w:t>— Роздмухати б огнище з вуглячка!&lt;br /&gt;</w:t>
        <w:br/>
        <w:t>Гай-гай, минулося, нема Устима.</w:t>
      </w:r>
    </w:p>
    <w:p>
      <w:r>
        <w:br/>
        <w:t>Упала кузня, полум'ям підбита,&lt;br /&gt;</w:t>
        <w:br/>
        <w:t>Котили в далеч золоті вали.&lt;br /&gt;</w:t>
        <w:br/>
        <w:t>В огні стлівала шапка, постоли,&lt;br /&gt;</w:t>
        <w:br/>
        <w:t>Старий сіряк, що не зносив Микита.</w:t>
      </w:r>
    </w:p>
    <w:p>
      <w:r>
        <w:br/>
        <w:t>Зведуть катівню люди неохочі,&lt;br /&gt;</w:t>
        <w:br/>
        <w:t>Всі збитки лиха вичислить казна.&lt;br /&gt;</w:t>
        <w:br/>
        <w:t>Куди ж подівсь коваль посеред ночі, —&lt;br /&gt;</w:t>
        <w:br/>
        <w:t>Того ніхто не скаже, бо не зна.</w:t>
      </w:r>
    </w:p>
    <w:p>
      <w:r>
        <w:br/>
        <w:t>XIV</w:t>
      </w:r>
    </w:p>
    <w:p>
      <w:r>
        <w:br/>
        <w:t>Спочинь же, серце, втомлене немало,&lt;br /&gt;</w:t>
        <w:br/>
        <w:t>Сильніш забийся, зроджене стократ:&lt;br /&gt;</w:t>
        <w:br/>
        <w:t>З дітьми Кармалюковими ридало,&lt;br /&gt;</w:t>
        <w:br/>
        <w:t>З Устимом билось на єдиний лад,</w:t>
      </w:r>
    </w:p>
    <w:p>
      <w:r>
        <w:br/>
        <w:t>З красунею Уляною щоранку&lt;br /&gt;</w:t>
        <w:br/>
        <w:t>Тремтіло в смутку. Де тепер вона?&lt;br /&gt;</w:t>
        <w:br/>
        <w:t>Другого літа пан знайшов коханку.&lt;br /&gt;</w:t>
        <w:br/>
        <w:t>Сказати б, новина? — Не новина.</w:t>
      </w:r>
    </w:p>
    <w:p>
      <w:r>
        <w:br/>
        <w:t>Рудий паничик грав на добру карту,&lt;br /&gt;</w:t>
        <w:br/>
        <w:t>Було б вино, коханки та хорти, —&lt;br /&gt;</w:t>
        <w:br/>
        <w:t>Ласуй, любися, пий глибоку кварту,&lt;br /&gt;</w:t>
        <w:br/>
        <w:t>А там усе лети під три чорти!</w:t>
      </w:r>
    </w:p>
    <w:p>
      <w:r>
        <w:br/>
        <w:t>Уляні дні пливуть, немов безкрає,&lt;br /&gt;</w:t>
        <w:br/>
        <w:t>Далеке марево, — одна, сама...&lt;br /&gt;</w:t>
        <w:br/>
        <w:t>Жовтіє літо, друге одлітає,&lt;br /&gt;</w:t>
        <w:br/>
        <w:t>А від Устима звістки все нема.</w:t>
      </w:r>
    </w:p>
    <w:p>
      <w:r>
        <w:br/>
        <w:t>Вона змарніла, мовчазною стала.&lt;br /&gt;</w:t>
        <w:br/>
        <w:t>Якось навідавсь батько до двора,&lt;br /&gt;</w:t>
        <w:br/>
        <w:t>Ввійшов поважно, видобув кресало,&lt;br /&gt;</w:t>
        <w:br/>
        <w:t>Про се, про те спитав: — А зі вчора</w:t>
      </w:r>
    </w:p>
    <w:p>
      <w:r>
        <w:br/>
        <w:t>На ярмарці почуто поміж людом —&lt;br /&gt;</w:t>
        <w:br/>
        <w:t>Устима вбито, із Сибіру біг.&lt;br /&gt;</w:t>
        <w:br/>
        <w:t>Прости нас, боже, праху не осудим. —&lt;br /&gt;</w:t>
        <w:br/>
        <w:t>Перехрестивсь, поклав поклін до ніг.</w:t>
      </w:r>
    </w:p>
    <w:p>
      <w:r>
        <w:br/>
        <w:t>Уляна впала посеред покою,&lt;br /&gt;</w:t>
        <w:br/>
        <w:t>Три довгих ночі билася в огні,&lt;br /&gt;</w:t>
        <w:br/>
        <w:t>Три довгих ночі і чотири дні&lt;br /&gt;</w:t>
        <w:br/>
        <w:t>Шептала щось, ослаблою рукою</w:t>
      </w:r>
    </w:p>
    <w:p>
      <w:r>
        <w:br/>
        <w:t>Когось манила. Догоряли свічі,&lt;br /&gt;</w:t>
        <w:br/>
        <w:t>Співали півні в розсвітання час.&lt;br /&gt;</w:t>
        <w:br/>
        <w:t>Із ліжка встала, вибігла нараз,&lt;br /&gt;</w:t>
        <w:br/>
        <w:t>Гукали раз її, гукали двічі,</w:t>
      </w:r>
    </w:p>
    <w:p>
      <w:r>
        <w:br/>
        <w:t>Не відізвалась в що страшну хвилину.&lt;br /&gt;</w:t>
        <w:br/>
        <w:t>Другого дня в полудень на ставу&lt;br /&gt;</w:t>
        <w:br/>
        <w:t>Рибалки щук ловили в ятерину,&lt;br /&gt;</w:t>
        <w:br/>
        <w:t>А витягли Уляну неживу.</w:t>
      </w:r>
    </w:p>
    <w:p>
      <w:r>
        <w:br/>
        <w:t>XV</w:t>
      </w:r>
    </w:p>
    <w:p>
      <w:r>
        <w:br/>
        <w:t>І третє літо червенем синіло,&lt;br /&gt;</w:t>
        <w:br/>
        <w:t>Цвіло дощами на земній путі,&lt;br /&gt;</w:t>
        <w:br/>
        <w:t>Пшеницю в копи склало, а по ділу&lt;br /&gt;</w:t>
        <w:br/>
        <w:t>Відлинуло за межі золоті.</w:t>
      </w:r>
    </w:p>
    <w:p>
      <w:r>
        <w:br/>
        <w:t>Лягла зима глибоким снігопадом,&lt;br /&gt;</w:t>
        <w:br/>
        <w:t>Затьохкало синицями вві сні,&lt;br /&gt;</w:t>
        <w:br/>
        <w:t>Шовки блакитні, полотна ясні,&lt;br /&gt;</w:t>
        <w:br/>
        <w:t>З дубовим листям постеляла рядом.</w:t>
      </w:r>
    </w:p>
    <w:p>
      <w:r>
        <w:br/>
        <w:t>Спокійний той, хто має час дозвілля!&lt;br /&gt;</w:t>
        <w:br/>
        <w:t>Скриплять санчата, линуть до двора,&lt;br /&gt;</w:t>
        <w:br/>
        <w:t>Бучних бенкетів близиться пора,&lt;br /&gt;</w:t>
        <w:br/>
        <w:t>Рудий панок гуляє знов весілля.</w:t>
      </w:r>
    </w:p>
    <w:p>
      <w:r>
        <w:br/>
        <w:t>Сідають гості, шана всім однака,&lt;br /&gt;</w:t>
        <w:br/>
        <w:t>Крізь іскри вин іде п'янка гульба.&lt;br /&gt;</w:t>
        <w:br/>
        <w:t>Кларнет пискливо тягне краков'яка,&lt;br /&gt;</w:t>
        <w:br/>
        <w:t>Мазурки плине повідь голуба.</w:t>
      </w:r>
    </w:p>
    <w:p>
      <w:r>
        <w:br/>
        <w:t>В огні свічок кружляють мрійні пари,&lt;br /&gt;</w:t>
        <w:br/>
        <w:t>Каблук — чок-чок і вправо і назад,&lt;br /&gt;</w:t>
        <w:br/>
        <w:t>Жених такі ввертає финдикляри,&lt;br /&gt;</w:t>
        <w:br/>
        <w:t>Що генерал — і той сміється, рад.</w:t>
      </w:r>
    </w:p>
    <w:p>
      <w:r>
        <w:br/>
        <w:t>Ще й офіцери прибули з острога,&lt;br /&gt;</w:t>
        <w:br/>
        <w:t>Верстов за сорок мчалися вночі.&lt;br /&gt;</w:t>
        <w:br/>
        <w:t>їм руки тисли жваві шляхтичі.&lt;br /&gt;</w:t>
        <w:br/>
        <w:t>Горбань, нащо святоша й недотрога,</w:t>
      </w:r>
    </w:p>
    <w:p>
      <w:r>
        <w:br/>
        <w:t>А все ж ковтав пекучу оковиту,&lt;br /&gt;</w:t>
        <w:br/>
        <w:t>Вклонявся гречно дамам здалека.&lt;br /&gt;</w:t>
        <w:br/>
        <w:t>Загомоніли. Хтось Кармалюка&lt;br /&gt;</w:t>
        <w:br/>
        <w:t>Згадав ім'я, мов армію розбиту.</w:t>
      </w:r>
    </w:p>
    <w:p>
      <w:r>
        <w:br/>
        <w:t>— Панове, бач, як швидко плинуть дні!&lt;br /&gt;</w:t>
        <w:br/>
        <w:t>Це ж три роки минає, як з острога&lt;br /&gt;</w:t>
        <w:br/>
        <w:t>Я вів його на каторгу, дорога&lt;br /&gt;</w:t>
        <w:br/>
        <w:t>Не раз-таки згадається мені.</w:t>
      </w:r>
    </w:p>
    <w:p>
      <w:r>
        <w:br/>
        <w:t>— На каторгу? Не диво. Все ж солдати.&lt;br /&gt;</w:t>
        <w:br/>
        <w:t>От я зустрівся, вірте, сам на сам,&lt;br /&gt;</w:t>
        <w:br/>
        <w:t>Шаблі схрестились, трісли пополам:&lt;br /&gt;</w:t>
        <w:br/>
        <w:t>— Проси, кажу, прощення! — Що й казати,-&lt;br /&gt;</w:t>
        <w:br/>
        <w:t>Він попросив...&lt;br /&gt;</w:t>
        <w:br/>
        <w:t>— Га-га, ну й молодчина!&lt;br /&gt;</w:t>
        <w:br/>
        <w:t>Митець же ти на брехні! —&lt;br /&gt;</w:t>
        <w:br/>
        <w:t>Генерал&lt;br /&gt;</w:t>
        <w:br/>
        <w:t>Аж сльози витер.&lt;br /&gt;</w:t>
        <w:br/>
        <w:t>— Що б то за причина,&lt;br /&gt;</w:t>
        <w:br/>
        <w:t>Не брав ані пістоль, ні самопал</w:t>
      </w:r>
    </w:p>
    <w:p>
      <w:r>
        <w:br/>
        <w:t>Того невіру?&lt;br /&gt;</w:t>
        <w:br/>
        <w:t>— Лихо з ним, одначе&lt;br /&gt;</w:t>
        <w:br/>
        <w:t>Землі на гріб дала йому Сибір.&lt;br /&gt;</w:t>
        <w:br/>
        <w:t>Знайшлася куля, вилита гаряче,&lt;br /&gt;</w:t>
        <w:br/>
        <w:t>А вас лякають: чари! наговір!</w:t>
      </w:r>
    </w:p>
    <w:p>
      <w:r>
        <w:br/>
        <w:t>Співають гості, шана всім однака,&lt;br /&gt;</w:t>
        <w:br/>
        <w:t>Крізь іскри вин іде п'янка гульба.&lt;br /&gt;</w:t>
        <w:br/>
        <w:t>Кларнет пискливо тягне краков'яка,&lt;br /&gt;</w:t>
        <w:br/>
        <w:t>Мазурки плине повідь голуба.</w:t>
      </w:r>
    </w:p>
    <w:p>
      <w:r>
        <w:br/>
        <w:t>Ішло за північ, пари кружеляли,&lt;br /&gt;</w:t>
        <w:br/>
        <w:t>Іспите вин барильця немалі,&lt;br /&gt;</w:t>
        <w:br/>
        <w:t>А за вікном гули снігів навали,&lt;br /&gt;</w:t>
        <w:br/>
        <w:t>Долоньми хмар торкаючись землі.</w:t>
      </w:r>
    </w:p>
    <w:p>
      <w:r>
        <w:br/>
        <w:t>В дворі гуляла хвища й холоднина,&lt;br /&gt;</w:t>
        <w:br/>
        <w:t>Зірвала з петель двері у покій.&lt;br /&gt;</w:t>
        <w:br/>
        <w:t>І раптом в зал ввійшла в снігу людина&lt;br /&gt;</w:t>
        <w:br/>
        <w:t>В такій грозі, в метілі отакій.</w:t>
      </w:r>
    </w:p>
    <w:p>
      <w:r>
        <w:br/>
        <w:t>Затихли гості, на смерть охололи,&lt;br /&gt;</w:t>
        <w:br/>
        <w:t>Під стіл полізла лиса голова.&lt;br /&gt;</w:t>
        <w:br/>
        <w:t>Тоді горбатий вихопив пістолі —&lt;br /&gt;</w:t>
        <w:br/>
        <w:t>І раз і два! І постріл — раз і два!</w:t>
      </w:r>
    </w:p>
    <w:p>
      <w:r>
        <w:br/>
        <w:t>А чоловік стряхнув сніжок з приполу,&lt;br /&gt;</w:t>
        <w:br/>
        <w:t>Метнув бровою, не віддав уклін.&lt;br /&gt;</w:t>
        <w:br/>
        <w:t>Горбатий скрикнув, кинув зброю долу.&lt;br /&gt;</w:t>
        <w:br/>
        <w:t>— Це він! Це він! Я пізнаю, —це він!</w:t>
      </w:r>
    </w:p>
    <w:p>
      <w:r>
        <w:br/>
        <w:t>У колі смраду, чванства і підлоти&lt;br /&gt;</w:t>
        <w:br/>
        <w:t>Узяв пістоля до розкутих рук.&lt;br /&gt;</w:t>
        <w:br/>
        <w:t>"Багато буде завтра в нас роботи,&lt;br /&gt;</w:t>
        <w:br/>
        <w:t>Сказав і крикнув півнем Кармалюк.</w:t>
      </w:r>
    </w:p>
    <w:p>
      <w:r>
        <w:br/>
        <w:t>А за вікном його стояли друзі&lt;br /&gt;</w:t>
        <w:br/>
        <w:t>Повсталі кріпаки — одна рідня&lt;br /&gt;</w:t>
        <w:br/>
        <w:t>Пожар червоний бивсь на виднокрузі,&lt;br /&gt;</w:t>
        <w:br/>
        <w:t>Віщуючи прихід нового дня.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Кармалюк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