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Карпіяни й Пізанська башта</w:t>
      </w:r>
    </w:p>
    <w:p>
      <w:r>
        <w:br/>
        <w:t xml:space="preserve"> &lt;p&gt;Джанні РОДАРІ</w:t>
      </w:r>
    </w:p>
    <w:p>
      <w:r>
        <w:br/>
        <w:t>КАРПІЯНИ Й ПІЗАНСЬКА БАШТА</w:t>
      </w:r>
    </w:p>
    <w:p>
      <w:r>
        <w:br/>
        <w:t>Ранком четвертого червня продавець сувенірів синьйор Карлетто Палладіно вештався біля похилої Пізанської башти. Випадково глянувши вгору, він побачив якийсь загадковий об'єкт, що, зростаючи на очах, наближався з неймовірною швидкістю.</w:t>
      </w:r>
    </w:p>
    <w:p>
      <w:r>
        <w:br/>
        <w:t>— Дивіться! Літаюча тарілка!</w:t>
      </w:r>
    </w:p>
    <w:p>
      <w:r>
        <w:br/>
        <w:t>Карлеттові відповіли десятки стурбованих голосів:</w:t>
      </w:r>
    </w:p>
    <w:p>
      <w:r>
        <w:br/>
        <w:t>— Он вона!</w:t>
      </w:r>
    </w:p>
    <w:p>
      <w:r>
        <w:br/>
        <w:t>— Тікаймо — марсіяни!</w:t>
      </w:r>
    </w:p>
    <w:p>
      <w:r>
        <w:br/>
        <w:t>— Вони падають на нас!</w:t>
      </w:r>
    </w:p>
    <w:p>
      <w:r>
        <w:br/>
        <w:t>Туристи всі як один позадирали голови до неба, вигуки лунали всіма мовами світу, й усіма мовами було прийняте однакове рішення: тікати, що стане духу. За мить усіх наче вітром здуло.</w:t>
      </w:r>
    </w:p>
    <w:p>
      <w:r>
        <w:br/>
        <w:t>Лише синьйор Карлетто Палладіно не; піддався паніці. Він продавав маленькі гіпсові, мармурові та алебастрові копії башти, що їх носив у ящику, котрий звисав на ремені через шию.</w:t>
      </w:r>
    </w:p>
    <w:p>
      <w:r>
        <w:br/>
        <w:t>"Я ще не з'їхав із глузду, аби бігти хтозна-чого, — розмірковував той. — А що, коли перечеплюся й потовчу на друзки свій крам, хто тоді відшкодує збитки? Синьйори марсіяни, ласкаво просимо в гості. Якщо бажаєте подивитись на славетну Пізанську башту, вона отут, похила й прекрасна, як і завше. Часом не збираєтесь придбати сувенір на пам'ять?"</w:t>
      </w:r>
    </w:p>
    <w:p>
      <w:r>
        <w:br/>
        <w:t>Доки синьйор Карлетто Палладіно розмірковував отак, літаюча тарілка зависла на висоті близько ста метрів, а відтак м'яко приземлилась неподалік од башти. З одчиненого люка з'явилась якась істота в скафандрі. Мабуть, те створіння було дуже чемне, бо вже перші його слова, які пролунали добірною італійською мовою, були такі:</w:t>
      </w:r>
    </w:p>
    <w:p>
      <w:r>
        <w:br/>
        <w:t>— Шановні синьйори, даруйте, що порушили ваш спокій. Ми прилетіли з планети Карпа, що віддалена від Землі на тридцять сім світлових років. Маємо намір пробути тут кілька хвилин. У нас нема зброї й ми не плекаємо лихих намірів.</w:t>
      </w:r>
    </w:p>
    <w:p>
      <w:r>
        <w:br/>
        <w:t>"Яка чемність, — подумав синьйор Карлетто, — тільки звідки в цього типа така чудова луккська вимова?"</w:t>
      </w:r>
    </w:p>
    <w:p>
      <w:r>
        <w:br/>
        <w:t>Голос космічного гостя, очевидно, підсилений якимсь невидимим пристроєм, кілька разів поспіль повторив звертання. Тим часом туристи, продавці сувенірів, роззяви, діти повилазили зі схованок. Несподівано оглушливо завила сирена, відтак друга, третя: хтось викликав поліцію та пожежників. Щільним кільцем люди в уніформі оточили космічний корабель і розімкнулись лише для того, щоб пропустити вперед мера міста, який бажав побачити все на власні очі.</w:t>
      </w:r>
    </w:p>
    <w:p>
      <w:r>
        <w:br/>
        <w:t>Космічні гості розмовляли якоюсь незрозумілою мовою. Судячи по скафандрах, вони були не дуже потворні. Певне, також із двома руками, двома ногами й однією головою. Можливо, в них були ще хвости й антени, але присутні того не помітили.</w:t>
      </w:r>
    </w:p>
    <w:p>
      <w:r>
        <w:br/>
        <w:t>Підійшовши до першого космонавта, що по всьому скидався на перекладача, мер поцікавився:</w:t>
      </w:r>
    </w:p>
    <w:p>
      <w:r>
        <w:br/>
        <w:t>— Чи не хотіли б ви зав'язати контакт із нашим урядом, науковцями, пресою?</w:t>
      </w:r>
    </w:p>
    <w:p>
      <w:r>
        <w:br/>
        <w:t>— Навіщо? — здивувався карпіянин. — Не варто турбувати таких поважних осіб. Ми лише візьмемо Пізанську башту й одразу ж відлітаємо.</w:t>
      </w:r>
    </w:p>
    <w:p>
      <w:r>
        <w:br/>
        <w:t>— Візьмете... що?</w:t>
      </w:r>
    </w:p>
    <w:p>
      <w:r>
        <w:br/>
        <w:t>— Падаючу башту.</w:t>
      </w:r>
    </w:p>
    <w:p>
      <w:r>
        <w:br/>
        <w:t>— Синьйоре комісаре, — гукнув мер, — підійдіть ближче й послухайте цього зухвальця.</w:t>
      </w:r>
    </w:p>
    <w:p>
      <w:r>
        <w:br/>
        <w:t>Комісар поліції, який добре все чув, знявши кашкет, вклонився гостеві, а відтак, натягши його на голову, розгублено промимрив:</w:t>
      </w:r>
    </w:p>
    <w:p>
      <w:r>
        <w:br/>
        <w:t>— Вибачте, синьйоре карпіянине... можу я вас так називати?</w:t>
      </w:r>
    </w:p>
    <w:p>
      <w:r>
        <w:br/>
        <w:t>— Звичайно. Адже ми дійсно карпіяни.</w:t>
      </w:r>
    </w:p>
    <w:p>
      <w:r>
        <w:br/>
        <w:t>— Дякую. Ми не зовсім упевнені, що правильно вас зрозуміли. Либонь, хотіли сказати, що в захопленні від цієї прегарної споруди, бажаєте оглянути її, як слід, піднятись на оглядовий майданчик...</w:t>
      </w:r>
    </w:p>
    <w:p>
      <w:r>
        <w:br/>
        <w:t>— Невже ви гадаєте, — обірвав комісара карпіянин, — що ми подолали таку відстань, аби просто помилуватися баштою? Наша мета — забрати її й доставити на Карпу. Он бачите ту синьйору?</w:t>
      </w:r>
    </w:p>
    <w:p>
      <w:r>
        <w:br/>
        <w:t>При цьому космічний гість вказав на одну з чотирьох постатей, які вовтузились біля башти так, наче робили обміри.</w:t>
      </w:r>
    </w:p>
    <w:p>
      <w:r>
        <w:br/>
        <w:t>— То синьйора Болл із містечка Суп, що розташоване в кількох кілометрах од столиці Об'єднаної карпіянської республіки.</w:t>
      </w:r>
    </w:p>
    <w:p>
      <w:r>
        <w:br/>
        <w:t>Почувши своє ім'я, синьйора рішуче підійшла до мера та комісара поліції й, розмахуючи руками, заходилась голосно репетувати.</w:t>
      </w:r>
    </w:p>
    <w:p>
      <w:r>
        <w:br/>
        <w:t>— Синьйора Болл зачарована Пізанською баштою й запевняє, що вона незрівнянно краща, ніж на фотографії.</w:t>
      </w:r>
    </w:p>
    <w:p>
      <w:r>
        <w:br/>
        <w:t>— Безсумнівно, — згодився комісар, — але яке відношення має синьйора Болл до нашої розмови?</w:t>
      </w:r>
    </w:p>
    <w:p>
      <w:r>
        <w:br/>
        <w:t>— Найбезпосередніше, — відказав перекладач, — саме через неї ми прилетіли сюди. З вашого дозволу я розповім усе детально.</w:t>
      </w:r>
    </w:p>
    <w:p>
      <w:r>
        <w:br/>
        <w:t>— Гаразд. Мабуть, так буде найліпше.</w:t>
      </w:r>
    </w:p>
    <w:p>
      <w:r>
        <w:br/>
        <w:t>— Отож, — вів далі карпіянин, — ми всі, опріч синьйори Болл, представники фірми Брік, виготовлювача уславлених гранул екстракту для бульйону Брік. Торік наша фірма оголосила великий конкурс. Набравши мільйон очок, синьйора Болл здобула другу нагороду, тобто Падаючу башту з італійського міста Пізи.</w:t>
      </w:r>
    </w:p>
    <w:p>
      <w:r>
        <w:br/>
        <w:t>На нашій батьківщині чудово знають Землю, бо наші космічні апарати спостерігають за нею близько двохсот років. Неабиякою популярністю серед моїх земляків користується Пізанська башта. Синьйора Болл упевнена, що тільки-но споруда опиниться в її садку, карпіяни посунуть, аби помилуватися такою красою.</w:t>
      </w:r>
    </w:p>
    <w:p>
      <w:r>
        <w:br/>
        <w:t>Мер, що спостерігав за сценою з роззявленим ротом, отямившись, помилково встромив у рот люльку іншим кінцем, плюнув спересердя й нарешті вичавив із себе:</w:t>
      </w:r>
    </w:p>
    <w:p>
      <w:r>
        <w:br/>
        <w:t>— Отже, ви хочете зовсім небагато: вкрасти башту й віддати тій ляскотусі? Синьйоре комісаре, виконуйте свої обов'язки. Негайно заарештуйте цих зухвальців і вкиньте до в'язниці. А я тим часом доповім про це урядові.</w:t>
      </w:r>
    </w:p>
    <w:p>
      <w:r>
        <w:br/>
        <w:t>— Спокійніше, спокійніше, — кинув перекладач. — Ви неспроможні протидіяти нашим намірам. ї навіть не уявляєте військової могутності фірми Брік. Нумо подивіться вгору.</w:t>
      </w:r>
    </w:p>
    <w:p>
      <w:r>
        <w:br/>
        <w:t>— Ми беззбройні, — поновив розмову перекладач, — але наші колеги там угорі мають усі види зброї, включаючи ядерну. На мій знак Пізу за мить буде зрівняно з землею. Отаке-то. Гадаю, тепер вам зрозуміло?</w:t>
      </w:r>
    </w:p>
    <w:p>
      <w:r>
        <w:br/>
        <w:t>— Чуєш, чуєш, що коїться? — мимрив Карлетто Палладіно.</w:t>
      </w:r>
    </w:p>
    <w:p>
      <w:r>
        <w:br/>
        <w:t>Хтозна, нащо він зняв із шиї й поставив на землю ящик із сувенірами.</w:t>
      </w:r>
    </w:p>
    <w:p>
      <w:r>
        <w:br/>
        <w:t>— То ми домовились? — підвищуючи голос, спитав перекладач.</w:t>
      </w:r>
    </w:p>
    <w:p>
      <w:r>
        <w:br/>
        <w:t>Мерові й комісару поліції перехопило подих. Людський натовп завмер од жаху. Лиш час од часу лунав окрик жінки:</w:t>
      </w:r>
    </w:p>
    <w:p>
      <w:r>
        <w:br/>
        <w:t>— Джорджіно! Ренато!</w:t>
      </w:r>
    </w:p>
    <w:p>
      <w:r>
        <w:br/>
        <w:t>Ті невгамовні дітлахи мали здатність щомиті зникати з-перед очей стурбованих матусь.</w:t>
      </w:r>
    </w:p>
    <w:p>
      <w:r>
        <w:br/>
        <w:t>Раптом споруда кудись зникла, й у присутніх вихопилося тяжке "О-о-ох!"</w:t>
      </w:r>
    </w:p>
    <w:p>
      <w:r>
        <w:br/>
        <w:t>— Бачили? — коментував перекладач-карпіянин. — Це робиться дуже просто.</w:t>
      </w:r>
    </w:p>
    <w:p>
      <w:r>
        <w:br/>
        <w:t>— Що ви вкоїли з нашою баштою? — скрикнув мер Пізи уривчастим голосом.</w:t>
      </w:r>
    </w:p>
    <w:p>
      <w:r>
        <w:br/>
        <w:t>— Та вона ж на своєму місці, — відказав перекладач. — Довелося зменшити її до мініатюрних розмірів, аби було зручно транспортувати. На Карпі ми повернемо їй натуральну величину.</w:t>
      </w:r>
    </w:p>
    <w:p>
      <w:r>
        <w:br/>
        <w:t>Й справді в центрі порожнього майданчика виднілась малесенька башточка, яка нічим не відрізнялась од гіпсових, мармурових та алебастрових копій, що, ніби олов'яні солдатики, вишикувались у ящику синьйора Карлетто.</w:t>
      </w:r>
    </w:p>
    <w:p>
      <w:r>
        <w:br/>
        <w:t>А зараз побачимо, що відбулося наступної миті.</w:t>
      </w:r>
    </w:p>
    <w:p>
      <w:r>
        <w:br/>
        <w:t>Одразу ж по цьому, тобто перш ніж карпіяни підібрали башту и сховали до кишені, якийсь чоловічок із воланням прорвав кільце полісменів, прошмигнув повз космонавтів і припав до цієї мініатюрної споруди, як ото вірний пес (в усякому разі так кажуть у народі) припадає до могили свого господаря.</w:t>
      </w:r>
    </w:p>
    <w:p>
      <w:r>
        <w:br/>
        <w:t>Карпіяни з несподіванки закам'яніли. Проте їм не треба було багато часу, щоб підвести синьйора Карлетто (певна річ, це був він), видерти з його рук башту й знову опустити бідолаху додолу, аби той міг і далі дати волю своїм почуттям.</w:t>
      </w:r>
    </w:p>
    <w:p>
      <w:r>
        <w:br/>
        <w:t>Синьйор Палладіно підвівся на ноги, так ніби нічого не сталось, обтрусився й зник у натовпі.</w:t>
      </w:r>
    </w:p>
    <w:p>
      <w:r>
        <w:br/>
        <w:t>Й коли вже карпіяни сідали в корабель, синьйор Карлетто несміливо протиснувся наперед.</w:t>
      </w:r>
    </w:p>
    <w:p>
      <w:r>
        <w:br/>
        <w:t>— Синьйори космонавти, — мовив ледь чутно.</w:t>
      </w:r>
    </w:p>
    <w:p>
      <w:r>
        <w:br/>
        <w:t>— Що вам? — ввічливо спитав перекладач.</w:t>
      </w:r>
    </w:p>
    <w:p>
      <w:r>
        <w:br/>
        <w:t>— Маю невеличке прохання. Коли вже синьйора Болл заволоділа своїм призом... якби ваша ласка...</w:t>
      </w:r>
    </w:p>
    <w:p>
      <w:r>
        <w:br/>
        <w:t>— Що?</w:t>
      </w:r>
    </w:p>
    <w:p>
      <w:r>
        <w:br/>
        <w:t>— Ось у мене в руках маленька копія Падаючої башти. Як бачите, це мармурова цяцька. Для вас пустісінька справа збільшити її. Так у нас лишилася б принаймні копія славетної башти.</w:t>
      </w:r>
    </w:p>
    <w:p>
      <w:r>
        <w:br/>
        <w:t>— Але ж вона буде несправжня, — вкрай здивувався перекладач.</w:t>
      </w:r>
    </w:p>
    <w:p>
      <w:r>
        <w:br/>
        <w:t>— Нас влаштує й така, — не вгавав синьйор Карлетто.</w:t>
      </w:r>
    </w:p>
    <w:p>
      <w:r>
        <w:br/>
        <w:t>Космонавт-перекладач пояснив колегам, про що йдеться. У відповідь ті вибухнули гучним реготом. Насміявшись досхочу, карпіяни взяли копію башти в Карлетто Палладіно, поставили її на місце, де раніше здіймалась вгору справжня, спрямували на неї свої прилади, і за мить нова Падаюча башта виросла до натуральних розмірів.</w:t>
      </w:r>
    </w:p>
    <w:p>
      <w:r>
        <w:br/>
        <w:t>— Чудова робота! — крикнув мер. — Фальшивка! Це все одно, що пити цикорій замість кави.</w:t>
      </w:r>
    </w:p>
    <w:p>
      <w:r>
        <w:br/>
        <w:t>Тієї ж миті синьйор Палладіно смикнув його за рукав і щось прошепотів на вухо. Карпіяни не помітили цього, бо вже зникли в міжзоряному кораблі, знялися в небо й розчинились у просторі. Враз мер почав танцювати перед засмученим натовпом.</w:t>
      </w:r>
    </w:p>
    <w:p>
      <w:r>
        <w:br/>
        <w:t>— Бідолаха, геть збожеволів од розпачу! — співчували люди.</w:t>
      </w:r>
    </w:p>
    <w:p>
      <w:r>
        <w:br/>
        <w:t>— Дурненькі, — глузував Карлетто Палладіно, — бовдури та й годі. Як ви могли подумати, що пізанці дозволили б комусь забрати їхню гордість? Нетямущі, сліпці! Невже не помітили, як я вихопив її просто з-під носа в тих нахаб-карпіян, удавши, що гірко плачу? Знаєте, що вони повезли з собою, га? Сувенір ціною в дві сотні лір або сто п'ятдесят зі скидкою. Тут на майдані — справжня-справжнісінька наша башта. Милуйтесь, будь ласка, обмацуйте, читайте свої імена, які ви нашкрябали на її стінах...</w:t>
      </w:r>
    </w:p>
    <w:p>
      <w:r>
        <w:br/>
        <w:t>— Дійсно, дійсно, — скрикнув хтось. — Ось імена моїх діток: Джорджіно й Ренато, які вони написали сьогодні вранці.</w:t>
      </w:r>
    </w:p>
    <w:p>
      <w:r>
        <w:br/>
        <w:t>Одне слово, щаслива юрба підхопила на руки синьйора Палладіно.</w:t>
      </w:r>
    </w:p>
    <w:p>
      <w:r>
        <w:br/>
        <w:t>Туристи розкупили в нього геть всі сувеніри, заплативши втроє більше, ніж той просив.</w:t>
      </w:r>
    </w:p>
    <w:p>
      <w:r>
        <w:br/>
        <w:t>Згадавши про карпіян, мер ледь не луснув зі сміху, адже ті невдахи подолали мільярди й мільярди кілометрів, аби везти додому пам'ятку про кмітливість синьйора Карлетто Палладіно.</w:t>
      </w:r>
    </w:p>
    <w:p>
      <w:r>
        <w:br/>
        <w:t>ПІОНЕРІЯ. — 1981. — № 6.</w:t>
      </w:r>
    </w:p>
    <w:p>
      <w:r>
        <w:br/>
        <w:t>ГУЦЬ Анатолій, переклад з італійської, 1981.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Карпіяни й Пізанська башта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