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</w:t>
      </w:r>
    </w:p>
    <w:p>
      <w:r>
        <w:br/>
        <w:t xml:space="preserve"> &lt;blockquote&gt;Искреннему моему Якову де Бальмену</w:t>
      </w:r>
    </w:p>
    <w:p>
      <w:r>
        <w:br/>
        <w:t>Кто даст. главе моей воду, И очесем моим источник слез, И плачуся и день и нощь о побиенных...&lt;br /&gt;</w:t>
        <w:br/>
        <w:t>Иеремии. Глава 9, стих 1.&lt;/blockquote&gt;</w:t>
      </w:r>
    </w:p>
    <w:p>
      <w:r>
        <w:br/>
        <w:t>За горами гори, хмарою повиті,&lt;br /&gt;</w:t>
        <w:br/>
        <w:t>Засіяні горем, кровію политі.&lt;br /&gt;</w:t>
        <w:br/>
        <w:t>Споконвіку Прометея&lt;br /&gt;</w:t>
        <w:br/>
        <w:t>Там орел карає,&lt;br /&gt;</w:t>
        <w:br/>
        <w:t>Що день божий довбе ребра&lt;br /&gt;</w:t>
        <w:br/>
        <w:t>Й серце розбиває.&lt;br /&gt;</w:t>
        <w:br/>
        <w:t>Розбиває, та не вип'є&lt;br /&gt;</w:t>
        <w:br/>
        <w:t>Живущої крові, —&lt;br /&gt;</w:t>
        <w:br/>
        <w:t>Воно знову оживає&lt;br /&gt;</w:t>
        <w:br/>
        <w:t>І сміється знову.&lt;br /&gt;</w:t>
        <w:br/>
        <w:t>Не вмирає душа наша,&lt;br /&gt;</w:t>
        <w:br/>
        <w:t>Не вмирає воля.&lt;br /&gt;</w:t>
        <w:br/>
        <w:t>І неситий не виоре&lt;br /&gt;</w:t>
        <w:br/>
        <w:t>На дні моря поле.&lt;br /&gt;</w:t>
        <w:br/>
        <w:t>Не скує душі живої&lt;br /&gt;</w:t>
        <w:br/>
        <w:t>І слова живого.&lt;br /&gt;</w:t>
        <w:br/>
        <w:t>Не понесе слави бога,&lt;br /&gt;</w:t>
        <w:br/>
        <w:t>Великого бога.</w:t>
      </w:r>
    </w:p>
    <w:p>
      <w:r>
        <w:br/>
        <w:t>Не нам на прю з тобою стати!&lt;br /&gt;</w:t>
        <w:br/>
        <w:t>Не нам діла твої судить!&lt;br /&gt;</w:t>
        <w:br/>
        <w:t>Нам тільки плакать, плакать, плакать&lt;br /&gt;</w:t>
        <w:br/>
        <w:t>І хліб насущний замісить&lt;br /&gt;</w:t>
        <w:br/>
        <w:t>Кривавим потом і сльозами.&lt;br /&gt;</w:t>
        <w:br/>
        <w:t>Кати знущаються над нами,&lt;br /&gt;</w:t>
        <w:br/>
        <w:t>А правда наша п'яна спить.&lt;br /&gt;</w:t>
        <w:br/>
        <w:t>Коли вона прокинеться?&lt;br /&gt;</w:t>
        <w:br/>
        <w:t>Коли одпочити&lt;br /&gt;</w:t>
        <w:br/>
        <w:t>/Іяжеш, боже, утомлений?&lt;br /&gt;</w:t>
        <w:br/>
        <w:t>І нам даси жити!&lt;br /&gt;</w:t>
        <w:br/>
        <w:t>Ми віруєм твоїй силі&lt;br /&gt;</w:t>
        <w:br/>
        <w:t>І духу живому.&lt;br /&gt;</w:t>
        <w:br/>
        <w:t>Встане правда! Встане воля!&lt;br /&gt;</w:t>
        <w:br/>
        <w:t>І тобі одному&lt;br /&gt;</w:t>
        <w:br/>
        <w:t>Помоляться всі язики&lt;br /&gt;</w:t>
        <w:br/>
        <w:t>Вовіки і віки.&lt;br /&gt;</w:t>
        <w:br/>
        <w:t>А поки що течуть ріки,&lt;br /&gt;</w:t>
        <w:br/>
        <w:t>Кривавії ріки!&lt;br /&gt;</w:t>
        <w:br/>
        <w:t>За горами гори, хмарою повитЇ,&lt;br /&gt;</w:t>
        <w:br/>
        <w:t>Засіяні горем, кровію политі.&lt;br /&gt;</w:t>
        <w:br/>
        <w:t>Отам-то милостивії ми&lt;br /&gt;</w:t>
        <w:br/>
        <w:t>Ненагодоваиу і голу&lt;br /&gt;</w:t>
        <w:br/>
        <w:t>Застукали сердешну волю&lt;br /&gt;</w:t>
        <w:br/>
        <w:t>Та й цькуємо. Лягло костьми&lt;br /&gt;</w:t>
        <w:br/>
        <w:t>Людей муштрованих чимало.&lt;br /&gt;</w:t>
        <w:br/>
        <w:t>А сльоз, а крові!? напоїть&lt;br /&gt;</w:t>
        <w:br/>
        <w:t>Всіх імператорів би стало&lt;br /&gt;</w:t>
        <w:br/>
        <w:t>З дітьми і внуками, втопить&lt;br /&gt;</w:t>
        <w:br/>
        <w:t>В сльозах удов'їх. А дівочих,&lt;br /&gt;</w:t>
        <w:br/>
        <w:t>Пролитих тайно серед ночі!&lt;br /&gt;</w:t>
        <w:br/>
        <w:t>А матерніх гарячих сльоз!&lt;br /&gt;</w:t>
        <w:br/>
        <w:t>А батькових, старих, кривавих!&lt;br /&gt;</w:t>
        <w:br/>
        <w:t>Не ріки — море розлилось,&lt;br /&gt;</w:t>
        <w:br/>
        <w:t>Огненне море! Слава! Слава!&lt;br /&gt;</w:t>
        <w:br/>
        <w:t>Хортам, і гончим, і псарям,&lt;br /&gt;</w:t>
        <w:br/>
        <w:t>І нашим батюшкам-царям&lt;br /&gt;</w:t>
        <w:br/>
        <w:t>Слава!</w:t>
      </w:r>
    </w:p>
    <w:p>
      <w:r>
        <w:br/>
        <w:t>І вам слава, сині гори,&lt;br /&gt;</w:t>
        <w:br/>
        <w:t>Кригою окуті!&lt;br /&gt;</w:t>
        <w:br/>
        <w:t>І вам, лицарі великі,&lt;br /&gt;</w:t>
        <w:br/>
        <w:t>Богом не забуті.&lt;br /&gt;</w:t>
        <w:br/>
        <w:t>Борітеся — поборете!&lt;br /&gt;</w:t>
        <w:br/>
        <w:t>Вам бог помагає!&lt;br /&gt;</w:t>
        <w:br/>
        <w:t>За вас правда, за вас слава&lt;br /&gt;</w:t>
        <w:br/>
        <w:t>І воля святая!</w:t>
      </w:r>
    </w:p>
    <w:p>
      <w:r>
        <w:br/>
        <w:t>Чурек і сакля — все твоє;&lt;br /&gt;</w:t>
        <w:br/>
        <w:t>Воно не прошене, не дане,&lt;br /&gt;</w:t>
        <w:br/>
        <w:t>Ніхто й не возьме за своє,&lt;br /&gt;</w:t>
        <w:br/>
        <w:t>Не поведе тебе в кайданах.&lt;br /&gt;</w:t>
        <w:br/>
        <w:t>А в нас!.. На те письменні ми,&lt;br /&gt;</w:t>
        <w:br/>
        <w:t>Читаєм божії глаголи!..&lt;br /&gt;</w:t>
        <w:br/>
        <w:t>І од глибокої тюрми&lt;br /&gt;</w:t>
        <w:br/>
        <w:t>Та до високого престола —&lt;br /&gt;</w:t>
        <w:br/>
        <w:t>Усі ми в золоті і голі.&lt;br /&gt;</w:t>
        <w:br/>
        <w:t>До нас в науку! Ми навчим,&lt;br /&gt;</w:t>
        <w:br/>
        <w:t>Почому хліб і сіль почім!&lt;br /&gt;</w:t>
        <w:br/>
        <w:t>Ми християни: храми, школи,&lt;br /&gt;</w:t>
        <w:br/>
        <w:t>Усе добро, сам бог у нас!&lt;br /&gt;</w:t>
        <w:br/>
        <w:t>Нам тільки сакля очі коле:&lt;br /&gt;</w:t>
        <w:br/>
        <w:t>Чого вона стоїть у вас,&lt;br /&gt;</w:t>
        <w:br/>
        <w:t>Не нами дана; чом ми вам&lt;br /&gt;</w:t>
        <w:br/>
        <w:t>Чурек же ваш та вам не кинем,&lt;br /&gt;</w:t>
        <w:br/>
        <w:t>Як тій собаці! Чом ви нам&lt;br /&gt;</w:t>
        <w:br/>
        <w:t>Платить за сонце не повинні! —&lt;br /&gt;</w:t>
        <w:br/>
        <w:t>Та й тільки ж то! Ми не погани,&lt;br /&gt;</w:t>
        <w:br/>
        <w:t>Ми настоящі християни —&lt;br /&gt;</w:t>
        <w:br/>
        <w:t>Ми малим ситі!.. А зате!&lt;br /&gt;</w:t>
        <w:br/>
        <w:t>Якби ви з нами подружили,&lt;br /&gt;</w:t>
        <w:br/>
        <w:t>Багато б дечому навчились!&lt;br /&gt;</w:t>
        <w:br/>
        <w:t>У нас же й світа, як на те —&lt;br /&gt;</w:t>
        <w:br/>
        <w:t>Одна Сибір неісходима!&lt;br /&gt;</w:t>
        <w:br/>
        <w:t>А тюрм, а люду!.. Що й лічить!&lt;br /&gt;</w:t>
        <w:br/>
        <w:t>Од молдаванина до фінна&lt;br /&gt;</w:t>
        <w:br/>
        <w:t>На всіх язиках все мовчить,&lt;br /&gt;</w:t>
        <w:br/>
        <w:t>Бо благоденствує! У нас&lt;br /&gt;</w:t>
        <w:br/>
        <w:t>Святую біблію читає&lt;br /&gt;</w:t>
        <w:br/>
        <w:t>Святий чернець і научає,&lt;br /&gt;</w:t>
        <w:br/>
        <w:t>Що цар якийсь-то свині пас&lt;br /&gt;</w:t>
        <w:br/>
        <w:t>Та дружню жінку взяв до себе,&lt;br /&gt;</w:t>
        <w:br/>
        <w:t>А друга вбив. Тепер на небі!&lt;br /&gt;</w:t>
        <w:br/>
        <w:t>От бачите, які у нас&lt;br /&gt;</w:t>
        <w:br/>
        <w:t>Сидять на небі! Ви ще темні,&lt;br /&gt;</w:t>
        <w:br/>
        <w:t>Святим хрестом не просвіщені!&lt;br /&gt;</w:t>
        <w:br/>
        <w:t>У нас навчіться! В нас дери,&lt;br /&gt;</w:t>
        <w:br/>
        <w:t>Дери та дай,&lt;br /&gt;</w:t>
        <w:br/>
        <w:t>І просто в рай,&lt;br /&gt;</w:t>
        <w:br/>
        <w:t>Хоч і рідню всю забери!&lt;br /&gt;</w:t>
        <w:br/>
        <w:t>У нас! Чого-то ми не вмієм?&lt;br /&gt;</w:t>
        <w:br/>
        <w:t>І зорі лічим, гречку сієм,&lt;br /&gt;</w:t>
        <w:br/>
        <w:t>Французів лаєм. Продаєм&lt;br /&gt;</w:t>
        <w:br/>
        <w:t>Або у карти програєм&lt;br /&gt;</w:t>
        <w:br/>
        <w:t>Людей... не негрів... а таких,&lt;br /&gt;</w:t>
        <w:br/>
        <w:t>Таки хрещених... но простих.&lt;br /&gt;</w:t>
        <w:br/>
        <w:t>Ми не гішпани! Крий нас, боже,&lt;br /&gt;</w:t>
        <w:br/>
        <w:t>Щоб крадене перекупать,&lt;br /&gt;</w:t>
        <w:br/>
        <w:t>Як ті жиди. Ми по закону!..</w:t>
      </w:r>
    </w:p>
    <w:p>
      <w:r>
        <w:br/>
        <w:t>По закону апостола&lt;br /&gt;</w:t>
        <w:br/>
        <w:t>Ви любите брата!&lt;br /&gt;</w:t>
        <w:br/>
        <w:t>Суєслови, лицеміри,&lt;br /&gt;</w:t>
        <w:br/>
        <w:t>Господом прокляті!&lt;br /&gt;</w:t>
        <w:br/>
        <w:t>Ви любите на братові&lt;br /&gt;</w:t>
        <w:br/>
        <w:t>Шкуру, а не душу!&lt;br /&gt;</w:t>
        <w:br/>
        <w:t>Та й лупите по закону:&lt;br /&gt;</w:t>
        <w:br/>
        <w:t>Дочці на кожушок,&lt;br /&gt;</w:t>
        <w:br/>
        <w:t>Байстрюкові на придане,&lt;br /&gt;</w:t>
        <w:br/>
        <w:t>Жінці на патинки.&lt;br /&gt;</w:t>
        <w:br/>
        <w:t>Собі ж на те, що не знають&lt;br /&gt;</w:t>
        <w:br/>
        <w:t>Ні діти, ні жінка!</w:t>
      </w:r>
    </w:p>
    <w:p>
      <w:r>
        <w:br/>
        <w:t>За кого ж ти розіп'явся,&lt;br /&gt;</w:t>
        <w:br/>
        <w:t>Христе, сине божий?&lt;br /&gt;</w:t>
        <w:br/>
        <w:t>За нас добрих, чи за слово&lt;br /&gt;</w:t>
        <w:br/>
        <w:t>Істини... Чи, може,&lt;br /&gt;</w:t>
        <w:br/>
        <w:t>Щоб ми з тебе насміялись?&lt;br /&gt;</w:t>
        <w:br/>
        <w:t>Воно ж так і сталось.</w:t>
      </w:r>
    </w:p>
    <w:p>
      <w:r>
        <w:br/>
        <w:t>Храми, каплиці, і ікони,&lt;br /&gt;</w:t>
        <w:br/>
        <w:t>І ставники, і мірри дим,&lt;br /&gt;</w:t>
        <w:br/>
        <w:t>І перед образом твоїм&lt;br /&gt;</w:t>
        <w:br/>
        <w:t>Неутомленнії поклони&lt;br /&gt;</w:t>
        <w:br/>
        <w:t>За кражу, за войну, за кров, —&lt;br /&gt;</w:t>
        <w:br/>
        <w:t>Щоб братню кров пролити просять,&lt;br /&gt;</w:t>
        <w:br/>
        <w:t>І потім в дар тобі приносять&lt;br /&gt;</w:t>
        <w:br/>
        <w:t>З пожару вкрадений покров!!.&lt;br /&gt;</w:t>
        <w:br/>
        <w:t>Просвітились! Та ще й хочем&lt;br /&gt;</w:t>
        <w:br/>
        <w:t>Других просвітити,&lt;br /&gt;</w:t>
        <w:br/>
        <w:t>Сонце правди показати...&lt;br /&gt;</w:t>
        <w:br/>
        <w:t>Сліпим, бачиш, дітям!!&lt;br /&gt;</w:t>
        <w:br/>
        <w:t>Все покажем! Тільки дайте&lt;br /&gt;</w:t>
        <w:br/>
        <w:t>Себе в руки взяти.&lt;br /&gt;</w:t>
        <w:br/>
        <w:t>Як і тюрми мурувати,&lt;br /&gt;</w:t>
        <w:br/>
        <w:t>Кайдани кувати —&lt;br /&gt;</w:t>
        <w:br/>
        <w:t>Як і носить!.. І як плести&lt;br /&gt;</w:t>
        <w:br/>
        <w:t>Кнути узлуваті, —&lt;br /&gt;</w:t>
        <w:br/>
        <w:t>Всьому навчим! Тільки-дайте&lt;br /&gt;</w:t>
        <w:br/>
        <w:t>Свої сині гори&lt;br /&gt;</w:t>
        <w:br/>
        <w:t>Остатнії... бо вже взяли&lt;br /&gt;</w:t>
        <w:br/>
        <w:t>І поле і море.</w:t>
      </w:r>
    </w:p>
    <w:p>
      <w:r>
        <w:br/>
        <w:t>І тебе загнали, мій друже єдиний,&lt;br /&gt;</w:t>
        <w:br/>
        <w:t>Мій Якове добрий! Не за Україну,&lt;br /&gt;</w:t>
        <w:br/>
        <w:t>А за її ката довелось пролить&lt;br /&gt;</w:t>
        <w:br/>
        <w:t>Кров добру, не чорну. Довелось запить&lt;br /&gt;</w:t>
        <w:br/>
        <w:t>З московської чаші московську отруту!&lt;br /&gt;</w:t>
        <w:br/>
        <w:t>О друже мій добрий! друже незабутий!&lt;br /&gt;</w:t>
        <w:br/>
        <w:t>Живою душею в Украйні витай;&lt;br /&gt;</w:t>
        <w:br/>
        <w:t>Літай з козаками понад берегами,&lt;br /&gt;</w:t>
        <w:br/>
        <w:t>Розриті могили в степу назирай.&lt;br /&gt;</w:t>
        <w:br/>
        <w:t>Заплач з козаками дрібними сльозами&lt;br /&gt;</w:t>
        <w:br/>
        <w:t>І мене з неволі в степу виглядай.</w:t>
      </w:r>
    </w:p>
    <w:p>
      <w:r>
        <w:br/>
        <w:t>А поки що — мої думи,&lt;br /&gt;</w:t>
        <w:br/>
        <w:t>Моє люте горе&lt;br /&gt;</w:t>
        <w:br/>
        <w:t>Сіятиму. Нехай ростуть&lt;br /&gt;</w:t>
        <w:br/>
        <w:t>Та з вітром говорять.&lt;br /&gt;</w:t>
        <w:br/>
        <w:t>Вітер тихий з України&lt;br /&gt;</w:t>
        <w:br/>
        <w:t>Понесе з росою&lt;br /&gt;</w:t>
        <w:br/>
        <w:t>Мої думи аж до тебе!..&lt;br /&gt;</w:t>
        <w:br/>
        <w:t>Братньою сльозою&lt;br /&gt;</w:t>
        <w:br/>
        <w:t>Ти їх, друже, привітаєш,&lt;br /&gt;</w:t>
        <w:br/>
        <w:t>Тихо прочитаєш...&lt;br /&gt;</w:t>
        <w:br/>
        <w:t>І могили, степи, море.&lt;br /&gt;</w:t>
        <w:br/>
        <w:t>І мене згадаєш.</w:t>
      </w:r>
    </w:p>
    <w:p>
      <w:r>
        <w:br/>
        <w:t>18 листопада 1845 в Переяславі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