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попа і наймита його Балду</w:t>
      </w:r>
    </w:p>
    <w:p>
      <w:r>
        <w:br/>
        <w:t xml:space="preserve"> Олександр Пушкін&lt;br /&gt;</w:t>
        <w:br/>
        <w:t>Казка про попа і наймита його Балду</w:t>
      </w:r>
    </w:p>
    <w:p>
      <w:r>
        <w:br/>
        <w:t>Перекладач: М.Рильський</w:t>
      </w:r>
    </w:p>
    <w:p>
      <w:r>
        <w:br/>
        <w:t>Жив собі піп,&lt;br /&gt;</w:t>
        <w:br/>
        <w:t>Околоту сніп.&lt;br /&gt;</w:t>
        <w:br/>
        <w:t>Пішов піп по ринку,&lt;br /&gt;</w:t>
        <w:br/>
        <w:t>Чи не купить яку дешевинку.&lt;br /&gt;</w:t>
        <w:br/>
        <w:t>Назустріч йому Балда&lt;br /&gt;</w:t>
        <w:br/>
        <w:t>Іде, навкруги погляда.&lt;br /&gt;</w:t>
        <w:br/>
        <w:t>"Здоров, попе-борода,&lt;br /&gt;</w:t>
        <w:br/>
        <w:t>Чого так рано схопився,&lt;br /&gt;</w:t>
        <w:br/>
        <w:t>По що спорядився?"&lt;br /&gt;</w:t>
        <w:br/>
        <w:t>Піп йому: "Шукаю служника такого,&lt;br /&gt;</w:t>
        <w:br/>
        <w:t>Не вельми ціною дорогого,&lt;br /&gt;</w:t>
        <w:br/>
        <w:t>Щоб знав і коні доглядати,&lt;br /&gt;</w:t>
        <w:br/>
        <w:t>І шить, і варить, і майструвати".&lt;br /&gt;</w:t>
        <w:br/>
        <w:t>Балда відказав:&lt;br /&gt;</w:t>
        <w:br/>
        <w:t>"Служитиму рік тобі славно,&lt;br /&gt;</w:t>
        <w:br/>
        <w:t>Щиро ще й дуже справно&lt;br /&gt;</w:t>
        <w:br/>
        <w:t>За три щиглі тобі в лоб од мене,&lt;br /&gt;</w:t>
        <w:br/>
        <w:t>А їсти буду ячмінь варений".&lt;br /&gt;</w:t>
        <w:br/>
        <w:t>У попа від тих слів&lt;br /&gt;</w:t>
        <w:br/>
        <w:t>Зразу лоб засвербів,&lt;br /&gt;</w:t>
        <w:br/>
        <w:t>Затряслася з ляку борода,&lt;br /&gt;</w:t>
        <w:br/>
        <w:t>А проте подумав: не біда!&lt;br /&gt;</w:t>
        <w:br/>
        <w:t>Каже піп Балді: "Добре, згода!&lt;br /&gt;</w:t>
        <w:br/>
        <w:t>Не вийде з того обом нам шкода,&lt;br /&gt;</w:t>
        <w:br/>
        <w:t>Іди ж до двору мого ти,&lt;br /&gt;</w:t>
        <w:br/>
        <w:t>Покажи, який ти до роботи".&lt;br /&gt;</w:t>
        <w:br/>
        <w:t>Живе Балда в поповім домі,&lt;br /&gt;</w:t>
        <w:br/>
        <w:t>Спить собі на соломі,&lt;br /&gt;</w:t>
        <w:br/>
        <w:t>Їсть за чотирьох,&lt;br /&gt;</w:t>
        <w:br/>
        <w:t>Працює за сімох.&lt;br /&gt;</w:t>
        <w:br/>
        <w:t>Ще з ночі в нього все ходором ходить,&lt;br /&gt;</w:t>
        <w:br/>
        <w:t>Виоре нивку, заскородить,&lt;br /&gt;</w:t>
        <w:br/>
        <w:t>Піч затопить, усе заготує, закупить,&lt;br /&gt;</w:t>
        <w:br/>
        <w:t>Яєчко спече та сам і облупить.&lt;br /&gt;</w:t>
        <w:br/>
        <w:t>Попадя Балдою не нахвалиться,&lt;br /&gt;</w:t>
        <w:br/>
        <w:t>Попівна без Балди сохне і печалиться,&lt;br /&gt;</w:t>
        <w:br/>
        <w:t>Попеня зове його татком;&lt;br /&gt;</w:t>
        <w:br/>
        <w:t>Кашу зварить, бавиться з дитятком.&lt;br /&gt;</w:t>
        <w:br/>
        <w:t>Тільки піп Балду не любить,&lt;br /&gt;</w:t>
        <w:br/>
        <w:t>Ніколи його не приголубить,&lt;br /&gt;</w:t>
        <w:br/>
        <w:t>За розплату думає частенько.&lt;br /&gt;</w:t>
        <w:br/>
        <w:t>Дні минають, уже й строк близенько.&lt;br /&gt;</w:t>
        <w:br/>
        <w:t>Піп не їсть, не п'є, ночі не спить,&lt;br /&gt;</w:t>
        <w:br/>
        <w:t>Лоб йому заздалегідь тріщить.&lt;br /&gt;</w:t>
        <w:br/>
        <w:t>От він попаді признається:&lt;br /&gt;</w:t>
        <w:br/>
        <w:t>"Так і так, що робить зостається?"&lt;br /&gt;</w:t>
        <w:br/>
        <w:t>Бистрий розум жіночий&lt;br /&gt;</w:t>
        <w:br/>
        <w:t>До усяких хитрощів охочий,—&lt;br /&gt;</w:t>
        <w:br/>
        <w:t>Каже попадя йому стиха:&lt;br /&gt;</w:t>
        <w:br/>
        <w:t>"Ось ми як того позбудемось лиха:&lt;br /&gt;</w:t>
        <w:br/>
        <w:t>Загадай ти роботу Балді таку,&lt;br /&gt;</w:t>
        <w:br/>
        <w:t>Що ніхто б не зробив на людськім віку.&lt;br /&gt;</w:t>
        <w:br/>
        <w:t>Тим ти і лоб захистиш від побою,&lt;br /&gt;</w:t>
        <w:br/>
        <w:t>І рахунки свої закінчиш з Балдою".&lt;br /&gt;</w:t>
        <w:br/>
        <w:t>Тут зробилося попові веселіше,&lt;br /&gt;</w:t>
        <w:br/>
        <w:t>Поглядає він на Балду сміливіше,&lt;br /&gt;</w:t>
        <w:br/>
        <w:t>Став він, гукає до Балди:&lt;br /&gt;</w:t>
        <w:br/>
        <w:t>"Вірний мій слуго, а йди-но сюди!&lt;br /&gt;</w:t>
        <w:br/>
        <w:t>Слухай: чорти мені подать велику&lt;br /&gt;</w:t>
        <w:br/>
        <w:t>Підписалися платити довіку.&lt;br /&gt;</w:t>
        <w:br/>
        <w:t>Луччого прибутку не бажати,&lt;br /&gt;</w:t>
        <w:br/>
        <w:t>Та недоплатників за три роки багато.&lt;br /&gt;</w:t>
        <w:br/>
        <w:t>Як наїсися ячменю свого ти,&lt;br /&gt;</w:t>
        <w:br/>
        <w:t>Іди, виправ подать із бісоти".&lt;br /&gt;</w:t>
        <w:br/>
        <w:t>Балда, не чувши ніякого горя,&lt;br /&gt;</w:t>
        <w:br/>
        <w:t>Пішов та й сів край берега моря;&lt;br /&gt;</w:t>
        <w:br/>
        <w:t>Там узявся він мотузку крутити&lt;br /&gt;</w:t>
        <w:br/>
        <w:t>Та кінець її в морі мочити.&lt;br /&gt;</w:t>
        <w:br/>
        <w:t>От вилазить з моря старий Біс,&lt;br /&gt;</w:t>
        <w:br/>
        <w:t>Каже: "Який тебе вітер заніс?"&lt;br /&gt;</w:t>
        <w:br/>
        <w:t>"Та от мотузкою хочу море морщить&lt;br /&gt;</w:t>
        <w:br/>
        <w:t>Та вас, прокляте плем'я, корчить".&lt;br /&gt;</w:t>
        <w:br/>
        <w:t>Впала Бісові на серце туга:&lt;br /&gt;</w:t>
        <w:br/>
        <w:t>"Скажи, за що така нам наруга?"&lt;br /&gt;</w:t>
        <w:br/>
        <w:t>"Як за що? Почали ви нас гнівити,&lt;br /&gt;</w:t>
        <w:br/>
        <w:t>Податі не хочете платити.&lt;br /&gt;</w:t>
        <w:br/>
        <w:t>Добра ж тут буде нам утіха,&lt;br /&gt;</w:t>
        <w:br/>
        <w:t>Вам, собакам, не утекти від лиха".&lt;br /&gt;</w:t>
        <w:br/>
        <w:t>"Балдонько, зажди ще час-годину,&lt;br /&gt;</w:t>
        <w:br/>
        <w:t>Матимеш подать за всю нашу родину.&lt;br /&gt;</w:t>
        <w:br/>
        <w:t>Постривай, вишлю свого внука".&lt;br /&gt;</w:t>
        <w:br/>
        <w:t>Балда мислить: "Чортика обдурить не штука!"&lt;br /&gt;</w:t>
        <w:br/>
        <w:t>Виринуло те бісенятко,&lt;br /&gt;</w:t>
        <w:br/>
        <w:t>Занявчало, як голодне кошенятко:&lt;br /&gt;</w:t>
        <w:br/>
        <w:t>"Здоров, Балдо-селючок, здоров!&lt;br /&gt;</w:t>
        <w:br/>
        <w:t>А по яку то ти подать прийшов?&lt;br /&gt;</w:t>
        <w:br/>
        <w:t>Жодних податів чортячому народу&lt;br /&gt;</w:t>
        <w:br/>
        <w:t>Не доводилося платити зроду.&lt;br /&gt;</w:t>
        <w:br/>
        <w:t>Ну, та дарма,— бери; лишень умова&lt;br /&gt;</w:t>
        <w:br/>
        <w:t>З нашого обопільного слова,&lt;br /&gt;</w:t>
        <w:br/>
        <w:t>Щоб надалі уникнути нам горя:&lt;br /&gt;</w:t>
        <w:br/>
        <w:t>Хто скоріше з нас обіжить круг моря,&lt;br /&gt;</w:t>
        <w:br/>
        <w:t>Той і подать візьме сповна;&lt;br /&gt;</w:t>
        <w:br/>
        <w:t>У мішку там готова буде вона".&lt;br /&gt;</w:t>
        <w:br/>
        <w:t>Засміявся Балда лукаво:&lt;br /&gt;</w:t>
        <w:br/>
        <w:t>"Ех, ти ж, нерозумна прояво!&lt;br /&gt;</w:t>
        <w:br/>
        <w:t>Де тобі змагатись зо мною,&lt;br /&gt;</w:t>
        <w:br/>
        <w:t>Зо мною, з самим Балдою?&lt;br /&gt;</w:t>
        <w:br/>
        <w:t>От уже послали супостата!&lt;br /&gt;</w:t>
        <w:br/>
        <w:t>Пожди лишень мого меншого брата".&lt;br /&gt;</w:t>
        <w:br/>
        <w:t>Пішов Балда в близький лісок,&lt;br /&gt;</w:t>
        <w:br/>
        <w:t>Спіймав двох зайчиків та — в мішок.&lt;br /&gt;</w:t>
        <w:br/>
        <w:t>Знов до моря він приходить,&lt;br /&gt;</w:t>
        <w:br/>
        <w:t>Чортеня край моря знаходить.&lt;br /&gt;</w:t>
        <w:br/>
        <w:t>Держить Балда одного зайка за вуха.&lt;br /&gt;</w:t>
        <w:br/>
        <w:t>"От тепер ти нашої музики послухай!&lt;br /&gt;</w:t>
        <w:br/>
        <w:t>Ти, чортенятко, іще хлопченятко,&lt;br /&gt;</w:t>
        <w:br/>
        <w:t>Супроти мене і зовсім малятко.&lt;br /&gt;</w:t>
        <w:br/>
        <w:t>Змагатись зо мною — часу даремна трата.&lt;br /&gt;</w:t>
        <w:br/>
        <w:t>Ану, дожени спочатку мого брата.&lt;br /&gt;</w:t>
        <w:br/>
        <w:t>Раз, два, три! Ну-бо, швидко!"&lt;br /&gt;</w:t>
        <w:br/>
        <w:t>Побігли вони, ледве видко,—&lt;br /&gt;</w:t>
        <w:br/>
        <w:t>Чортеня по березі морському,&lt;br /&gt;</w:t>
        <w:br/>
        <w:t>А заїнько в ліс додому.&lt;br /&gt;</w:t>
        <w:br/>
        <w:t>От, море все обкруженявши,&lt;br /&gt;</w:t>
        <w:br/>
        <w:t>Висунувши язик, мордочку піднявши,&lt;br /&gt;</w:t>
        <w:br/>
        <w:t>Прибігло бісеня, задихаючись,&lt;br /&gt;</w:t>
        <w:br/>
        <w:t>Мокре геть, лапкою втираючись,&lt;br /&gt;</w:t>
        <w:br/>
        <w:t>Мислить: "Нічим Балда собі не зарадить!"&lt;br /&gt;</w:t>
        <w:br/>
        <w:t>Зирк — а Балда свого братика гладить.&lt;br /&gt;</w:t>
        <w:br/>
        <w:t>"Братику,— каже,— любий та милий,&lt;br /&gt;</w:t>
        <w:br/>
        <w:t>Утомивсь, бідолашний! Відпочинь, наберись сили!"&lt;br /&gt;</w:t>
        <w:br/>
        <w:t>Чортик отетерів,&lt;br /&gt;</w:t>
        <w:br/>
        <w:t>Хвостика підібгав, геть присмирнів,&lt;br /&gt;</w:t>
        <w:br/>
        <w:t>До братика боком заходить.&lt;br /&gt;</w:t>
        <w:br/>
        <w:t>"Почекай,— шепоче,— принесу зараз подать".&lt;br /&gt;</w:t>
        <w:br/>
        <w:t>Пішов чортик до діда, каже: "Біда!&lt;br /&gt;</w:t>
        <w:br/>
        <w:t>Перегнав мене менший Балда!"&lt;br /&gt;</w:t>
        <w:br/>
        <w:t>Старий чорт узяв тут думати думу,&lt;br /&gt;</w:t>
        <w:br/>
        <w:t>А Балда наробив такого шуму,&lt;br /&gt;</w:t>
        <w:br/>
        <w:t>Що все море замутнилось,&lt;br /&gt;</w:t>
        <w:br/>
        <w:t>Хвилями так і розходилось.&lt;br /&gt;</w:t>
        <w:br/>
        <w:t>Вилізло чортеня.— "Годі,— кричить,—&lt;br /&gt;</w:t>
        <w:br/>
        <w:t>Подать тобі принесемо вмить.&lt;br /&gt;</w:t>
        <w:br/>
        <w:t>Тільки слухай: бачиш цього дрюка?&lt;br /&gt;</w:t>
        <w:br/>
        <w:t>Кинути його — нехитра штука,&lt;br /&gt;</w:t>
        <w:br/>
        <w:t>А хто далі цей дрюк закине,&lt;br /&gt;</w:t>
        <w:br/>
        <w:t>Подать візьме тієї ж хвилини.&lt;br /&gt;</w:t>
        <w:br/>
        <w:t>Що ж? Боїшся ти ручки пошкодить?&lt;br /&gt;</w:t>
        <w:br/>
        <w:t>Чого ж ти ждеш?" — "Та он хмарка надходить.&lt;br /&gt;</w:t>
        <w:br/>
        <w:t>Закину на неї твого дрюка,&lt;br /&gt;</w:t>
        <w:br/>
        <w:t>А тоді почнеться вам, чортам, наука".&lt;br /&gt;</w:t>
        <w:br/>
        <w:t>Побігло бісеня до діда старого&lt;br /&gt;</w:t>
        <w:br/>
        <w:t>Розказати про Балдину перемогу.&lt;br /&gt;</w:t>
        <w:br/>
        <w:t>А Балда знов море розтривожує&lt;br /&gt;</w:t>
        <w:br/>
        <w:t>Та чортам мотузкою загрожує.&lt;br /&gt;</w:t>
        <w:br/>
        <w:t>Вилізло чортеня. "Стривай,— пищить,—&lt;br /&gt;</w:t>
        <w:br/>
        <w:t>Буде тобі подать умить!.."&lt;br /&gt;</w:t>
        <w:br/>
        <w:t>"Ні,— каже Балда,—&lt;br /&gt;</w:t>
        <w:br/>
        <w:t>Тепер мені черга припада,&lt;br /&gt;</w:t>
        <w:br/>
        <w:t>Умову я сам призначу,&lt;br /&gt;</w:t>
        <w:br/>
        <w:t>Завдам тобі, враженя, задачу —&lt;br /&gt;</w:t>
        <w:br/>
        <w:t>Побачимо, яка в тебе сила.&lt;br /&gt;</w:t>
        <w:br/>
        <w:t>Дивись, он там сива кобила,&lt;br /&gt;</w:t>
        <w:br/>
        <w:t>Кобилу підійми-но ти,&lt;br /&gt;</w:t>
        <w:br/>
        <w:t>Спробуй хоч трохи з нею на спині пройти.&lt;br /&gt;</w:t>
        <w:br/>
        <w:t>Піднесеш кобилу — подать твоя,&lt;br /&gt;</w:t>
        <w:br/>
        <w:t>Не піднесеш кобили — то буде вже моя".&lt;br /&gt;</w:t>
        <w:br/>
        <w:t>Бідолашний біс&lt;br /&gt;</w:t>
        <w:br/>
        <w:t>Під кобилу підліз,&lt;br /&gt;</w:t>
        <w:br/>
        <w:t>Та натужився,&lt;br /&gt;</w:t>
        <w:br/>
        <w:t>Та напружився,&lt;br /&gt;</w:t>
        <w:br/>
        <w:t>Підняв кобилу, два кроки ступнув,&lt;br /&gt;</w:t>
        <w:br/>
        <w:t>На третім упав, ніжки простягнув.&lt;br /&gt;</w:t>
        <w:br/>
        <w:t>А Балда йому: "Дурненьке, дурне ти,&lt;br /&gt;</w:t>
        <w:br/>
        <w:t>Нічим ви, чорти, мене не поб'єте!&lt;br /&gt;</w:t>
        <w:br/>
        <w:t>Ти й руками не підняв кобилу,&lt;br /&gt;</w:t>
        <w:br/>
        <w:t>А я ось ногами покажу свою силу".&lt;br /&gt;</w:t>
        <w:br/>
        <w:t>Верхи Балда на кобилу сів,&lt;br /&gt;</w:t>
        <w:br/>
        <w:t>Проскакав верству, аж куряву збив.&lt;br /&gt;</w:t>
        <w:br/>
        <w:t>Бісеня тут до діда біжить,&lt;br /&gt;</w:t>
        <w:br/>
        <w:t>"Переміг нас Балда!" — криком кричить.&lt;br /&gt;</w:t>
        <w:br/>
        <w:t>Чорти подумали, погадали,&lt;br /&gt;</w:t>
        <w:br/>
        <w:t>Повний мішок податі зібрали,&lt;br /&gt;</w:t>
        <w:br/>
        <w:t>Балді принесли — забирай,— сказали.&lt;br /&gt;</w:t>
        <w:br/>
        <w:t>Іде Балда, несе, аж зігнувся,&lt;br /&gt;</w:t>
        <w:br/>
        <w:t>А піп, як побачив,— ужахнувся,&lt;br /&gt;</w:t>
        <w:br/>
        <w:t>За попадею ховається,&lt;br /&gt;</w:t>
        <w:br/>
        <w:t>Од ляку корчиться-здригається.&lt;br /&gt;</w:t>
        <w:br/>
        <w:t>Балда його відшукав,&lt;br /&gt;</w:t>
        <w:br/>
        <w:t>Віддав подать, про плату йому нагадав.&lt;br /&gt;</w:t>
        <w:br/>
        <w:t>Що ж піп робити має?&lt;br /&gt;</w:t>
        <w:br/>
        <w:t>Лоба він підставляє.&lt;br /&gt;</w:t>
        <w:br/>
        <w:t>Раз йому Балда щигля дав —&lt;br /&gt;</w:t>
        <w:br/>
        <w:t>Підскочив піп, стелі дістав;&lt;br /&gt;</w:t>
        <w:br/>
        <w:t>Удруге Балда щигля дав —&lt;br /&gt;</w:t>
        <w:br/>
        <w:t>Мову людську піп утеряв;&lt;br /&gt;</w:t>
        <w:br/>
        <w:t>Утретє Балда щигля дав —&lt;br /&gt;</w:t>
        <w:br/>
        <w:t>Старий геть з розуму спав.&lt;br /&gt;</w:t>
        <w:br/>
        <w:t>А Балда похитав з докором головою:&lt;br /&gt;</w:t>
        <w:br/>
        <w:t>"Не вганяв би ти, попе, за дешевиною!"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попа і наймита його Балду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