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Хлопчик і трамвай</w:t>
      </w:r>
    </w:p>
    <w:p>
      <w:r>
        <w:br/>
        <w:t xml:space="preserve"> &lt;p&gt;Епіграф, який одночасно</w:t>
      </w:r>
    </w:p>
    <w:p>
      <w:r>
        <w:br/>
        <w:t>може бути й епілогом.</w:t>
      </w:r>
    </w:p>
    <w:p>
      <w:r>
        <w:br/>
        <w:t>…Зібрався народ:</w:t>
      </w:r>
    </w:p>
    <w:p>
      <w:r>
        <w:br/>
        <w:t>— Бідненький!</w:t>
      </w:r>
    </w:p>
    <w:p>
      <w:r>
        <w:br/>
        <w:t>— Розбився?</w:t>
      </w:r>
    </w:p>
    <w:p>
      <w:r>
        <w:br/>
        <w:t>— На смерть?</w:t>
      </w:r>
    </w:p>
    <w:p>
      <w:r>
        <w:br/>
        <w:t>— Для чого?</w:t>
      </w:r>
    </w:p>
    <w:p>
      <w:r>
        <w:br/>
        <w:t>…Та він уже був далеко,</w:t>
      </w:r>
    </w:p>
    <w:p>
      <w:r>
        <w:br/>
        <w:t>І чути нічого не чув.</w:t>
      </w:r>
    </w:p>
    <w:p>
      <w:r>
        <w:br/>
        <w:t>Леся Павленко</w:t>
      </w:r>
    </w:p>
    <w:p>
      <w:r>
        <w:br/>
        <w:t>Як тільки-но о п’ятій тридцять ранку — точність, хоч годинник звіряй! — десь там, далеко внизу, в іншому, недосяжному для нього світі з’являвся перший трамвай і бадьоро-весело — "А ось і я… Трам-Трам… Привіт!.." — та лунко дзеленчав, хлопчик, заздалегідь проснувшись, вже з нетерпінням чекав його з’яви. Чекав незмінно, сповнений радощів зустрічі з іншим життям, що його уособлював собою дзвінкоголосий, дещо гуркітливий, але завжди такий осяйний трамвай, що вихоплювався наче з казки, званий ним Трам-Трам…</w:t>
      </w:r>
    </w:p>
    <w:p>
      <w:r>
        <w:br/>
        <w:t>Але насправді то був звичайний міський трамвай, оскільки ж він ходив у Києві, то й звався київським — та й по тому.</w:t>
      </w:r>
    </w:p>
    <w:p>
      <w:r>
        <w:br/>
        <w:t>Хлопчик вже знав (з енциклопедичного довідника "Київ", його якось купила на розкладці на Хрещатику мама), що трамваєм зветься міська наземна електрична залізниця (на відміну від метро, що хоч і є міською, але вже позавуличною електричною залізницею, що рухається в тунелях на глибині від 15 до 30 і глибше метрів — от хоч би раз проїхатися під землею!), засіб пасажирського міського транспорту; що до трамвайного господарства, крім рухомого складу — одного, двох і трьох вагонів, належить рейкова колія, тягові підстанції, повітряна контактна мережа, депо, виробничо-ремонтні майстерні, сигнальні пристрої, диспетчерська служба. А ще він знав, що трамвай приводиться в рух тяговими двигунами, що живляться постійним струмом напругою 600 В від тягових підстанцій через контактний провід, ще знав, що перший трамвай у Києві почав ходити у 1892 році на лінії Поділ-Хрещатик (у Європі — вперше поблизу Берліна — лише одинадцятьма роками раніше).</w:t>
      </w:r>
    </w:p>
    <w:p>
      <w:r>
        <w:br/>
        <w:t>Все, все хлопчик охоче визубрив про трамвай — як і те, що провізна здатність трамвая від 7–9 (одновагонні) до 10–15 тисяч (двовагонні і зчленовані трамваї), але сам його пасажиром ще ніколи не був, хоч і жив у білому світі, себто в Києві, вже дванадцятий рік. Та й бачив трамвай лише з вікна своєї квартири — як він на кілька хвилин з’являвся далеко внизу, вихоплюючись з-за одного будинку і зникаючи за іншим, хоч дзвін його та скрегіт коліс об рейки чувся трохи довше.</w:t>
      </w:r>
    </w:p>
    <w:p>
      <w:r>
        <w:br/>
        <w:t>Трамвая вже не було в полі зору хлопчика, але він ще довго дзвенів у його вухах і у всьому єстві. Його Трам-Трам, а для всіх інших то був звичайнісінький міський трамвай з номером 28.</w:t>
      </w:r>
    </w:p>
    <w:p>
      <w:r>
        <w:br/>
        <w:t>"О, вже двадцять восьмий пішов, — казала бувало вранці мама і гукала в кімнату до сина: — Славунцю — доброго ранку! Вже пішов наш трамвай — день буде, як завжди, добрим".</w:t>
      </w:r>
    </w:p>
    <w:p>
      <w:r>
        <w:br/>
        <w:t>Трам-Трам привітно дзвенів, трохи гуркотів та злегка скреготів колесами об рейки, коли робив у кінці вулиці некрутий поворот. За той дзенькіт-скрегіт на нього скаржилися мешканці ближніх будинків — ні світ, ні зоря, коли вони ще сплять, він скреготом коліс, гуркотом металевих вагонів та лункими дзвінками порушує їхні ранкові солодкі сни… Трам-Трам починав свій рух десь по той бік Дніпра на Лівобережжі, гуркотів мостом Патона і вже Правобережжям проїздив мимо будинку, в якому жив хлопчик з мамою. Прямував він до залізничного вокзалу, де й завершував свій маршрут. І там же, кілька хвилин відпочивши, розпочинав нове коло: від вокзалу й мимо них через міста Патона на Лівобережжя.</w:t>
      </w:r>
    </w:p>
    <w:p>
      <w:r>
        <w:br/>
        <w:t>Наступний трамвай з Лівобережжя після першого з’являвся о шостій ранку, коли хлопчик, вже вмитий, сидів у колясці біля вікна і пив чорний або зелений чай — в залежності від настрою.</w:t>
      </w:r>
    </w:p>
    <w:p>
      <w:r>
        <w:br/>
        <w:t>Проїжджаючи далеко внизу, Трам-Трам весело дзвенів — так він вітався. І хлопчик махав йому з вікна рукою: привіт, друже, привіт! Все їздиш на свій вокзал?.. "Їжджу, — весело відповідав Трам-Трам, — все вожу пасажирів до поїздів. На вокзалі багато-багато поїздів і всім, уяви, потрібні пасажири" — і зникав за будинком. Хлопчик мав його за друга і це насправді так і було, адже трамваї люблять дружити з хлопчиками. Як хлопчики з трамваями. Це у них взаємно.</w:t>
      </w:r>
    </w:p>
    <w:p>
      <w:r>
        <w:br/>
        <w:t>В кімнаті, в якій минало його життя, стояв старий, трохи витертий зеленкуватий диван (хтось його викинув у двір, певно, придбавши новий чи модерніший, а мама й забрала, бо вони не мали за що новий купити, але на ньому все одно добре спалося, він швидко став у них своїм і був ще й справді, як новий), біля вікна стояв маленький столик з книгами та етажерка з книгами, фігурно покручена з лози. Проснувшись вранці, хлопчик, спираючись на руки, перетягував-перекидав своє тіло з неслухняними ногами, що тяглися за ним як перебиті (руки його від того були сильними) в стареньку коляску з гуманітарної допомоги і підкочував її до вікна, що заодно було йому за вікно у білий світ людей та спостережливим пунктом.</w:t>
      </w:r>
    </w:p>
    <w:p>
      <w:r>
        <w:br/>
        <w:t>Якщо взимку, то о п’ятій, як він прокидався, було ще й зовсім рано, за вікном ще тільки сіріло і вгорі блимали холодні зорі та де-де у вікнах починали спалахувати вогні.</w:t>
      </w:r>
    </w:p>
    <w:p>
      <w:r>
        <w:br/>
        <w:t>А влітку в цей час уже було видно (десь за сусідніми будинками, невидиме звідси сходило сонце) і в кімнату через відчинене вікно вливалися пахощі, що їх звідкілясь приносив вітер.</w:t>
      </w:r>
    </w:p>
    <w:p>
      <w:r>
        <w:br/>
        <w:t>Хлопчик мешкав з мамою на тринадцятому поверсі. Внизу був колодязь. На глибину тринадцяти поверхів, його створювали три будинки — їхній, і два з боків. Між ними — невеличкий простір і трохи далі за деревами шмат вулиці, на якій і з’являвся Трам-Трам.</w:t>
      </w:r>
    </w:p>
    <w:p>
      <w:r>
        <w:br/>
        <w:t>Далеко внизу (там пізніше з’являвся вранці світанок і раніше вечоріло) був дворик — квадрат вільного простору, зелений від трави, по боках якого стояли дві лавочки. На них здебільшого сиділи бабусі та матері з дітьми. А ще там з одного боку росла стара липа — на початку літа він вловлював медв’яно-гіркі пахощі її квітів, а з другого — молода горобина, восени аж багряна від червоних кетягів… У траві все літо жовтіли крихітні вічка кульбабок — їх ніхто не сіяв, а вони квітли та й квітли. Дуже їм певно подобалося квітнути в зеленій траві.</w:t>
      </w:r>
    </w:p>
    <w:p>
      <w:r>
        <w:br/>
        <w:t>А ще в дворі постійно галасували горобці — коли хто з’являвся, вони дружною зграйкою хуркали на липу чи на горобину і там теж продовжували цвіріньчати-верещати, задоволені та безтурботні. А якось у дворі-колодязі з’явилася білобока сорока, облетіла дворик і заскрекотіла, всівшись на липі. Вона, очевидно, принесла на хвості якісь вісті, але чомусь ніхто ними не поцікавився. Хлопчик про себе той день назвав Днем Сороки і то був один з найщасливіших його днів.</w:t>
      </w:r>
    </w:p>
    <w:p>
      <w:r>
        <w:br/>
        <w:t>Та ще на даху будинку, того, що праворуч, часто сідали галки та ворони й галасували. Увечері вони зграями — аж небо здавалося картатим — летіли з міста до Дніпра, що був неподалік од них, за "спиною" їхнього будинку і там, казала мама, ночували на прибережних деревах, а вранці дружно поверталися в місто — вишукувати собі поживу. Ось тоді вони всідалися на даху й зчиняли гармидер, наче проводили свої загальні зібрання — президія тих зборів всідалася вище, на телевізійній антені або на дашку ліфтової коробки, що вивищувалася над плоским дахом будинку.</w:t>
      </w:r>
    </w:p>
    <w:p>
      <w:r>
        <w:br/>
        <w:t>Ворони й особливо галки кричали, наче й справді проводили загальні збори і щось важливе на них вирішували — з їхнього життя.</w:t>
      </w:r>
    </w:p>
    <w:p>
      <w:r>
        <w:br/>
        <w:t>А вгорі над колодязем було небо. Влітку, відкілясь з-за будинку виповзали чорні хмари і тоді в колодязі ставало темно, аж чорно і з височіні неслися потоки води — зливи в червні у Києві були густими й грімкотливими.</w:t>
      </w:r>
    </w:p>
    <w:p>
      <w:r>
        <w:br/>
        <w:t>Взимку в колодязі було біло від снігу і часто метелиця в ньому кружеляла так, що Київ з ближніми будинками тоді ховався за сніговою завісою.</w:t>
      </w:r>
    </w:p>
    <w:p>
      <w:r>
        <w:br/>
        <w:t>Влітку було світло, хоч сонце ніколи до двору не заглядало, воно десь сходило за висотками, пливло небом зі сходу на південь, потім на захід, невидиме для хлопчика і тут вже нічого не можна було вдіяти — небесне світило не примусиш ходити так, як тобі хочеться. Очевидно, там, де воно ходило, сонце було потрібніше людям. Але ж так його хотілося щодня бачити й відчувати усім своїм тілом і єством його літепло.</w:t>
      </w:r>
    </w:p>
    <w:p>
      <w:r>
        <w:br/>
        <w:t>Мама щодня о сьомій вирушала на працю — прала білизну в якомусь комбінаті і цим підзаробляла до пенсії, бо ліки, казала, дорогі, а їх для сина потрібно було щораз більше й більше. Хоч здоров’я ліки йому й не прибавляли, нерухомість, що змалечку взяла його у свій цупкий полон, вже доходила синові до грудей, але руки ще слухались його і це було добре.</w:t>
      </w:r>
    </w:p>
    <w:p>
      <w:r>
        <w:br/>
        <w:t>Мама йшла рано, а приходила пізно.</w:t>
      </w:r>
    </w:p>
    <w:p>
      <w:r>
        <w:br/>
        <w:t>Увесь довгий-довгий день — особливо довгий влітку — хлопчик у квартирі був сам-один і якось ухитрявся себе обслуговувати. Здебільшого сидів у колясці біля вікна — читав або малював. Або й мріяв. Чи просто дивився через вікно на світ білий, виглядаючи свого друга Трам-Трама, який щоденно ходив унизу, починаючи з пів на шосту ранку й до півночі — все возив і возив людей, званих у нього пасажирами. І хлопчикові хотілося теж ним стати, але це найбільше його бажання поки що залишалося нездійсненним.</w:t>
      </w:r>
    </w:p>
    <w:p>
      <w:r>
        <w:br/>
        <w:t>Увечері швидко смеркалося спочатку на дні колодязя (хоч угорі небо ще й залишалося якийсь час світлим), а потім колодязь наче розчинявся в пітьмі і хлопчик вмикав настольну лампу. В бокових будинках — теж як і їхній, тринадцятиповерхових — у вікнах спалахували електричні вогні, звідти чувся сміх, там лунала гарна музика… Іноді у деяких кімнатах танцювали, часто гості, гарно вбрані виходили на лоджію курити — чоловіки й жінки і про щось своє перемовлялися — для хлопчика то були люди з іншого, недосяжного для нього світу.</w:t>
      </w:r>
    </w:p>
    <w:p>
      <w:r>
        <w:br/>
        <w:t>Вгорі теж смеркалося і в небі спалахували зорі. І він думав, що це комусь потрібно, якщо в небі засвічуються зорі. Засвічувалися й вікна трамвая і він тоді з’являвся увесь осяйний, якийсь розвеселий, залитий білими вогнями і ще лункіше дзеленчав, вітаючи свого друга, який біля вікна сидів у колясці на тринадцятому поверсі, як у довічній в’язниці… А втім, як він читав, навіть засуджених колись врешті-решт випускають на волю, а хто й коли його випустить? Та й чи випустить… А ще він вірив: як виросте (він ще вірив, що виросте, навіть сидячи в колясці), то неодмінно вивчиться на водія і тоді тільки те й робитиме, що водитиме й водитиме трамвай. І не тільки до вокзалу, а й далеко за Київ. І навіть ще далі, аж до самої Росі…</w:t>
      </w:r>
    </w:p>
    <w:p>
      <w:r>
        <w:br/>
        <w:t>Чому саме до Росі, а не до якоїсь іншої річки — чи ж мало їх в Україні? — він не знав. Просто подобалось йому це ймення — Рось. З усіх назв річок України чомусь найбільше його приваблювала саме ця — Рось. Він аж марив нею: Рось, Рось, Рось… Найкраща у світі Рось. А втім, він жодної річки не знав, на жодній не бував, у жодній не купався і не ловив у ній рибу і, навіть, просто не гуляв її берегами, не сидів під вербами в зеленому князівстві трав, як то читав в одного поета. І Рось теж не знав, бо ніде, крім як своєї квартири, не бував, але чомусь незнана Рось його найбільше вабила.</w:t>
      </w:r>
    </w:p>
    <w:p>
      <w:r>
        <w:br/>
        <w:t>Мабуть, тому, що в неї було таке гарне милозвучне ймення: Рось. А ще в неї були — він читав — притока із ще ласкавішим йменнячком Роська. Дочка Росі чи молодша її сестричка? Мабуть, сестричка, так йому здавалося. Він прочитав про Рось все, що змогла дістати мама (вона приносила йому з бібліотеки книги) і, зокрема, Нечуя-Левицького. Іван Семенович народився в містечку Стеблів, що на Росі і так її описав, що без захоплення не можна й читати. Тож мав після того читання таке відчуття, що й сам виріс у її зеленій долині, десь у Богуславі чи Стеблові — незнаними йому. І досить йому було заплющити очі й уявити Рось, як він одразу ж опинявся на її берегах у зеленій долині, слухав, як сплескує риба на плесі, як шумить вода в порогах та як кують зозулі в тамтешніх вербах. (Побувати хоч раз на березі річки — то була його найсвітліша мрія. А ще як і трамвай навчитися водити — то більшого він і не багнув).</w:t>
      </w:r>
    </w:p>
    <w:p>
      <w:r>
        <w:br/>
        <w:t>Ось чому вирішив він: як тільки навчиться водити трамвай, так і поведе його до Росі. Вже бачив той маршрут: Київ — річка Рось. Але й цій його мрії теж не судилося збутися, бо того літа трамвай № 28, його Трам-Трам раптово зник. Це було незбагненне — щоби в місті та раптом щез трамвай! Одного дня він просто перестав з’являтися на їхній вулиці і все. Ні о п’ятій тридцять ранку, ні пізніше… Ні взагалі будь-коли протягом дня. А день був такий довгий-довгий, а трамвая не було й не було і він не знав, що й думати. І нічого у світі білому взагалі й у Києві зокрема від того не змінилося. Все так же сяяло сонце, галасували на даху галки й ворони, а внизу вулицею мчали машини й тротуарами ходили люди і зазвичай її перебігали в недозволених місцях і тоді лунали пронизливі сюрчки людей у формі… (Але ж хіба людей сюрчками привчиш до порядку, до того, що треба переходити вулицю лише у відведених для цього місцях?), а трамвая не було. І ніхто йому не міг сказати, що ж таке трапилося з його другом.</w:t>
      </w:r>
    </w:p>
    <w:p>
      <w:r>
        <w:br/>
        <w:t>І наступного дня трамвай теж не з’явився.</w:t>
      </w:r>
    </w:p>
    <w:p>
      <w:r>
        <w:br/>
        <w:t>І ще в наступний…</w:t>
      </w:r>
    </w:p>
    <w:p>
      <w:r>
        <w:br/>
        <w:t>Хлопчик, виглядаючи з вікна, з верхотури свого тринадцятого поверху, нічого не міг збагнути — де подівся трамвай? Не міг же він перебратися на іншу вулицю і їздити по ній? Він же не машина, не автобус, його рейки он унизу, по їхній вулиці прокладені і над ними контактний провід. То як він міг поїхати іншою вулицею?</w:t>
      </w:r>
    </w:p>
    <w:p>
      <w:r>
        <w:br/>
        <w:t>Кілька днів хлопчик не вірив тому, що сталося і вперто виглядав свій Трам-Трам. Ось-ось він вигулькне з-за рогу будинку і задзвенить весело і лунко: "Привіт!.. Це я — Трам-Трам!.. А що — кепсько без мене? Даруй, але не маю часу, спішу до вокзалу. Звідти ходить багато-багато поїздів і їм потрібно багато-багато пасажирів…"</w:t>
      </w:r>
    </w:p>
    <w:p>
      <w:r>
        <w:br/>
        <w:t>Тепер хлопчик прокидався задовго до п’ятої ранку й хутчій перебирався в коляску й котив її до вікна. З надією, що вже сьогодні його Трам-Трам неодмінно з’явиться. Але минали година за годиною, день збігав, згасав, у колодязі-дворику внизу вже сутеніло, а трамвая як не було, так і не було. І від того не лише на їхній вулиці, а й, здавалося, що у всьому Києві стояла тяжка й гнітюча тиша. Як у хаті, з якої винесли покійника…</w:t>
      </w:r>
    </w:p>
    <w:p>
      <w:r>
        <w:br/>
        <w:t>Ось тоді він і збагнув, що втратив свого друга. Єдиний був друг і того втратив, і, що найгірше, нічим не міг йому допомогти чи порятувати його. То як же тепер йому без друга жити?</w:t>
      </w:r>
    </w:p>
    <w:p>
      <w:r>
        <w:br/>
        <w:t>— Не виглядай його… — зітхнула мама. — Я сьогодні з сусідкою в ліфті піднімалася, то чула, що наш трамвай зняли, — маршрут номер двадцять вісім ліквідували.</w:t>
      </w:r>
    </w:p>
    <w:p>
      <w:r>
        <w:br/>
        <w:t>— Хто? — стрепенувся він.</w:t>
      </w:r>
    </w:p>
    <w:p>
      <w:r>
        <w:br/>
        <w:t>— Хто ж, як не міська влада.</w:t>
      </w:r>
    </w:p>
    <w:p>
      <w:r>
        <w:br/>
        <w:t>— Але чому… за що його зняли?</w:t>
      </w:r>
    </w:p>
    <w:p>
      <w:r>
        <w:br/>
        <w:t>— Кажуть, скоро будуть знімати рейки та провід угорі, а вулицю розширять і заасфальтують.</w:t>
      </w:r>
    </w:p>
    <w:p>
      <w:r>
        <w:br/>
        <w:t>І хлопчик наче згас. Звідтоді він більше не схоплювався о п’ятій ранку, не перебирався хутчій в коляску і не котив її до вікна, аби зустрічати свого друга. Тепер він днями лежав на спині на дивані і тупо дивився в стелю. І мав таке відчуття, що то знято його — з життя.</w:t>
      </w:r>
    </w:p>
    <w:p>
      <w:r>
        <w:br/>
        <w:t>— Славуньцю, хіба світ клином зійшовся на трамваї? — мама якось намагалася розважити сина. — Їх он стільки в Києві бігає. А наш трамвай ліквідували буцімто заради безпеки, — його брови зійшлися вгору. — Мимо нас він ходить по рівному, далі теж іде по рівному, але коли повертає на Кловський узвіз, то потрапляє на дуже крутий спуск… А це під час ожеледиці небезпечно. Казали, десь у якомусь місті отак трамвай з крутого спуску зірвався, гальма відмовили йому і він погубив багато людей… От у нас і зняли. Щоб подібне бува не трапилося… А замість трамвая до вокзалу буде ходити автобус…</w:t>
      </w:r>
    </w:p>
    <w:p>
      <w:r>
        <w:br/>
        <w:t>А якось серед ночі він раптом закричав…</w:t>
      </w:r>
    </w:p>
    <w:p>
      <w:r>
        <w:br/>
        <w:t>Та так, що натомлена мати хоч і міцно спала, а схопилася од його крику, як наче хто її підкинув і злякана прибігла в його кімнату.</w:t>
      </w:r>
    </w:p>
    <w:p>
      <w:r>
        <w:br/>
        <w:t>І лише тоді збагнула, що син кричав радісно:</w:t>
      </w:r>
    </w:p>
    <w:p>
      <w:r>
        <w:br/>
        <w:t>— Дзвенить! Дзвенить!</w:t>
      </w:r>
    </w:p>
    <w:p>
      <w:r>
        <w:br/>
        <w:t>— Хто? Хто дзвенить? — в кімнаті стояла глуха тиша. І з міста теж не долинало жодного звуку. У темних вікнах сусідніх будинків — жодної світлої цяточки.</w:t>
      </w:r>
    </w:p>
    <w:p>
      <w:r>
        <w:br/>
        <w:t>— Трамвай, — вигукував він радісно і збуджено. — Чуєш? Трам-Трам!.. Він з’явився. Він знову почав їздити до вокзалу…</w:t>
      </w:r>
    </w:p>
    <w:p>
      <w:r>
        <w:br/>
        <w:t>— Друга година ночі — які трамваї? Вони зараз стоять у депо, ранку чекають. Трамваї вночі не ходять.</w:t>
      </w:r>
    </w:p>
    <w:p>
      <w:r>
        <w:br/>
        <w:t>— Але ж він дзвенів… дзвенів… Я чув…</w:t>
      </w:r>
    </w:p>
    <w:p>
      <w:r>
        <w:br/>
        <w:t>У матері й руки опустилися.</w:t>
      </w:r>
    </w:p>
    <w:p>
      <w:r>
        <w:br/>
        <w:t>— Синку, це тобі… приснилося.</w:t>
      </w:r>
    </w:p>
    <w:p>
      <w:r>
        <w:br/>
        <w:t>А якось і матері приснився дивний сон. Буцімто йде вона вулицею, аж раптом щось як задзвенить!.. Лунко, весело. Вона аж відскочила. Голову звела, глядь — трамвай з’явився. Їхній трамвай, синів друг. З Лівобережжя їде мимо їхнього будинку і — дзеленчить, дзеленчить…</w:t>
      </w:r>
    </w:p>
    <w:p>
      <w:r>
        <w:br/>
        <w:t>— Слава тобі, Господи, — перехрестилася мати. — Схаменулася міська влада, відновила наш маршрут. Треба хутчій сина обрадувати…</w:t>
      </w:r>
    </w:p>
    <w:p>
      <w:r>
        <w:br/>
        <w:t>Глядь, аж її Славуньчик в кабіні водія трамвая. Упевнено так сидить і сам веселий, задоволений. Аж сяє. І власноруч веде трамвай. А два його вагони переповнені дітьми.</w:t>
      </w:r>
    </w:p>
    <w:p>
      <w:r>
        <w:br/>
        <w:t>І коли ж він встиг вивчитися на водія?</w:t>
      </w:r>
    </w:p>
    <w:p>
      <w:r>
        <w:br/>
        <w:t>А трамвай біжить по рейках — лунко, дзвінко…</w:t>
      </w:r>
    </w:p>
    <w:p>
      <w:r>
        <w:br/>
        <w:t>Вона протерла очі — ні, таки й справді трамвай веде її Славуньчик. Виріс, змужнів, ожив. Ой, як то добре тепер йому буде жити. Бо скільки ж можна сидіти на тринадцятому поверсі в інвалідній колясці. А вгорі, над кабіною водія у скляному віконечку видніється напис: "Трамвай № 28. Київ — річка Рось".</w:t>
      </w:r>
    </w:p>
    <w:p>
      <w:r>
        <w:br/>
        <w:t>Що за дивний маршрут як для трамвая? І як можна міський трамвай повести до річки Рось аж на Черкащину?</w:t>
      </w:r>
    </w:p>
    <w:p>
      <w:r>
        <w:br/>
        <w:t>Хотіла було крикнути про це до сина, але в ту мить і проснулась.</w:t>
      </w:r>
    </w:p>
    <w:p>
      <w:r>
        <w:br/>
        <w:t>І довго лежала схвильована сном, притискуючи руки до грудей — серце так колотилося, що здавалося ось-ось вискочить…</w:t>
      </w:r>
    </w:p>
    <w:p>
      <w:r>
        <w:br/>
        <w:t>Згадала сон, як син повів трамвай до річки Рось і чомусь їй раптом недобре так стало, недобре… Аж страшно. Тіло наче стерпло й похололо. З трудом встала, накинула халат на плечі і, повна відчуття жахного і непоправимого, обережно ступаючи босими ногами, ледь дихаючи, зайшла до синової кімнати.</w:t>
      </w:r>
    </w:p>
    <w:p>
      <w:r>
        <w:br/>
        <w:t>У ній яскраво горіло світло, хоч було дві години ночі.</w:t>
      </w:r>
    </w:p>
    <w:p>
      <w:r>
        <w:br/>
        <w:t>Диван, на якому він спав — порожній, коляска, у якій він сидів біля вікна, теж стояла порожньою…</w:t>
      </w:r>
    </w:p>
    <w:p>
      <w:r>
        <w:br/>
        <w:t>А вікно було відчинене, а за ним — чорна, жахка порожнеча. Як прірва… Вона боялася підійти до вікна і виглянути вниз, а тому з останніх сил переконувала себе, що син її і справді повів трамвай до річки Рось, зеленої-зеленої, повної білого ромену… де на жовтих піщаних берегах походжають статечні чорногузи, а на плесах сплескує риба… І що там його неодмінно зустріне Іван Семенович Нечуй-Левицький і вони, сидячи під вербами, разом вже слухають, як зозулі комусь кують довгі та щасні літа…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Хлопчик і трамвай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