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Хома з серцем</w:t>
      </w:r>
    </w:p>
    <w:p>
      <w:r>
        <w:br/>
        <w:t xml:space="preserve"> &lt;p&gt;Казка</w:t>
      </w:r>
    </w:p>
    <w:p>
      <w:r>
        <w:br/>
        <w:t>І</w:t>
      </w:r>
    </w:p>
    <w:p>
      <w:r>
        <w:br/>
        <w:t>Якось-то раз в саму глупу північ ішла селом бабуся, вся в білому, з великою торбою за плечима. Іде й спотикається, паличкою поперед себе дороги шукає, зовсім так, як сліпа. Аж ото насупроти неї чалапкає друга бабуся, чорна-чорна, як вуголь, уся в лахмітті, обшарпана, обтраскана і також з торбою за плечима.</w:t>
      </w:r>
    </w:p>
    <w:p>
      <w:r>
        <w:br/>
        <w:t>— Пома[га]йбі, Доленько! — сказала чорна бабуся.</w:t>
      </w:r>
    </w:p>
    <w:p>
      <w:r>
        <w:br/>
        <w:t>— Здорова була, Бідонько! — відповіла Доля.</w:t>
      </w:r>
    </w:p>
    <w:p>
      <w:r>
        <w:br/>
        <w:t>— А куди се ти плетешся, небого? — питає Біда.</w:t>
      </w:r>
    </w:p>
    <w:p>
      <w:r>
        <w:br/>
        <w:t>— Та от іду до Іванихи, знаєш, отут на Зарінку. Власне сьо­годні має їй бог хлопчика дати. То хочу йому дещо подарувати.</w:t>
      </w:r>
    </w:p>
    <w:p>
      <w:r>
        <w:br/>
        <w:t>— Та візьми й мене з собою! Я видюща, навіть в пітьмі бачу, я тебе проведу. А то ти сама, сліпуючи, розіб’єшся де о пліт або в рів упадеш.</w:t>
      </w:r>
    </w:p>
    <w:p>
      <w:r>
        <w:br/>
        <w:t>— Та добре, сестрице, веди. Йому й так, мабуть, без тебе в життю не обійтися.</w:t>
      </w:r>
    </w:p>
    <w:p>
      <w:r>
        <w:br/>
        <w:t>— Видима річ! — підхопила Біда. — Нема й не було того, хто б в життю моїх рук уйшов. Хіба що зараз умре по народженню.</w:t>
      </w:r>
    </w:p>
    <w:p>
      <w:r>
        <w:br/>
        <w:t>— Е, Іванишиному хлопцю се не суджено,— каже Доля. — У неї, бідної вдови, шестеро дрібних дітей, а се має бути семе. Вже по смерті батька родиться — значить, мусить жити.</w:t>
      </w:r>
    </w:p>
    <w:p>
      <w:r>
        <w:br/>
        <w:t>— Го, го, го, Доленько,— зареготалась Біда,— ти щось так говориш, як коли б в моїй норі на терновій подушці три ночі про­спала.</w:t>
      </w:r>
    </w:p>
    <w:p>
      <w:r>
        <w:br/>
        <w:t>— Так або не так,— відказала Доля.— Вже я знаю, що говорю. Але гов! Ми вже, мабуть, під хатою.</w:t>
      </w:r>
    </w:p>
    <w:p>
      <w:r>
        <w:br/>
        <w:t>— Так і є,— сказала Біда. — У вікнах світиться, в печі горить, дитина пищить.</w:t>
      </w:r>
    </w:p>
    <w:p>
      <w:r>
        <w:br/>
        <w:t>— Ходімо ж до хати! — сказала Доля, і обі бабусі відразу вчинилися в хаті, не відчинивши дверей.</w:t>
      </w:r>
    </w:p>
    <w:p>
      <w:r>
        <w:br/>
        <w:t>— Помагайбі, Іванихо! — сказала Доля.</w:t>
      </w:r>
    </w:p>
    <w:p>
      <w:r>
        <w:br/>
        <w:t>А Іваниха, тільки що вродивши хлопчика, навіть без помочі баби, поралась коло печі, гріючи купіль для дитини. Була се креп­ка, здорова жінка.</w:t>
      </w:r>
    </w:p>
    <w:p>
      <w:r>
        <w:br/>
        <w:t>— Бог вас приносить, гостеньки! — сказала Іваниха. — Сі­дайте!</w:t>
      </w:r>
    </w:p>
    <w:p>
      <w:r>
        <w:br/>
        <w:t>— Ні, небого, ти сама лязь, а ми тут за тебе упораємось. Не бійся, ми знаємо, що кому бог судив, то й зла ніякого тобі не зро­бимо.</w:t>
      </w:r>
    </w:p>
    <w:p>
      <w:r>
        <w:br/>
        <w:t>Іваниха лягла на постіль. Біда сіла їй в головах і проганяла сон з її повік, от так, як уліті старовлива мати проганяє мухи з очей дитини. А Доля тим часом поралась коло печі, злагодила купіль для дитини, вийняла з своєї торби пару пеленочок і взяла дитину від матері, щоб її скупати.</w:t>
      </w:r>
    </w:p>
    <w:p>
      <w:r>
        <w:br/>
        <w:t>— Постій, постій, Доленько,— спохватилась Біда. — Адже ж і я мушу щось своєму похресничкові до купелі дати!</w:t>
      </w:r>
    </w:p>
    <w:p>
      <w:r>
        <w:br/>
        <w:t>І пошолопавши довго в своїм кошелі, витягла відтам завинений у десятьох шматках "дурний" крейцар, ще й продірявлений, обіз­дріла його, обнюхала та й кинула в купіль.</w:t>
      </w:r>
    </w:p>
    <w:p>
      <w:r>
        <w:br/>
        <w:t>І за те спасибі! — сказала Доля, хухнула тричі на воду І положила в неї дитя.</w:t>
      </w:r>
    </w:p>
    <w:p>
      <w:r>
        <w:br/>
        <w:t>— Що ж би то я йому дала? — почала міркувати Доля, купа­ючи дитину.</w:t>
      </w:r>
    </w:p>
    <w:p>
      <w:r>
        <w:br/>
        <w:t>— Обіцяй йому гарну жінку! — підхопила Біда.</w:t>
      </w:r>
    </w:p>
    <w:p>
      <w:r>
        <w:br/>
        <w:t>— Е, гарна жінка — великий клопіт,— відказала Доля.</w:t>
      </w:r>
    </w:p>
    <w:p>
      <w:r>
        <w:br/>
        <w:t>— Ну, то дай йому багато грошей! — каже Біда.</w:t>
      </w:r>
    </w:p>
    <w:p>
      <w:r>
        <w:br/>
        <w:t>— Багато грошей мати, то так як на бистрім коні їхати — можна голову зламати, — задумчиво відказала Доля.</w:t>
      </w:r>
    </w:p>
    <w:p>
      <w:r>
        <w:br/>
        <w:t>— Ну, то зроби його великим паном,— сказала Біда.</w:t>
      </w:r>
    </w:p>
    <w:p>
      <w:r>
        <w:br/>
        <w:t>— В такім разі треба б йому серце заморозити,— відказала Доля.</w:t>
      </w:r>
    </w:p>
    <w:p>
      <w:r>
        <w:br/>
        <w:t>— Е, тобі-бо не догодиш! — каже Біда. — Ну, то не дай йому нічого більше, лиш одно велике та гаряче серце!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Хома з серцем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