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Хотів би жити знов у горах</w:t>
      </w:r>
    </w:p>
    <w:p>
      <w:r>
        <w:br/>
        <w:t xml:space="preserve"> Хотів би жити знов у горах&lt;br /&gt;</w:t>
        <w:br/>
        <w:t>Дитям безжурним, як колись,&lt;br /&gt;</w:t>
        <w:br/>
        <w:t>Блукать між скель, в морях суворих&lt;br /&gt;</w:t>
        <w:br/>
        <w:t>Між хвиль розбурханих нестись.&lt;br /&gt;</w:t>
        <w:br/>
        <w:t>Моя ж душа, мов птах прип'ятий,&lt;br /&gt;</w:t>
        <w:br/>
        <w:t>Що прагне скель і висоти,&lt;br /&gt;</w:t>
        <w:br/>
        <w:t>Страджае в Англії пихатій,&lt;br /&gt;</w:t>
        <w:br/>
        <w:t>В краю лукавства й німоти.</w:t>
      </w:r>
    </w:p>
    <w:p>
      <w:r>
        <w:br/>
        <w:t>Дай утекти мені, талане,&lt;br /&gt;</w:t>
        <w:br/>
        <w:t>На лоно урвищ і горбів,&lt;br /&gt;</w:t>
        <w:br/>
        <w:t>Забудь всі титули й кайдани,&lt;br /&gt;</w:t>
        <w:br/>
        <w:t>Лаку з вельможних і рабів.&lt;br /&gt;</w:t>
        <w:br/>
        <w:t>Веди мене на хмурі скелі,&lt;br /&gt;</w:t>
        <w:br/>
        <w:t>Де стогне грізний океан,—&lt;br /&gt;</w:t>
        <w:br/>
        <w:t>Верни в дитинства дні веселі,&lt;br /&gt;</w:t>
        <w:br/>
        <w:t>Дай серцю відпочить од ран.</w:t>
      </w:r>
    </w:p>
    <w:p>
      <w:r>
        <w:br/>
        <w:t>Я мало жив, та відчуваю:&lt;br /&gt;</w:t>
        <w:br/>
        <w:t>Чужий я в цьому світі лжі.&lt;br /&gt;</w:t>
        <w:br/>
        <w:t>Навіщо ж темрява ховає&lt;br /&gt;</w:t>
        <w:br/>
        <w:t>Той знак останньої мела?&lt;br /&gt;</w:t>
        <w:br/>
        <w:t>Я спав, я снив про щастя, доки&lt;br /&gt;</w:t>
        <w:br/>
        <w:t>Не заступив тих марень гніт,—&lt;br /&gt;</w:t>
        <w:br/>
        <w:t>То, Правдо, промінь твій жорстокий&lt;br /&gt;</w:t>
        <w:br/>
        <w:t>Вернув мене у ниций світ.</w:t>
      </w:r>
    </w:p>
    <w:p>
      <w:r>
        <w:br/>
        <w:t>Кого любив — давно нема вже,&lt;br /&gt;</w:t>
        <w:br/>
        <w:t>Та й друзі розійшлись, як дим.&lt;br /&gt;</w:t>
        <w:br/>
        <w:t>Надію втративши назавше,&lt;br /&gt;</w:t>
        <w:br/>
        <w:t>Вже й серце стало крижаним.&lt;br /&gt;</w:t>
        <w:br/>
        <w:t>Хай інколи тамує келих&lt;br /&gt;</w:t>
        <w:br/>
        <w:t>Скорботу й біль, нехай уста&lt;br /&gt;</w:t>
        <w:br/>
        <w:t>Сміються між питців веселих,—&lt;br /&gt;</w:t>
        <w:br/>
        <w:t>Я серцем завжди сирота.</w:t>
      </w:r>
    </w:p>
    <w:p>
      <w:r>
        <w:br/>
        <w:t>Як слухать ляси разуразні&lt;br /&gt;</w:t>
        <w:br/>
        <w:t>Не друзів і не ворогів,&lt;br /&gt;</w:t>
        <w:br/>
        <w:t>Кого у тлум строкатий блазнів&lt;br /&gt;</w:t>
        <w:br/>
        <w:t>Маєтність або сан привів!&lt;br /&gt;</w:t>
        <w:br/>
        <w:t>Де ж друзів коло? Чом не склалась&lt;br /&gt;</w:t>
        <w:br/>
        <w:t>Та приязнь вірна і свята?&lt;br /&gt;</w:t>
        <w:br/>
        <w:t>Набрид мені вертепний галас&lt;br /&gt;</w:t>
        <w:br/>
        <w:t>І втіх нещирих марнота.</w:t>
      </w:r>
    </w:p>
    <w:p>
      <w:r>
        <w:br/>
        <w:t>А ти, о Жінко, світоч вроди,&lt;br /&gt;</w:t>
        <w:br/>
        <w:t>В тобі розрада і любов,&lt;br /&gt;</w:t>
        <w:br/>
        <w:t>Та в серці в мене стільки льоду,&lt;br /&gt;</w:t>
        <w:br/>
        <w:t>Що я й до тебе охолов.&lt;br /&gt;</w:t>
        <w:br/>
        <w:t>Цей світ лукавства і облуди&lt;br /&gt;</w:t>
        <w:br/>
        <w:t>Я б промінять на край хотів,&lt;br /&gt;</w:t>
        <w:br/>
        <w:t>В якому вільно дишуть груди&lt;br /&gt;</w:t>
        <w:br/>
        <w:t>Між темних урвищ і хребтів:</w:t>
      </w:r>
    </w:p>
    <w:p>
      <w:r>
        <w:br/>
        <w:t>Туди б, з незлобним серцем, в бурю,&lt;br /&gt;</w:t>
        <w:br/>
        <w:t>На те безлюддя, до стихій!&lt;br /&gt;</w:t>
        <w:br/>
        <w:t>Волію пустку дику й хмуру,&lt;br /&gt;</w:t>
        <w:br/>
        <w:t>Таку ж, як дух похмурий мій.&lt;br /&gt;</w:t>
        <w:br/>
        <w:t>О, як мені з душного світу,&lt;br /&gt;</w:t>
        <w:br/>
        <w:t>Мов голуб до свого кубла,&lt;br /&gt;</w:t>
        <w:br/>
        <w:t>У небо грозове злетіти,&lt;br /&gt;</w:t>
        <w:br/>
        <w:t>В кочівлю сонця та орла!</w:t>
      </w:r>
    </w:p>
    <w:p>
      <w:r>
        <w:br/>
        <w:t>1807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Хотів би жити знов у горах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