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і Баба</w:t>
      </w:r>
    </w:p>
    <w:p>
      <w:r>
        <w:br/>
        <w:t xml:space="preserve"> У одному селі була&lt;br /&gt;</w:t>
        <w:br/>
        <w:t>Весела Баба Шелестиха.&lt;br /&gt;</w:t>
        <w:br/>
        <w:t>— Аби я добренько жила,&lt;br /&gt;</w:t>
        <w:br/>
        <w:t>А більш копи не буде лиха! —&lt;br /&gt;</w:t>
        <w:br/>
        <w:t>Шуткуючи було і скаже, і моргне.-&lt;br /&gt;</w:t>
        <w:br/>
        <w:t>Дивіться на мене!&lt;br /&gt;</w:t>
        <w:br/>
        <w:t>Всім весело, як Шелестиха скаче,-&lt;br /&gt;</w:t>
        <w:br/>
        <w:t>Не треба нам того, хто плаче,&lt;br /&gt;</w:t>
        <w:br/>
        <w:t>Сльозами коровай не бгать…-&lt;br /&gt;</w:t>
        <w:br/>
        <w:t>Весела Баба, що казать!&lt;br /&gt;</w:t>
        <w:br/>
        <w:t>Раз на святках пішла куму провідать,&lt;br /&gt;</w:t>
        <w:br/>
        <w:t>Погостювать і пообідать,&lt;br /&gt;</w:t>
        <w:br/>
        <w:t>В беседі серце звеселить,&lt;br /&gt;</w:t>
        <w:br/>
        <w:t>Дулівочки попить,&lt;br /&gt;</w:t>
        <w:br/>
        <w:t>А на потуху&lt;br /&gt;</w:t>
        <w:br/>
        <w:t>Варенуху.&lt;br /&gt;</w:t>
        <w:br/>
        <w:t>Оставсь у хаті Кіт хазяйнувать,&lt;br /&gt;</w:t>
        <w:br/>
        <w:t>Щоб мишам волі не давать;&lt;br /&gt;</w:t>
        <w:br/>
        <w:t>Сидів він цілий день під лавою даремно,&lt;br /&gt;</w:t>
        <w:br/>
        <w:t>Аж покіль стало темно,&lt;br /&gt;</w:t>
        <w:br/>
        <w:t>А бісова мишва ніде не шелестить;&lt;br /&gt;</w:t>
        <w:br/>
        <w:t>Розсердивсь на таку дурницю,&lt;br /&gt;</w:t>
        <w:br/>
        <w:t>Нюхнув угору — щось пахтить;&lt;br /&gt;</w:t>
        <w:br/>
        <w:t>Він скочив на полицю&lt;br /&gt;</w:t>
        <w:br/>
        <w:t>І з миски ковбасу під припічок поніс;&lt;br /&gt;</w:t>
        <w:br/>
        <w:t>"Жди тих мишей,— подумав,— хай їм біс!&lt;br /&gt;</w:t>
        <w:br/>
        <w:t>Се, певно, корисніше буде,&lt;br /&gt;</w:t>
        <w:br/>
        <w:t>Недаром же смакують люде…"&lt;br /&gt;</w:t>
        <w:br/>
        <w:t>Аж двері рип у хату із сіней,-&lt;br /&gt;</w:t>
        <w:br/>
        <w:t>Вернулась Баба із гостей;&lt;br /&gt;</w:t>
        <w:br/>
        <w:t>Як глянула — аж здивувалась,&lt;br /&gt;</w:t>
        <w:br/>
        <w:t>Не думала, не сподівалась,&lt;br /&gt;</w:t>
        <w:br/>
        <w:t>Щоб збожеволів Кіт,-&lt;br /&gt;</w:t>
        <w:br/>
        <w:t>Хіба пристріт!&lt;br /&gt;</w:t>
        <w:br/>
        <w:t>Швиденько свічку засвітила,&lt;br /&gt;</w:t>
        <w:br/>
        <w:t>Сама на лаві сіла;&lt;br /&gt;</w:t>
        <w:br/>
        <w:t>Під припічком мурло сидить,&lt;br /&gt;</w:t>
        <w:br/>
        <w:t>А Баба головою хить та хить&lt;br /&gt;</w:t>
        <w:br/>
        <w:t>І ну хазяїна журити:&lt;br /&gt;</w:t>
        <w:br/>
        <w:t>— Так от як ти почав робити!&lt;br /&gt;</w:t>
        <w:br/>
        <w:t>За те, що жив в теплі, в добрі…&lt;br /&gt;</w:t>
        <w:br/>
        <w:t>Гай-гай! Сміятимуться кури,&lt;br /&gt;</w:t>
        <w:br/>
        <w:t>Кричатимуть в дворі:&lt;br /&gt;</w:t>
        <w:br/>
        <w:t>Ледащо Кіт, злодюга мурий,&lt;br /&gt;</w:t>
        <w:br/>
        <w:t>Знущається над бабиним добром…&lt;br /&gt;</w:t>
        <w:br/>
        <w:t>Його із хати помелом!.-&lt;br /&gt;</w:t>
        <w:br/>
        <w:t>А Кіт ковбаску уминає,&lt;br /&gt;</w:t>
        <w:br/>
        <w:t>Неначе й не до його річ.&lt;br /&gt;</w:t>
        <w:br/>
        <w:t>Бабуся знов: — І сорому немає!&lt;br /&gt;</w:t>
        <w:br/>
        <w:t>Ковбаски захотів… який панич…&lt;br /&gt;</w:t>
        <w:br/>
        <w:t>Се не панич, се чортова нахаба,&lt;br /&gt;</w:t>
        <w:br/>
        <w:t>Се капость, се розор, а не користь…-&lt;br /&gt;</w:t>
        <w:br/>
        <w:t>Дудукає п’яненька Баба,&lt;br /&gt;</w:t>
        <w:br/>
        <w:t>А мурий їсть собі та їсть.&lt;br /&gt;</w:t>
        <w:br/>
        <w:t>Що ж помоглось від бабиної казки?&lt;br /&gt;</w:t>
        <w:br/>
        <w:t>Занапастив кільце ковбаски,&lt;br /&gt;</w:t>
        <w:br/>
        <w:t>До половини, може, з’їв,&lt;br /&gt;</w:t>
        <w:br/>
        <w:t>А то порвав і розкришив.</w:t>
      </w:r>
    </w:p>
    <w:p>
      <w:r>
        <w:br/>
        <w:t>До прикладу я хочу так сказати:&lt;br /&gt;</w:t>
        <w:br/>
        <w:t>Де треба настрашить, там нічого в кутку,&lt;br /&gt;</w:t>
        <w:br/>
        <w:t>Як кажуть, прясти на тонку&lt;br /&gt;</w:t>
        <w:br/>
        <w:t>І теревені розпускати.&lt;br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і Баба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