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</w:t>
      </w:r>
    </w:p>
    <w:p>
      <w:r>
        <w:br/>
        <w:t xml:space="preserve"> Лапи ялинові,&lt;br /&gt;</w:t>
        <w:br/>
        <w:t>лапки,&lt;br /&gt;</w:t>
        <w:br/>
        <w:t>лапенята...&lt;br /&gt;</w:t>
        <w:br/>
        <w:t>У снігу,&lt;br /&gt;</w:t>
        <w:br/>
        <w:t>а теплі всі якії!&lt;br /&gt;</w:t>
        <w:br/>
        <w:t>Мов до сивої&lt;br /&gt;</w:t>
        <w:br/>
        <w:t>бабусі&lt;br /&gt;</w:t>
        <w:br/>
        <w:t>гостювати,&lt;br /&gt;</w:t>
        <w:br/>
        <w:t>вчора&lt;br /&gt;</w:t>
        <w:br/>
        <w:t>я&lt;br /&gt;</w:t>
        <w:br/>
        <w:t>приїхав в Київ!&lt;br /&gt;</w:t>
        <w:br/>
        <w:t>От стою&lt;br /&gt;</w:t>
        <w:br/>
        <w:t>на гірці&lt;br /&gt;</w:t>
        <w:br/>
        <w:t>Володимирській.&lt;br /&gt;</w:t>
        <w:br/>
        <w:t>Широчінь така —&lt;br /&gt;</w:t>
        <w:br/>
        <w:t>не вимчати й перу!&lt;br /&gt;</w:t>
        <w:br/>
        <w:t>Сяючи&lt;br /&gt;</w:t>
        <w:br/>
        <w:t>отак&lt;br /&gt;</w:t>
        <w:br/>
        <w:t>колись у приморозки,&lt;br /&gt;</w:t>
        <w:br/>
        <w:t>звідси оглядав&lt;br /&gt;</w:t>
        <w:br/>
        <w:t>Русь Київську&lt;br /&gt;</w:t>
        <w:br/>
        <w:t>Перун.&lt;br /&gt;</w:t>
        <w:br/>
        <w:t>Ну, а далі —&lt;br /&gt;</w:t>
        <w:br/>
        <w:t>хто,&lt;br /&gt;</w:t>
        <w:br/>
        <w:t>коли,&lt;br /&gt;</w:t>
        <w:br/>
        <w:t>не тямлю добре,&lt;br /&gt;</w:t>
        <w:br/>
        <w:t>тільки знаю,&lt;br /&gt;</w:t>
        <w:br/>
        <w:t>що оцим ось&lt;br /&gt;</w:t>
        <w:br/>
        <w:t>широм,&lt;br /&gt;</w:t>
        <w:br/>
        <w:t>волоком,&lt;br /&gt;</w:t>
        <w:br/>
        <w:t>порогами,&lt;br /&gt;</w:t>
        <w:br/>
        <w:t>крізь обрій&lt;br /&gt;</w:t>
        <w:br/>
        <w:t>йшли&lt;br /&gt;</w:t>
        <w:br/>
        <w:t>з дарами&lt;br /&gt;</w:t>
        <w:br/>
        <w:t>до Аскольда й Діра 1.&lt;br /&gt;</w:t>
        <w:br/>
        <w:t>Далі&lt;br /&gt;</w:t>
        <w:br/>
        <w:t>било сонце&lt;br /&gt;</w:t>
        <w:br/>
        <w:t>куполам в литаври:&lt;br /&gt;</w:t>
        <w:br/>
        <w:t>— На коліна, РусьІ&lt;br /&gt;</w:t>
        <w:br/>
        <w:t>Зігнись і стійі —&lt;br /&gt;</w:t>
        <w:br/>
        <w:t>До сьогодні&lt;br /&gt;</w:t>
        <w:br/>
        <w:t>Володимир&lt;br /&gt;</w:t>
        <w:br/>
        <w:t>нас жене у лаври.&lt;br /&gt;</w:t>
        <w:br/>
        <w:t>Бич хреста&lt;br /&gt;</w:t>
        <w:br/>
        <w:t>стискає&lt;br /&gt;</w:t>
        <w:br/>
        <w:t>кам'яний святий.&lt;br /&gt;</w:t>
        <w:br/>
        <w:t>йшли&lt;br /&gt;</w:t>
        <w:br/>
        <w:t>із найглухіших&lt;br /&gt;</w:t>
        <w:br/>
        <w:t>в світі&lt;br /&gt;</w:t>
        <w:br/>
        <w:t>місць&lt;br /&gt;</w:t>
        <w:br/>
        <w:t>1 Аскольд і Дір — київські князі IX ст.&lt;br /&gt;</w:t>
        <w:br/>
        <w:t>прадіди,&lt;br /&gt;</w:t>
        <w:br/>
        <w:t>прапрадіди&lt;br /&gt;</w:t>
        <w:br/>
        <w:t>і пра... пра... пра!..&lt;br /&gt;</w:t>
        <w:br/>
        <w:t>Безліч&lt;br /&gt;</w:t>
        <w:br/>
        <w:t>всяких&lt;br /&gt;</w:t>
        <w:br/>
        <w:t>закривавлених дрібниць&lt;br /&gt;</w:t>
        <w:br/>
        <w:t>у бабусі тут&lt;br /&gt;</w:t>
        <w:br/>
        <w:t>на берегах Дніпра.&lt;br /&gt;</w:t>
        <w:br/>
        <w:t>Вбитий був&lt;br /&gt;</w:t>
        <w:br/>
        <w:t>і знову встав Столипін,&lt;br /&gt;</w:t>
        <w:br/>
        <w:t>пам'ятником встав,&lt;br /&gt;</w:t>
        <w:br/>
        <w:t>заклавши пальці в кітель.&lt;br /&gt;</w:t>
        <w:br/>
        <w:t>Знов звалився він,&lt;br /&gt;</w:t>
        <w:br/>
        <w:t>і знов&lt;br /&gt;</w:t>
        <w:br/>
        <w:t>тремтіли липи&lt;br /&gt;</w:t>
        <w:br/>
        <w:t>від гармат&lt;br /&gt;</w:t>
        <w:br/>
        <w:t>дванадцяти— правителів.&lt;br /&gt;</w:t>
        <w:br/>
        <w:t>А тепер&lt;br /&gt;</w:t>
        <w:br/>
        <w:t>встають&lt;br /&gt;</w:t>
        <w:br/>
        <w:t>з Подолу дими,&lt;br /&gt;</w:t>
        <w:br/>
        <w:t>груди Києва&lt;br /&gt;</w:t>
        <w:br/>
        <w:t>гудуть, нагріті казанами.&lt;br /&gt;</w:t>
        <w:br/>
        <w:t>Не святий —&lt;br /&gt;</w:t>
        <w:br/>
        <w:t>земний,&lt;br /&gt;</w:t>
        <w:br/>
        <w:t>вже інший Володимир&lt;br /&gt;</w:t>
        <w:br/>
        <w:t>своїх декретів&lt;br /&gt;</w:t>
        <w:br/>
        <w:t>хрестить нас вогнями.&lt;br /&gt;</w:t>
        <w:br/>
        <w:t>Я навіть&lt;br /&gt;</w:t>
        <w:br/>
        <w:t>зарусофільствував&lt;br /&gt;</w:t>
        <w:br/>
        <w:t>цієї митії&lt;br /&gt;</w:t>
        <w:br/>
        <w:t>Русофільство&lt;br /&gt;</w:t>
        <w:br/>
        <w:t>та іншого вже сорту.&lt;br /&gt;</w:t>
        <w:br/>
        <w:t>Ось&lt;br /&gt;</w:t>
        <w:br/>
        <w:t>моя&lt;br /&gt;</w:t>
        <w:br/>
        <w:t>країна робітнича,&lt;br /&gt;</w:t>
        <w:br/>
        <w:t>одна&lt;br /&gt;</w:t>
        <w:br/>
        <w:t>в безмежнім світі.&lt;br /&gt;</w:t>
        <w:br/>
        <w:t>— Гей!&lt;br /&gt;</w:t>
        <w:br/>
        <w:t>Пуанкаре!&lt;br /&gt;</w:t>
        <w:br/>
        <w:t>Візьми нас?! —&lt;br /&gt;</w:t>
        <w:br/>
        <w:t>Чорта!&lt;br /&gt;</w:t>
        <w:br/>
        <w:t>Ще нехай&lt;br /&gt;</w:t>
        <w:br/>
        <w:t>старий&lt;br /&gt;</w:t>
        <w:br/>
        <w:t>останній батько&lt;br /&gt;</w:t>
        <w:br/>
        <w:t>здригає&lt;br /&gt;</w:t>
        <w:br/>
        <w:t>голосінням&lt;br /&gt;</w:t>
        <w:br/>
        <w:t>лаврині дзвіниці.&lt;br /&gt;</w:t>
        <w:br/>
        <w:t>Ще нехай&lt;br /&gt;</w:t>
        <w:br/>
        <w:t>вчувається&lt;br /&gt;</w:t>
        <w:br/>
        <w:t>з Хрещатика&lt;br /&gt;</w:t>
        <w:br/>
        <w:t>вовчий зойк:&lt;br /&gt;</w:t>
        <w:br/>
        <w:t>"Даю —— беру червінці!"&lt;br /&gt;</w:t>
        <w:br/>
        <w:t>Наша сила —&lt;br /&gt;</w:t>
        <w:br/>
        <w:t>правда,&lt;br /&gt;</w:t>
        <w:br/>
        <w:t>ваша —&lt;br /&gt;</w:t>
        <w:br/>
        <w:t>лаврські дзвони.&lt;br /&gt;</w:t>
        <w:br/>
        <w:t>Ваша —&lt;br /&gt;</w:t>
        <w:br/>
        <w:t>дим кадильний,&lt;br /&gt;</w:t>
        <w:br/>
        <w:t>наша —&lt;br /&gt;</w:t>
        <w:br/>
        <w:t>фабрик дим.&lt;br /&gt;</w:t>
        <w:br/>
        <w:t>Ваша міць —&lt;br /&gt;</w:t>
        <w:br/>
        <w:t>червінець,&lt;br /&gt;</w:t>
        <w:br/>
        <w:t>наша —&lt;br /&gt;</w:t>
        <w:br/>
        <w:t>стяг червоний.&lt;br /&gt;</w:t>
        <w:br/>
        <w:t>— Ми візьмем&lt;br /&gt;</w:t>
        <w:br/>
        <w:t>і переможем з ним.&lt;br /&gt;</w:t>
        <w:br/>
        <w:t>Здрастуй&lt;br /&gt;</w:t>
        <w:br/>
        <w:t>і прощай, бабусю сива!&lt;br /&gt;</w:t>
        <w:br/>
        <w:t>Ану, хутчій&lt;br /&gt;</w:t>
        <w:br/>
        <w:t>з дороги нам&lt;br /&gt;</w:t>
        <w:br/>
        <w:t>зійди!&lt;br /&gt;</w:t>
        <w:br/>
        <w:t>Вмри, святобожнице&lt;br /&gt;</w:t>
        <w:br/>
        <w:t>І — спекулянтко хтива.&lt;br /&gt;</w:t>
        <w:br/>
        <w:t>Ми ідем —&lt;br /&gt;</w:t>
        <w:br/>
        <w:t>онуки молоді!&lt;br /&gt;</w:t>
        <w:br/>
        <w:t>1924</w:t>
      </w:r>
    </w:p>
    <w:p>
      <w:r>
        <w:br/>
        <w:t>Переклад В. Груничевої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