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Київські сонети</w:t>
      </w:r>
    </w:p>
    <w:p>
      <w:r>
        <w:br/>
        <w:t xml:space="preserve"> КИЇВСЬКІ СОНЕТИ&lt;br /&gt;</w:t>
        <w:br/>
        <w:t>* * *</w:t>
      </w:r>
    </w:p>
    <w:p>
      <w:r>
        <w:br/>
        <w:t>Майнула мить одна в краю чужому,&lt;br /&gt;</w:t>
        <w:br/>
        <w:t>Але здалося, що пройшли віки.&lt;br /&gt;</w:t>
        <w:br/>
        <w:t>Гуділи сни мої, мов літаки,&lt;br /&gt;</w:t>
        <w:br/>
        <w:t>Будився я від ранку, як від грому.</w:t>
      </w:r>
    </w:p>
    <w:p>
      <w:r>
        <w:br/>
        <w:t>І ось тепер вертаюся додому&lt;br /&gt;</w:t>
        <w:br/>
        <w:t>Розбитий, наче глек, на черепки.&lt;br /&gt;</w:t>
        <w:br/>
        <w:t>Та, ніби дотик дружньої руки,&lt;br /&gt;</w:t>
        <w:br/>
        <w:t>Знімає рідне місто з мене втому.</w:t>
      </w:r>
    </w:p>
    <w:p>
      <w:r>
        <w:br/>
        <w:t>Вздоровлює мене ріка століть,&lt;br /&gt;</w:t>
        <w:br/>
        <w:t>Знов у мені напружується й грає&lt;br /&gt;</w:t>
        <w:br/>
        <w:t>Коріння слова й мислі верховіть.</w:t>
      </w:r>
    </w:p>
    <w:p>
      <w:r>
        <w:br/>
        <w:t>Це щастя, як життя, одне й безкрає, —&lt;br /&gt;</w:t>
        <w:br/>
        <w:t>І в тому знак його, що сонце сяє,&lt;br /&gt;</w:t>
        <w:br/>
        <w:t>Тече Дніпро, і Київ наш стоїть.</w:t>
      </w:r>
    </w:p>
    <w:p>
      <w:r>
        <w:br/>
        <w:t>1976&lt;br /&gt;</w:t>
        <w:br/>
        <w:t>* * *</w:t>
      </w:r>
    </w:p>
    <w:p>
      <w:r>
        <w:br/>
        <w:t>Коли каштани в Києві цвітуть&lt;br /&gt;</w:t>
        <w:br/>
        <w:t>І пахнуть медом голоси киянок,&lt;br /&gt;</w:t>
        <w:br/>
        <w:t>Моя душа світлішає, мов ранок,&lt;br /&gt;</w:t>
        <w:br/>
        <w:t>Вивітрюється з крові каламуть,</w:t>
      </w:r>
    </w:p>
    <w:p>
      <w:r>
        <w:br/>
        <w:t>Бентежить сонце, як жіноча грудь,&lt;br /&gt;</w:t>
        <w:br/>
        <w:t>Побачена крізь марево фіранок…&lt;br /&gt;</w:t>
        <w:br/>
        <w:t>І прагну я свого життя останок&lt;br /&gt;</w:t>
        <w:br/>
        <w:t>На білу свічку цвіту обернуть.</w:t>
      </w:r>
    </w:p>
    <w:p>
      <w:r>
        <w:br/>
        <w:t>Світитися жадаю між братами&lt;br /&gt;</w:t>
        <w:br/>
        <w:t>Добром і радощами. По світах —&lt;br /&gt;</w:t>
        <w:br/>
        <w:t>Розвіятись ясними пелюстками.</w:t>
      </w:r>
    </w:p>
    <w:p>
      <w:r>
        <w:br/>
        <w:t>А коли ні, опасти хочу в прах,&lt;br /&gt;</w:t>
        <w:br/>
        <w:t>Щоб вистелився світлом вічний шлях&lt;br /&gt;</w:t>
        <w:br/>
        <w:t>Світам — під Києва зелені брами.&lt;br /&gt;</w:t>
        <w:br/>
        <w:t>1976</w:t>
      </w:r>
    </w:p>
    <w:p>
      <w:r>
        <w:br/>
        <w:t>АНДРІЄВІ НІМЕНКУ</w:t>
      </w:r>
    </w:p>
    <w:p>
      <w:r>
        <w:br/>
        <w:t>Експромт</w:t>
      </w:r>
    </w:p>
    <w:p>
      <w:r>
        <w:br/>
        <w:t>Кохай жінок, мій дорогий Андрію,&lt;br /&gt;</w:t>
        <w:br/>
        <w:t>Бо в тій любові, що дають жінки,&lt;br /&gt;</w:t>
        <w:br/>
        <w:t>Відкриті нам безсмертя тайники,&lt;br /&gt;</w:t>
        <w:br/>
        <w:t>Шляхи до зір, у найяснішу мрію.</w:t>
      </w:r>
    </w:p>
    <w:p>
      <w:r>
        <w:br/>
        <w:t>Та перше слово другим я розвію:&lt;br /&gt;</w:t>
        <w:br/>
        <w:t>Вогонь кохання спалює зірки,&lt;br /&gt;</w:t>
        <w:br/>
        <w:t>І падають вони, як мертвяки,&lt;br /&gt;</w:t>
        <w:br/>
        <w:t>В темноти небуття! "Не розумію! —</w:t>
      </w:r>
    </w:p>
    <w:p>
      <w:r>
        <w:br/>
        <w:t>Ти закричиш, — як поєднать мені&lt;br /&gt;</w:t>
        <w:br/>
        <w:t>Могил темниці і висоти неба,&lt;br /&gt;</w:t>
        <w:br/>
        <w:t>Золу і далечизни осяйні?!"</w:t>
      </w:r>
    </w:p>
    <w:p>
      <w:r>
        <w:br/>
        <w:t>Скажу: горіти так любові треба,&lt;br /&gt;</w:t>
        <w:br/>
        <w:t>Щоб не лиш дух, але й уся ганеба&lt;br /&gt;</w:t>
        <w:br/>
        <w:t>Людської плоті зникла в тім вогні!</w:t>
      </w:r>
    </w:p>
    <w:p>
      <w:r>
        <w:br/>
        <w:t>1976&lt;br /&gt;</w:t>
        <w:br/>
        <w:t>* * *</w:t>
      </w:r>
    </w:p>
    <w:p>
      <w:r>
        <w:br/>
        <w:t>Ось незнайома жінка. Відпалало&lt;br /&gt;</w:t>
        <w:br/>
        <w:t>Її волосся. Попіл — над чолом.&lt;br /&gt;</w:t>
        <w:br/>
        <w:t>І на лиці, що гарно так прив'яло, —&lt;br /&gt;</w:t>
        <w:br/>
        <w:t>Не усмішка, а радості надлом.</w:t>
      </w:r>
    </w:p>
    <w:p>
      <w:r>
        <w:br/>
        <w:t>Нічого в ній нема, що б заволало&lt;br /&gt;</w:t>
        <w:br/>
        <w:t>До мого серця, що б мене крилом&lt;br /&gt;</w:t>
        <w:br/>
        <w:t>До себе пригорнуло, що б упало&lt;br /&gt;</w:t>
        <w:br/>
        <w:t>В мою печаль, як зірка в темний стром.</w:t>
      </w:r>
    </w:p>
    <w:p>
      <w:r>
        <w:br/>
        <w:t>Чого ж я обертаюся в актора,&lt;br /&gt;</w:t>
        <w:br/>
        <w:t>Як бог у лебедя, чого тремтить&lt;br /&gt;</w:t>
        <w:br/>
        <w:t>Моя душа, як ніч блакитнозора?</w:t>
      </w:r>
    </w:p>
    <w:p>
      <w:r>
        <w:br/>
        <w:t>Хто напинає поміж нами нить&lt;br /&gt;</w:t>
        <w:br/>
        <w:t>Незриму, та спроможну замінить&lt;br /&gt;</w:t>
        <w:br/>
        <w:t>Мене в хлоп'я, що світ уздріло вчора?</w:t>
      </w:r>
    </w:p>
    <w:p>
      <w:r>
        <w:br/>
        <w:t>1977&lt;br /&gt;</w:t>
        <w:br/>
        <w:t>* * *</w:t>
      </w:r>
    </w:p>
    <w:p>
      <w:r>
        <w:br/>
        <w:t>Люблю вночі на небеса дивитись,&lt;br /&gt;</w:t>
        <w:br/>
        <w:t>Коли зірки, немов бджолиний рій,&lt;br /&gt;</w:t>
        <w:br/>
        <w:t>Поблискують крильми, і повен мрій&lt;br /&gt;</w:t>
        <w:br/>
        <w:t>Виходить місяць, як прадавній витязь.</w:t>
      </w:r>
    </w:p>
    <w:p>
      <w:r>
        <w:br/>
        <w:t>Блакитом неба прагну оповитись,&lt;br /&gt;</w:t>
        <w:br/>
        <w:t>Неначе димом тютюну — курій,&lt;br /&gt;</w:t>
        <w:br/>
        <w:t>Лишити все на цій Землі старій&lt;br /&gt;</w:t>
        <w:br/>
        <w:t>І в безмірі небеснім загубитись.</w:t>
      </w:r>
    </w:p>
    <w:p>
      <w:r>
        <w:br/>
        <w:t>Там десь моя вітчизна неземна,&lt;br /&gt;</w:t>
        <w:br/>
        <w:t>Де пахнуть зорі, ніби євшан-зілля,&lt;br /&gt;</w:t>
        <w:br/>
        <w:t>В сивинах сяйва мріє далина.</w:t>
      </w:r>
    </w:p>
    <w:p>
      <w:r>
        <w:br/>
        <w:t>Та день іде блідий, як породілля,&lt;br /&gt;</w:t>
        <w:br/>
        <w:t>І знову я в руках того свавілля,&lt;br /&gt;</w:t>
        <w:br/>
        <w:t>Що звершує колиска і труна.</w:t>
      </w:r>
    </w:p>
    <w:p>
      <w:r>
        <w:br/>
        <w:t>1977&lt;br /&gt;</w:t>
        <w:br/>
        <w:t>* * *</w:t>
      </w:r>
    </w:p>
    <w:p>
      <w:r>
        <w:br/>
        <w:t>Як олень, що надбіг із Оболоні&lt;br /&gt;</w:t>
        <w:br/>
        <w:t>І над рікою у стрибку застиг,&lt;br /&gt;</w:t>
        <w:br/>
        <w:t>Повис на вантах сонця золотих&lt;br /&gt;</w:t>
        <w:br/>
        <w:t>Широкий міст в залізі та в бетоні.</w:t>
      </w:r>
    </w:p>
    <w:p>
      <w:r>
        <w:br/>
        <w:t>Але в його розкриленім пілоні&lt;br /&gt;</w:t>
        <w:br/>
        <w:t>Я відчуваю серця рівний дих,&lt;br /&gt;</w:t>
        <w:br/>
        <w:t>Спекоту рук натхненно-молодих,&lt;br /&gt;</w:t>
        <w:br/>
        <w:t>Твердь, що була на батьківській долоні.</w:t>
      </w:r>
    </w:p>
    <w:p>
      <w:r>
        <w:br/>
        <w:t>Так чує будівник в своїх руках&lt;br /&gt;</w:t>
        <w:br/>
        <w:t>Натомлених — гудіння арматури&lt;br /&gt;</w:t>
        <w:br/>
        <w:t>Моста, що не затихне у віках!</w:t>
      </w:r>
    </w:p>
    <w:p>
      <w:r>
        <w:br/>
        <w:t>Там з людської снаги сталеві шнури&lt;br /&gt;</w:t>
        <w:br/>
        <w:t>Напнулися, як приструнки бандури,&lt;br /&gt;</w:t>
        <w:br/>
        <w:t>І засвітив мелодією шлях.</w:t>
      </w:r>
    </w:p>
    <w:p>
      <w:r>
        <w:br/>
        <w:t>1976&lt;br /&gt;</w:t>
        <w:br/>
        <w:t>* * *</w:t>
      </w:r>
    </w:p>
    <w:p>
      <w:r>
        <w:br/>
        <w:t>Підводиться на древньому Дніпрі&lt;br /&gt;</w:t>
        <w:br/>
        <w:t>Новітнього моста будівля строга.&lt;br /&gt;</w:t>
        <w:br/>
        <w:t>В будущину злетить нова дорога,&lt;br /&gt;</w:t>
        <w:br/>
        <w:t>Як промінь світанкової зорі.</w:t>
      </w:r>
    </w:p>
    <w:p>
      <w:r>
        <w:br/>
        <w:t>Майстри, монтажники, бетонярі,&lt;br /&gt;</w:t>
        <w:br/>
        <w:t>Тут ваша праця, пісня і тривога&lt;br /&gt;</w:t>
        <w:br/>
        <w:t>Тектиме вічно, як ріка розлога,&lt;br /&gt;</w:t>
        <w:br/>
        <w:t>Де ви купались о нічній порі.</w:t>
      </w:r>
    </w:p>
    <w:p>
      <w:r>
        <w:br/>
        <w:t>Для когось там цей міст — бетон і криця,&lt;br /&gt;</w:t>
        <w:br/>
        <w:t>Сухі закони твердості й числа,&lt;br /&gt;</w:t>
        <w:br/>
        <w:t>Споруда мертва, а для вас — це птиця,</w:t>
      </w:r>
    </w:p>
    <w:p>
      <w:r>
        <w:br/>
        <w:t>Що палить душу помахом крила,&lt;br /&gt;</w:t>
        <w:br/>
        <w:t>Струнка і тонконога танцівниця,&lt;br /&gt;</w:t>
        <w:br/>
        <w:t>Що руки над водою простягла.</w:t>
      </w:r>
    </w:p>
    <w:p>
      <w:r>
        <w:br/>
        <w:t>1976&lt;br /&gt;</w:t>
        <w:br/>
        <w:t>* * *</w:t>
      </w:r>
    </w:p>
    <w:p>
      <w:r>
        <w:br/>
        <w:t>Наморені вертаються додому&lt;br /&gt;</w:t>
        <w:br/>
        <w:t>Робітники, і в електричках сплять,&lt;br /&gt;</w:t>
        <w:br/>
        <w:t>І рейки гнуться, й поїзди скриплять,&lt;br /&gt;</w:t>
        <w:br/>
        <w:t>Мов сталь везуть, а не робочу втому.</w:t>
      </w:r>
    </w:p>
    <w:p>
      <w:r>
        <w:br/>
        <w:t>І видно при освітленні грузькому&lt;br /&gt;</w:t>
        <w:br/>
        <w:t>На кам'яних обличчях снів печать:&lt;br /&gt;</w:t>
        <w:br/>
        <w:t>Змивають мрії з душ пилюку й чадь,&lt;br /&gt;</w:t>
        <w:br/>
        <w:t>Турбот вагу, буденщини оскому.</w:t>
      </w:r>
    </w:p>
    <w:p>
      <w:r>
        <w:br/>
        <w:t>О, скільки причаїли далини&lt;br /&gt;</w:t>
        <w:br/>
        <w:t>Усміхнені, хоч і закриті, очі,&lt;br /&gt;</w:t>
        <w:br/>
        <w:t>Благословенні, хоч короткі, сни!</w:t>
      </w:r>
    </w:p>
    <w:p>
      <w:r>
        <w:br/>
        <w:t>Мені здається, що по темній ночі&lt;br /&gt;</w:t>
        <w:br/>
        <w:t>У погляд сонця і в слова пророчі&lt;br /&gt;</w:t>
        <w:br/>
        <w:t>Нових натхнень обернуться вони.</w:t>
      </w:r>
    </w:p>
    <w:p>
      <w:r>
        <w:br/>
        <w:t>1976&lt;br /&gt;</w:t>
        <w:br/>
        <w:t>* * *</w:t>
      </w:r>
    </w:p>
    <w:p>
      <w:r>
        <w:br/>
        <w:t>Купатися в Дніпрі посеред ночі,&lt;br /&gt;</w:t>
        <w:br/>
        <w:t>Коли прозорий місяць, мов янтар,&lt;br /&gt;</w:t>
        <w:br/>
        <w:t>Над Лаврою і, наче тіні хмар,&lt;br /&gt;</w:t>
        <w:br/>
        <w:t>У водах темних береги співочі;</w:t>
      </w:r>
    </w:p>
    <w:p>
      <w:r>
        <w:br/>
        <w:t>І хвилі радо йдуть, немов жіночі&lt;br /&gt;</w:t>
        <w:br/>
        <w:t>Єдвабні груди, в рук твоїх пожар,&lt;br /&gt;</w:t>
        <w:br/>
        <w:t>І чути срібні жалощі гітар&lt;br /&gt;</w:t>
        <w:br/>
        <w:t>Біля багать у заростях обочі…</w:t>
      </w:r>
    </w:p>
    <w:p>
      <w:r>
        <w:br/>
        <w:t>Любов твоя — столиця всіх столиць —&lt;br /&gt;</w:t>
        <w:br/>
        <w:t>Збудована із полум'я й блакиті,&lt;br /&gt;</w:t>
        <w:br/>
        <w:t>Де на піску лежав ти горілиць.</w:t>
      </w:r>
    </w:p>
    <w:p>
      <w:r>
        <w:br/>
        <w:t>В душі — Карпати, синявою вкриті,&lt;br /&gt;</w:t>
        <w:br/>
        <w:t>І безміри пшениць несамовиті,&lt;br /&gt;</w:t>
        <w:br/>
        <w:t>А місто це — на дні твоїх зіниць!</w:t>
      </w:r>
    </w:p>
    <w:p>
      <w:r>
        <w:br/>
        <w:t>1976&lt;br /&gt;</w:t>
        <w:br/>
        <w:t>* * *</w:t>
      </w:r>
    </w:p>
    <w:p>
      <w:r>
        <w:br/>
        <w:t>Як діамантова сяйлива грань,&lt;br /&gt;</w:t>
        <w:br/>
        <w:t>Яріє сніг на булаві Богдана.&lt;br /&gt;</w:t>
        <w:br/>
        <w:t>І днина гріється благоуханна&lt;br /&gt;</w:t>
        <w:br/>
        <w:t>Над ватрами софійських злотних бань.</w:t>
      </w:r>
    </w:p>
    <w:p>
      <w:r>
        <w:br/>
        <w:t>Нові будови в сітях риштувань&lt;br /&gt;</w:t>
        <w:br/>
        <w:t>Просвітлюються сонцем спонадрана.&lt;br /&gt;</w:t>
        <w:br/>
        <w:t>Тремтить моя душа, як та мембрана,&lt;br /&gt;</w:t>
        <w:br/>
        <w:t>Ясніє неба голуба гортань.</w:t>
      </w:r>
    </w:p>
    <w:p>
      <w:r>
        <w:br/>
        <w:t>Пройдуся по майдану білим цвітом&lt;br /&gt;</w:t>
        <w:br/>
        <w:t>І загублюсь навіки в далині&lt;br /&gt;</w:t>
        <w:br/>
        <w:t>За містом, за одвічним заповітом…</w:t>
      </w:r>
    </w:p>
    <w:p>
      <w:r>
        <w:br/>
        <w:t>Та погляд мій не вмре на стремені,&lt;br /&gt;</w:t>
        <w:br/>
        <w:t>А, на гетьманській мислі самоцвітом&lt;br /&gt;</w:t>
        <w:br/>
        <w:t>Сяйнувши, мчатиме в майбутні дні.</w:t>
      </w:r>
    </w:p>
    <w:p>
      <w:r>
        <w:br/>
        <w:t>1977&lt;br /&gt;</w:t>
        <w:br/>
        <w:t>* * *</w:t>
      </w:r>
    </w:p>
    <w:p>
      <w:r>
        <w:br/>
        <w:t>"Прииди ко мне, брате, у Москову".&lt;br /&gt;</w:t>
        <w:br/>
        <w:t>Іпатіївський літопис, 1137 р.</w:t>
      </w:r>
    </w:p>
    <w:p>
      <w:r>
        <w:br/>
        <w:t>"Прийди до мене, брате, у Москву", —&lt;br /&gt;</w:t>
        <w:br/>
        <w:t>Мене покликав голос побратима.&lt;br /&gt;</w:t>
        <w:br/>
        <w:t>І мрія про братерство невгасима&lt;br /&gt;</w:t>
        <w:br/>
        <w:t>Вела мене крізь далеч снігову.</w:t>
      </w:r>
    </w:p>
    <w:p>
      <w:r>
        <w:br/>
        <w:t>А брат мою державну корогву&lt;br /&gt;</w:t>
        <w:br/>
        <w:t>Під ноги кинув і спалив очима.&lt;br /&gt;</w:t>
        <w:br/>
        <w:t>Катівня і Сибір неісходима&lt;br /&gt;</w:t>
        <w:br/>
        <w:t>Мені судилась за любов живу.</w:t>
      </w:r>
    </w:p>
    <w:p>
      <w:r>
        <w:br/>
        <w:t>Але мій брат, прихильник правди й права,&lt;br /&gt;</w:t>
        <w:br/>
        <w:t>Жалів мене й не видав з доброти&lt;br /&gt;</w:t>
        <w:br/>
        <w:t>В тюрму, де вже чекала смерть кривава.</w:t>
      </w:r>
    </w:p>
    <w:p>
      <w:r>
        <w:br/>
        <w:t>Він лиш питав щодня: "Як ми брати,&lt;br /&gt;</w:t>
        <w:br/>
        <w:t>Як спільні в нас хрести і хомути,&lt;br /&gt;</w:t>
        <w:br/>
        <w:t>Навіщо тобі мова і держава?!"</w:t>
      </w:r>
    </w:p>
    <w:p>
      <w:r>
        <w:br/>
        <w:t>2000&lt;br /&gt;</w:t>
        <w:br/>
        <w:t>* * *</w:t>
      </w:r>
    </w:p>
    <w:p>
      <w:r>
        <w:br/>
        <w:t>О рідне слово, хто без тебе я?&lt;br /&gt;</w:t>
        <w:br/>
        <w:t>Німий жебрак, старцюючий нетяга,&lt;br /&gt;</w:t>
        <w:br/>
        <w:t>Мертвяк, оброслий плиттям саркофага,&lt;br /&gt;</w:t>
        <w:br/>
        <w:t>Прах, купа жалюгідного рам'я.</w:t>
      </w:r>
    </w:p>
    <w:p>
      <w:r>
        <w:br/>
        <w:t>Моя ти — пісня, сила і відвага,&lt;br /&gt;</w:t>
        <w:br/>
        <w:t>Моє вселюдське й мамине ім'я.&lt;br /&gt;</w:t>
        <w:br/>
        <w:t>Тобою палахтить душа моя,&lt;br /&gt;</w:t>
        <w:br/>
        <w:t>Втишається тобою серця спрага.</w:t>
      </w:r>
    </w:p>
    <w:p>
      <w:r>
        <w:br/>
        <w:t>Тебе у спадок віддали мені&lt;br /&gt;</w:t>
        <w:br/>
        <w:t>Батьки мої і предки невідомі,&lt;br /&gt;</w:t>
        <w:br/>
        <w:t>Що гинули за тебе на вогні.</w:t>
      </w:r>
    </w:p>
    <w:p>
      <w:r>
        <w:br/>
        <w:t>Тож не засни в запиленому томі,&lt;br /&gt;</w:t>
        <w:br/>
        <w:t>В неткнутій коленкоровій труні —&lt;br /&gt;</w:t>
        <w:br/>
        <w:t>Дзвени в моїм і правнуковім домі!</w:t>
      </w:r>
    </w:p>
    <w:p>
      <w:r>
        <w:br/>
        <w:t>1956&lt;br /&gt;</w:t>
        <w:br/>
        <w:t>* * *</w:t>
      </w:r>
    </w:p>
    <w:p>
      <w:r>
        <w:br/>
        <w:t>Схитнувсь на ожеледі інвалід&lt;br /&gt;</w:t>
        <w:br/>
        <w:t>І впав, немовби ноги по коліна&lt;br /&gt;</w:t>
        <w:br/>
        <w:t>Йому вогнем відбила вдруге міна,&lt;br /&gt;</w:t>
        <w:br/>
        <w:t>Пораненого кинула на лід.</w:t>
      </w:r>
    </w:p>
    <w:p>
      <w:r>
        <w:br/>
        <w:t>Розчахнутий, колючий, наче глід,&lt;br /&gt;</w:t>
        <w:br/>
        <w:t>Розбитий, ніби статуя камінна,&lt;br /&gt;</w:t>
        <w:br/>
        <w:t>Піднявся він, і кров його кармінна&lt;br /&gt;</w:t>
        <w:br/>
        <w:t>Палила сніг, що й сам від болю зблід.</w:t>
      </w:r>
    </w:p>
    <w:p>
      <w:r>
        <w:br/>
        <w:t>Ні, не було ні вибуху, ні крові.&lt;br /&gt;</w:t>
        <w:br/>
        <w:t>Шумів тролейбус, будувався дім,&lt;br /&gt;</w:t>
        <w:br/>
        <w:t>Виблискувала вулиця в обнові.</w:t>
      </w:r>
    </w:p>
    <w:p>
      <w:r>
        <w:br/>
        <w:t>Лиш я, немов на полі бойовім,&lt;br /&gt;</w:t>
        <w:br/>
        <w:t>Спинився і, закований у грім,&lt;br /&gt;</w:t>
        <w:br/>
        <w:t>Застиг на півжитті, як на півслові.</w:t>
      </w:r>
    </w:p>
    <w:p>
      <w:r>
        <w:br/>
        <w:t>1977&lt;br /&gt;</w:t>
        <w:br/>
        <w:t>* * *</w:t>
      </w:r>
    </w:p>
    <w:p>
      <w:r>
        <w:br/>
        <w:t>Ходивши біля Бабиного Яру,&lt;br /&gt;</w:t>
        <w:br/>
        <w:t>Де плаче вітер сивий, як пророк,&lt;br /&gt;</w:t>
        <w:br/>
        <w:t>Я на червоний наступив листок,&lt;br /&gt;</w:t>
        <w:br/>
        <w:t>Що з клена впав на плити тротуару.</w:t>
      </w:r>
    </w:p>
    <w:p>
      <w:r>
        <w:br/>
        <w:t>І бризнула, як полум'я пожару,&lt;br /&gt;</w:t>
        <w:br/>
        <w:t>Із нього кров, і послизнувся крок,&lt;br /&gt;</w:t>
        <w:br/>
        <w:t>Озвався кулемет, і в темний змрок,&lt;br /&gt;</w:t>
        <w:br/>
        <w:t>Неначе в яму, впав я від удару.</w:t>
      </w:r>
    </w:p>
    <w:p>
      <w:r>
        <w:br/>
        <w:t>Там я помер від кулі й там воскрес,&lt;br /&gt;</w:t>
        <w:br/>
        <w:t>Але навік, як блискавка шалена,&lt;br /&gt;</w:t>
        <w:br/>
        <w:t>В душі моїй зостався крик небес.</w:t>
      </w:r>
    </w:p>
    <w:p>
      <w:r>
        <w:br/>
        <w:t>Вступила в мене сила незнищенна,&lt;br /&gt;</w:t>
        <w:br/>
        <w:t>А наді мною листя, як знамена,&lt;br /&gt;</w:t>
        <w:br/>
        <w:t>Палало в глибині небесних плес.</w:t>
      </w:r>
    </w:p>
    <w:p>
      <w:r>
        <w:br/>
        <w:t>1976&lt;br /&gt;</w:t>
        <w:br/>
        <w:t>* * *</w:t>
      </w:r>
    </w:p>
    <w:p>
      <w:r>
        <w:br/>
        <w:t>Край Бабиного Яру в небеса&lt;br /&gt;</w:t>
        <w:br/>
        <w:t>Звелася телевежа. А під нею&lt;br /&gt;</w:t>
        <w:br/>
        <w:t>Сіяння дивне стелеться землею,&lt;br /&gt;</w:t>
        <w:br/>
        <w:t>Немов осінніх яворів яса…</w:t>
      </w:r>
    </w:p>
    <w:p>
      <w:r>
        <w:br/>
        <w:t>Та ні! Там сяє мамина сльоза&lt;br /&gt;</w:t>
        <w:br/>
        <w:t>Крізь товщу закривавленого глею,&lt;br /&gt;</w:t>
        <w:br/>
        <w:t>Там біле світло, схоже на лілею,&lt;br /&gt;</w:t>
        <w:br/>
        <w:t>Запалює блакить, як та гроза.</w:t>
      </w:r>
    </w:p>
    <w:p>
      <w:r>
        <w:br/>
        <w:t>А там димують гори, наче рани,&lt;br /&gt;</w:t>
        <w:br/>
        <w:t>Вкриваються вогнем материки,&lt;br /&gt;</w:t>
        <w:br/>
        <w:t>Болінням людства світять океани.</w:t>
      </w:r>
    </w:p>
    <w:p>
      <w:r>
        <w:br/>
        <w:t>Куди ж те сяйво лине? Де зірки,&lt;br /&gt;</w:t>
        <w:br/>
        <w:t>Що повертають на свої екрани&lt;br /&gt;</w:t>
        <w:br/>
        <w:t>Забитих душ невигаслі думки?!</w:t>
      </w:r>
    </w:p>
    <w:p>
      <w:r>
        <w:br/>
        <w:t>1977&lt;br /&gt;</w:t>
        <w:br/>
        <w:t>* * *</w:t>
      </w:r>
    </w:p>
    <w:p>
      <w:r>
        <w:br/>
        <w:t>У кратері нічного стадіону&lt;br /&gt;</w:t>
        <w:br/>
        <w:t>Я був один, як в небі молодик.&lt;br /&gt;</w:t>
        <w:br/>
        <w:t>Плив наді мною хмари темний лик,&lt;br /&gt;</w:t>
        <w:br/>
        <w:t>Нагадуючи Перуна з бетону.</w:t>
      </w:r>
    </w:p>
    <w:p>
      <w:r>
        <w:br/>
        <w:t>Летів літак. Він іскру ніс червону&lt;br /&gt;</w:t>
        <w:br/>
        <w:t>Між крилами, немов букет гвоздик…&lt;br /&gt;</w:t>
        <w:br/>
        <w:t>Втім, вибухнув футбольний шум і крик&lt;br /&gt;</w:t>
        <w:br/>
        <w:t>У серці перекинутого дзвону.</w:t>
      </w:r>
    </w:p>
    <w:p>
      <w:r>
        <w:br/>
        <w:t>Болільники ревіли звідусіль.&lt;br /&gt;</w:t>
        <w:br/>
        <w:t>Перун кривив божественного рота.&lt;br /&gt;</w:t>
        <w:br/>
        <w:t>Літак у сітці бився, як мотиль.</w:t>
      </w:r>
    </w:p>
    <w:p>
      <w:r>
        <w:br/>
        <w:t>Світ рвався в порожнечу — за ворота.&lt;br /&gt;</w:t>
        <w:br/>
        <w:t>М'яч розпадався, мов трагічна нота,&lt;br /&gt;</w:t>
        <w:br/>
        <w:t>Що прагне збожеволілих зусиль.</w:t>
      </w:r>
    </w:p>
    <w:p>
      <w:r>
        <w:br/>
        <w:t>1978&lt;br /&gt;</w:t>
        <w:br/>
        <w:t>* * *</w:t>
      </w:r>
    </w:p>
    <w:p>
      <w:r>
        <w:br/>
        <w:t>Вже в надвечір'ї гаснуть осокори,&lt;br /&gt;</w:t>
        <w:br/>
        <w:t>Мерехкотить підфарниками шлях.&lt;br /&gt;</w:t>
        <w:br/>
        <w:t>На автостраду в стемнених полях&lt;br /&gt;</w:t>
        <w:br/>
        <w:t>Далеке світло кидають мотори.</w:t>
      </w:r>
    </w:p>
    <w:p>
      <w:r>
        <w:br/>
        <w:t>Чорніють рідні пагорби і гори,&lt;br /&gt;</w:t>
        <w:br/>
        <w:t>Мов батькова долоня в мозолях.&lt;br /&gt;</w:t>
        <w:br/>
        <w:t>Не доторкаючи небесних блях,&lt;br /&gt;</w:t>
        <w:br/>
        <w:t>Летить моє життя, як промінь, скоре.</w:t>
      </w:r>
    </w:p>
    <w:p>
      <w:r>
        <w:br/>
        <w:t>На стрілах і на схрещенні доріг&lt;br /&gt;</w:t>
        <w:br/>
        <w:t>Шукає погляд мій дороговказу,&lt;br /&gt;</w:t>
        <w:br/>
        <w:t>Та не в пітьму, де жде м'який нічліг.</w:t>
      </w:r>
    </w:p>
    <w:p>
      <w:r>
        <w:br/>
        <w:t>Не прагну темряви подібно плазу,&lt;br /&gt;</w:t>
        <w:br/>
        <w:t>А лиш туди, де згасну я одразу,&lt;br /&gt;</w:t>
        <w:br/>
        <w:t>Крізь ніч до сонця — мій летючий біг.</w:t>
      </w:r>
    </w:p>
    <w:p>
      <w:r>
        <w:br/>
        <w:t>1978&lt;br /&gt;</w:t>
        <w:br/>
        <w:t>* * *</w:t>
      </w:r>
    </w:p>
    <w:p>
      <w:r>
        <w:br/>
        <w:t>В душі я чую неясний мотив —&lt;br /&gt;</w:t>
        <w:br/>
        <w:t>Неначе десь під вітром опівночі&lt;br /&gt;</w:t>
        <w:br/>
        <w:t>Дзвенить води весняної розлив&lt;br /&gt;</w:t>
        <w:br/>
        <w:t>Над нивами, чи ніби десь в обочі</w:t>
      </w:r>
    </w:p>
    <w:p>
      <w:r>
        <w:br/>
        <w:t>Осінній лист у золоті поплив —&lt;br /&gt;</w:t>
        <w:br/>
        <w:t>Аж споминів моїх осліпли очі,&lt;br /&gt;</w:t>
        <w:br/>
        <w:t>Чи ніби перший сніг оповістив,&lt;br /&gt;</w:t>
        <w:br/>
        <w:t>Що йдуть зимові дні, як поторочі.</w:t>
      </w:r>
    </w:p>
    <w:p>
      <w:r>
        <w:br/>
        <w:t>Я прислухаюсь. Осінь і весна,&lt;br /&gt;</w:t>
        <w:br/>
        <w:t>А там зима — три паралельні ноти,&lt;br /&gt;</w:t>
        <w:br/>
        <w:t>Над ними — літа золота струна…</w:t>
      </w:r>
    </w:p>
    <w:p>
      <w:r>
        <w:br/>
        <w:t>Скажи, душе, чого тремтять висоти,&lt;br /&gt;</w:t>
        <w:br/>
        <w:t>І звідки йде життя моє, і хто ти?&lt;br /&gt;</w:t>
        <w:br/>
        <w:t>Чотири пісні там, — а ти одна!</w:t>
      </w:r>
    </w:p>
    <w:p>
      <w:r>
        <w:br/>
        <w:t>1976&lt;br /&gt;</w:t>
        <w:br/>
        <w:t>* * *</w:t>
      </w:r>
    </w:p>
    <w:p>
      <w:r>
        <w:br/>
        <w:t>Як дивно бачити своє життя&lt;br /&gt;</w:t>
        <w:br/>
        <w:t>В малій і супокійній брилі книжки!&lt;br /&gt;</w:t>
        <w:br/>
        <w:t>Там дні твої нещадні, як опришки,&lt;br /&gt;</w:t>
        <w:br/>
        <w:t>Щемливі, як дівоче каяття,</w:t>
      </w:r>
    </w:p>
    <w:p>
      <w:r>
        <w:br/>
        <w:t>Густі і темні, як серцебиття&lt;br /&gt;</w:t>
        <w:br/>
        <w:t>Коня, що біг сто миль без передишки,&lt;br /&gt;</w:t>
        <w:br/>
        <w:t>Високі й золоті, як вікна вишки,&lt;br /&gt;</w:t>
        <w:br/>
        <w:t>Де сонця в склі поблискує лиття.</w:t>
      </w:r>
    </w:p>
    <w:p>
      <w:r>
        <w:br/>
        <w:t>Невже це все вмістилося у слові?&lt;br /&gt;</w:t>
        <w:br/>
        <w:t>Невже в малюнок одного листка&lt;br /&gt;</w:t>
        <w:br/>
        <w:t>Сховалось листя, що жило в діброві?</w:t>
      </w:r>
    </w:p>
    <w:p>
      <w:r>
        <w:br/>
        <w:t>Так! Це життя достойне і рядка,&lt;br /&gt;</w:t>
        <w:br/>
        <w:t>Що крізь віки нестиме, як ріка,&lt;br /&gt;</w:t>
        <w:br/>
        <w:t>Одну хвилину радості й любові!</w:t>
      </w:r>
    </w:p>
    <w:p>
      <w:r>
        <w:br/>
        <w:t>1976&lt;br /&gt;</w:t>
        <w:br/>
        <w:t>* * *</w:t>
      </w:r>
    </w:p>
    <w:p>
      <w:r>
        <w:br/>
        <w:t>В червоні обрядилися панчохи,&lt;br /&gt;</w:t>
        <w:br/>
        <w:t>До вуст приклали сурми голосні,&lt;br /&gt;</w:t>
        <w:br/>
        <w:t>І грають князю влесливі пісні&lt;br /&gt;</w:t>
        <w:br/>
        <w:t>В Софійському соборі скоморохи.</w:t>
      </w:r>
    </w:p>
    <w:p>
      <w:r>
        <w:br/>
        <w:t>Хоч звуки їх облущилися трохи,&lt;br /&gt;</w:t>
        <w:br/>
        <w:t>Та все ж таки у фресках на стіні&lt;br /&gt;</w:t>
        <w:br/>
        <w:t>Вони звучать і спогади сумні&lt;br /&gt;</w:t>
        <w:br/>
        <w:t>Тобі несуть з далекої епохи.</w:t>
      </w:r>
    </w:p>
    <w:p>
      <w:r>
        <w:br/>
        <w:t>Ото твій друг — один із тих музик,&lt;br /&gt;</w:t>
        <w:br/>
        <w:t>Що витинає владареві оду&lt;br /&gt;</w:t>
        <w:br/>
        <w:t>За гривну срібну чи за медяник,</w:t>
      </w:r>
    </w:p>
    <w:p>
      <w:r>
        <w:br/>
        <w:t>А ти, хто мурував той храм від споду&lt;br /&gt;</w:t>
        <w:br/>
        <w:t>Аж до верха для величі народу,&lt;br /&gt;</w:t>
        <w:br/>
        <w:t>Закляв у камінь дух свій і язик.</w:t>
      </w:r>
    </w:p>
    <w:p>
      <w:r>
        <w:br/>
        <w:t>1976&lt;br /&gt;</w:t>
        <w:br/>
        <w:t>* * *</w:t>
      </w:r>
    </w:p>
    <w:p>
      <w:r>
        <w:br/>
        <w:t>На мене віє іскрами здалека,&lt;br /&gt;</w:t>
        <w:br/>
        <w:t>Пергаментів згорілих чую дим.&lt;br /&gt;</w:t>
        <w:br/>
        <w:t>Людей питаюсь голосом сідим:&lt;br /&gt;</w:t>
        <w:br/>
        <w:t>— Де Ярославова бібліотека?!</w:t>
      </w:r>
    </w:p>
    <w:p>
      <w:r>
        <w:br/>
        <w:t>Горить! Страждання темного нестрим&lt;br /&gt;</w:t>
        <w:br/>
        <w:t>Мене катує, мов кострища спека.&lt;br /&gt;</w:t>
        <w:br/>
        <w:t>Немовби не Лукрецій і Сенека,&lt;br /&gt;</w:t>
        <w:br/>
        <w:t>А я згорів із Києвом старим.</w:t>
      </w:r>
    </w:p>
    <w:p>
      <w:r>
        <w:br/>
        <w:t>Немає в цьому ложної прикмети,&lt;br /&gt;</w:t>
        <w:br/>
        <w:t>Мої книжки палитимуть не раз&lt;br /&gt;</w:t>
        <w:br/>
        <w:t>Батиї, геббельси і піночети.</w:t>
      </w:r>
    </w:p>
    <w:p>
      <w:r>
        <w:br/>
        <w:t>Такого болю прагну, щоб не гас,&lt;br /&gt;</w:t>
        <w:br/>
        <w:t>Щоб сяяв крізь важкі словесні сплети&lt;br /&gt;</w:t>
        <w:br/>
        <w:t>І обертався на вогні в алмаз!</w:t>
      </w:r>
    </w:p>
    <w:p>
      <w:r>
        <w:br/>
        <w:t>1978&lt;br /&gt;</w:t>
        <w:br/>
        <w:t>* * *</w:t>
      </w:r>
    </w:p>
    <w:p>
      <w:r>
        <w:br/>
        <w:t>Стліває сніг від поблиску блакиті,&lt;br /&gt;</w:t>
        <w:br/>
        <w:t>Солодкий вітер віє із Дніпра,&lt;br /&gt;</w:t>
        <w:br/>
        <w:t>І птаство гомонить, як дітвора,&lt;br /&gt;</w:t>
        <w:br/>
        <w:t>І діти сяють, наче зорі вмиті.</w:t>
      </w:r>
    </w:p>
    <w:p>
      <w:r>
        <w:br/>
        <w:t>Незримий струм, як бога тінь в санскриті,&lt;br /&gt;</w:t>
        <w:br/>
        <w:t>Запалює каштанів темні бра.&lt;br /&gt;</w:t>
        <w:br/>
        <w:t>Підносяться до світла і добра&lt;br /&gt;</w:t>
        <w:br/>
        <w:t>Мої думки, як руки розповиті.</w:t>
      </w:r>
    </w:p>
    <w:p>
      <w:r>
        <w:br/>
        <w:t>Весна! Мене волають небеса&lt;br /&gt;</w:t>
        <w:br/>
        <w:t>І хмари, що летять, як білі коні,&lt;br /&gt;</w:t>
        <w:br/>
        <w:t>Як молодості вічної яса.</w:t>
      </w:r>
    </w:p>
    <w:p>
      <w:r>
        <w:br/>
        <w:t>Я вже іду, я весь уже в розгоні…&lt;br /&gt;</w:t>
        <w:br/>
        <w:t>А сивина коло моєї скроні&lt;br /&gt;</w:t>
        <w:br/>
        <w:t>Бринить, як роздратована оса.</w:t>
      </w:r>
    </w:p>
    <w:p>
      <w:r>
        <w:br/>
        <w:t>1976&lt;br /&gt;</w:t>
        <w:br/>
        <w:t>* * *</w:t>
      </w:r>
    </w:p>
    <w:p>
      <w:r>
        <w:br/>
        <w:t>Моя душа не відає про Бога,&lt;br /&gt;</w:t>
        <w:br/>
        <w:t>Та в літаку молився я не раз,&lt;br /&gt;</w:t>
        <w:br/>
        <w:t>Коли машину грім ламав і тряс,&lt;br /&gt;</w:t>
        <w:br/>
        <w:t>Як брилами завалена дорога.</w:t>
      </w:r>
    </w:p>
    <w:p>
      <w:r>
        <w:br/>
        <w:t>Мене безглузда й нескінченно вбога&lt;br /&gt;</w:t>
        <w:br/>
        <w:t>Лякала смерть, — бо ще в мені не згас&lt;br /&gt;</w:t>
        <w:br/>
        <w:t>Пісенний дар, натхнень моїх алмаз,&lt;br /&gt;</w:t>
        <w:br/>
        <w:t>Він ще не дав того, що дати змога!</w:t>
      </w:r>
    </w:p>
    <w:p>
      <w:r>
        <w:br/>
        <w:t>А на землі стояв я під крилом,&lt;br /&gt;</w:t>
        <w:br/>
        <w:t>Яке несло мене і рятувало, —&lt;br /&gt;</w:t>
        <w:br/>
        <w:t>Йому співав я вдячності псалом,</w:t>
      </w:r>
    </w:p>
    <w:p>
      <w:r>
        <w:br/>
        <w:t>Але на світ дививсь не так зухвало:&lt;br /&gt;</w:t>
        <w:br/>
        <w:t>В мені любові наче більше стало,&lt;br /&gt;</w:t>
        <w:br/>
        <w:t>Дух від молитви сповнився добром!</w:t>
      </w:r>
    </w:p>
    <w:p>
      <w:r>
        <w:br/>
        <w:t>1976&lt;br /&gt;</w:t>
        <w:br/>
        <w:t>* * *</w:t>
      </w:r>
    </w:p>
    <w:p>
      <w:r>
        <w:br/>
        <w:t>В моїй душі сьогодні сніг пішов,&lt;br /&gt;</w:t>
        <w:br/>
        <w:t>Якась велика проломилась хмара.&lt;br /&gt;</w:t>
        <w:br/>
        <w:t>І серце аж пригнулось, мов конара,&lt;br /&gt;</w:t>
        <w:br/>
        <w:t>Потрапивши під кам'яний покров.</w:t>
      </w:r>
    </w:p>
    <w:p>
      <w:r>
        <w:br/>
        <w:t>Свої літа підрахував я знов,&lt;br /&gt;</w:t>
        <w:br/>
        <w:t>Немов коштовності — печальний скнара,&lt;br /&gt;</w:t>
        <w:br/>
        <w:t>І смерті несподівана примара&lt;br /&gt;</w:t>
        <w:br/>
        <w:t>Зморозила мою зрадливу кров.</w:t>
      </w:r>
    </w:p>
    <w:p>
      <w:r>
        <w:br/>
        <w:t>Не чую втіхи з того, що травою,&lt;br /&gt;</w:t>
        <w:br/>
        <w:t>Чи деревом, чи поблиском води&lt;br /&gt;</w:t>
        <w:br/>
        <w:t>Я стану за межею гробовою.</w:t>
      </w:r>
    </w:p>
    <w:p>
      <w:r>
        <w:br/>
        <w:t>Душе моя, ти в світло перейди,&lt;br /&gt;</w:t>
        <w:br/>
        <w:t>Що бачив я за горя та біди&lt;br /&gt;</w:t>
        <w:br/>
        <w:t>В моєї матері над головою.</w:t>
      </w:r>
    </w:p>
    <w:p>
      <w:r>
        <w:br/>
        <w:t>1977&lt;br /&gt;</w:t>
        <w:br/>
        <w:t>* * *</w:t>
      </w:r>
    </w:p>
    <w:p>
      <w:r>
        <w:br/>
        <w:t>В моїм селі на маминому гробі&lt;br /&gt;</w:t>
        <w:br/>
        <w:t>Росте калина. Знаю, то вона —&lt;br /&gt;</w:t>
        <w:br/>
        <w:t>Душа моєї матері сяйна&lt;br /&gt;</w:t>
        <w:br/>
        <w:t>Підводиться в нев'янучій подобі.</w:t>
      </w:r>
    </w:p>
    <w:p>
      <w:r>
        <w:br/>
        <w:t>Супутники горять антеннолобі,&lt;br /&gt;</w:t>
        <w:br/>
        <w:t>Схиляючись до світового дна,&lt;br /&gt;</w:t>
        <w:br/>
        <w:t>Та оживає знову яснина&lt;br /&gt;</w:t>
        <w:br/>
        <w:t>В червоного куща святій утробі.</w:t>
      </w:r>
    </w:p>
    <w:p>
      <w:r>
        <w:br/>
        <w:t>Все розсипається, як ті вінки,&lt;br /&gt;</w:t>
        <w:br/>
        <w:t>Як хвої заржавілої корона,&lt;br /&gt;</w:t>
        <w:br/>
        <w:t>Лиш пісня пролітає крізь віки.</w:t>
      </w:r>
    </w:p>
    <w:p>
      <w:r>
        <w:br/>
        <w:t>Живу — сльоза відкрита й безборонна —&lt;br /&gt;</w:t>
        <w:br/>
        <w:t>А над моїм життям багряні грона&lt;br /&gt;</w:t>
        <w:br/>
        <w:t>Ятряться, наче в небесах зірки.</w:t>
      </w:r>
    </w:p>
    <w:p>
      <w:r>
        <w:br/>
        <w:t>1977&lt;br /&gt;</w:t>
        <w:br/>
        <w:t>* * *</w:t>
      </w:r>
    </w:p>
    <w:p>
      <w:r>
        <w:br/>
        <w:t>Прийшов я сповідатися калині,&lt;br /&gt;</w:t>
        <w:br/>
        <w:t>Що на могилі матері зросла.&lt;br /&gt;</w:t>
        <w:br/>
        <w:t>"Моя спокревнице, я проти зла&lt;br /&gt;</w:t>
        <w:br/>
        <w:t>Стою — так ти стоїш на хуртовині;</w:t>
      </w:r>
    </w:p>
    <w:p>
      <w:r>
        <w:br/>
        <w:t>Я вгору зводжу крила соколині,&lt;br /&gt;</w:t>
        <w:br/>
        <w:t>Як ти гілки — в дні літнього тепла.&lt;br /&gt;</w:t>
        <w:br/>
        <w:t>Я віддаю плоди свого живла,&lt;br /&gt;</w:t>
        <w:br/>
        <w:t>Як ти червоні кетяги — людині;</w:t>
      </w:r>
    </w:p>
    <w:p>
      <w:r>
        <w:br/>
        <w:t>Корінням я торкаюсь так, як ти,&lt;br /&gt;</w:t>
        <w:br/>
        <w:t>До серця материнського. І неба&lt;br /&gt;</w:t>
        <w:br/>
        <w:t>Я на собі підношу три пласти,</w:t>
      </w:r>
    </w:p>
    <w:p>
      <w:r>
        <w:br/>
        <w:t>Як ти, але мені ще сили треба&lt;br /&gt;</w:t>
        <w:br/>
        <w:t>На те, щоб сонце піднести в сльозі,&lt;br /&gt;</w:t>
        <w:br/>
        <w:t>Як піднімаєш ти його в росі!"</w:t>
      </w:r>
    </w:p>
    <w:p>
      <w:r>
        <w:br/>
        <w:t>1978&lt;br /&gt;</w:t>
        <w:br/>
        <w:t>* * *</w:t>
      </w:r>
    </w:p>
    <w:p>
      <w:r>
        <w:br/>
        <w:t>Степ навкруги. В траві — стежина біла.&lt;br /&gt;</w:t>
        <w:br/>
        <w:t>Безмежна тиша. Мирна далина.&lt;br /&gt;</w:t>
        <w:br/>
        <w:t>Втім, біля мене куля розривна&lt;br /&gt;</w:t>
        <w:br/>
        <w:t>Із присвистом скаженим пролетіла.</w:t>
      </w:r>
    </w:p>
    <w:p>
      <w:r>
        <w:br/>
        <w:t>В землі, як та гадюка вогнетіла,&lt;br /&gt;</w:t>
        <w:br/>
        <w:t>Вмлівіч пропала — вибухла вона.&lt;br /&gt;</w:t>
        <w:br/>
        <w:t>Із квітки дим пішов, і тишина&lt;br /&gt;</w:t>
        <w:br/>
        <w:t>Під небесами знову затрубіла.</w:t>
      </w:r>
    </w:p>
    <w:p>
      <w:r>
        <w:br/>
        <w:t>Давно воєнна стихла круговерть&lt;br /&gt;</w:t>
        <w:br/>
        <w:t>І світ стоїть у сонці, наче пава…&lt;br /&gt;</w:t>
        <w:br/>
        <w:t>Що ж розриває коло мене твердь?</w:t>
      </w:r>
    </w:p>
    <w:p>
      <w:r>
        <w:br/>
        <w:t>Чи це мене наздоганяє слава&lt;br /&gt;</w:t>
        <w:br/>
        <w:t>Така, як думка недруга, лукава,&lt;br /&gt;</w:t>
        <w:br/>
        <w:t>Чия мені привиділася смерть?</w:t>
      </w:r>
    </w:p>
    <w:p>
      <w:r>
        <w:br/>
        <w:t>1977&lt;br /&gt;</w:t>
        <w:br/>
        <w:t>* * *</w:t>
      </w:r>
    </w:p>
    <w:p>
      <w:r>
        <w:br/>
        <w:t>Мені потрібно тільки олівця,&lt;br /&gt;</w:t>
        <w:br/>
        <w:t>Паперу, хліба, тихої оселі&lt;br /&gt;</w:t>
        <w:br/>
        <w:t>І, може, ще блакитної форелі,&lt;br /&gt;</w:t>
        <w:br/>
        <w:t>Одягненої в золоті сонця.</w:t>
      </w:r>
    </w:p>
    <w:p>
      <w:r>
        <w:br/>
        <w:t>Так лячне криводушіє митця&lt;br /&gt;</w:t>
        <w:br/>
        <w:t>Жене у темні схованки й пустелі,&lt;br /&gt;</w:t>
        <w:br/>
        <w:t>Хоч ждуть його скорботні і веселі,&lt;br /&gt;</w:t>
        <w:br/>
        <w:t>Болючі і палаючі серця.</w:t>
      </w:r>
    </w:p>
    <w:p>
      <w:r>
        <w:br/>
        <w:t>Мені явився голос той від стоми,&lt;br /&gt;</w:t>
        <w:br/>
        <w:t>Та не подався я в ліси за ним,&lt;br /&gt;</w:t>
        <w:br/>
        <w:t>Де селяться аскети, звірі й гноми.</w:t>
      </w:r>
    </w:p>
    <w:p>
      <w:r>
        <w:br/>
        <w:t>О, я ненавиджу отруйний дим,&lt;br /&gt;</w:t>
        <w:br/>
        <w:t>Та спопеляю словом огняним&lt;br /&gt;</w:t>
        <w:br/>
        <w:t>Димучий бруд, а не сніпок соломи!</w:t>
      </w:r>
    </w:p>
    <w:p>
      <w:r>
        <w:br/>
        <w:t>1977&lt;br /&gt;</w:t>
        <w:br/>
        <w:t>* * *</w:t>
      </w:r>
    </w:p>
    <w:p>
      <w:r>
        <w:br/>
        <w:t>Не розкидай без намислу по світі&lt;br /&gt;</w:t>
        <w:br/>
        <w:t>Думки, як скарби, повні дивини.&lt;br /&gt;</w:t>
        <w:br/>
        <w:t>Ти їх у схов душевний зачини,&lt;br /&gt;</w:t>
        <w:br/>
        <w:t>А ключ до них сховай у заповіті!</w:t>
      </w:r>
    </w:p>
    <w:p>
      <w:r>
        <w:br/>
        <w:t>Брехня! Думки в душі, як леви в кліті,&lt;br /&gt;</w:t>
        <w:br/>
        <w:t>Позападають у ліниві сни;&lt;br /&gt;</w:t>
        <w:br/>
        <w:t>До скону не розбудяться вони —&lt;br /&gt;</w:t>
        <w:br/>
        <w:t>Вже не царі, а жебраки в лахмітті!</w:t>
      </w:r>
    </w:p>
    <w:p>
      <w:r>
        <w:br/>
        <w:t>Дай волю їм, допоки ще горять,&lt;br /&gt;</w:t>
        <w:br/>
        <w:t>Допоки до життя вони охочі —&lt;br /&gt;</w:t>
        <w:br/>
        <w:t>Крик і жага, любов і дивоглядь!</w:t>
      </w:r>
    </w:p>
    <w:p>
      <w:r>
        <w:br/>
        <w:t>Те, що живе не в полум'ї, а в клоччі, —&lt;br /&gt;</w:t>
        <w:br/>
        <w:t>Дрімає і не відкриває очі,&lt;br /&gt;</w:t>
        <w:br/>
        <w:t>Хоч ніж ти в нього вбий по рукоять!</w:t>
      </w:r>
    </w:p>
    <w:p>
      <w:r>
        <w:br/>
        <w:t>1977&lt;br /&gt;</w:t>
        <w:br/>
        <w:t>* * *</w:t>
      </w:r>
    </w:p>
    <w:p>
      <w:r>
        <w:br/>
        <w:t>І вийшов я на гори, як Хорив,&lt;br /&gt;</w:t>
        <w:br/>
        <w:t>Поглянув на Дніпра важке свічадо,&lt;br /&gt;</w:t>
        <w:br/>
        <w:t>Братам далеким поклонився радо,&lt;br /&gt;</w:t>
        <w:br/>
        <w:t>Бо Київ разом з ними я творив.</w:t>
      </w:r>
    </w:p>
    <w:p>
      <w:r>
        <w:br/>
        <w:t>Світила осінь. Берег златогрив&lt;br /&gt;</w:t>
        <w:br/>
        <w:t>Дививсь у воду, як русяве чадо&lt;br /&gt;</w:t>
        <w:br/>
        <w:t>Князів моїх. О таємнича ладо,&lt;br /&gt;</w:t>
        <w:br/>
        <w:t>Скажи, чиє життя я повторив?</w:t>
      </w:r>
    </w:p>
    <w:p>
      <w:r>
        <w:br/>
        <w:t>Як я лежав, засипаний землею,&lt;br /&gt;</w:t>
        <w:br/>
        <w:t>Печаль віків — куди подітись їй? —&lt;br /&gt;</w:t>
        <w:br/>
        <w:t>Любов'ю обернулася моєю,</w:t>
      </w:r>
    </w:p>
    <w:p>
      <w:r>
        <w:br/>
        <w:t>А місто Кия в пам'яті моїй&lt;br /&gt;</w:t>
        <w:br/>
        <w:t>Летіло понад степову гілею,&lt;br /&gt;</w:t>
        <w:br/>
        <w:t>Як блискавиця в хмарі грозовій.</w:t>
      </w:r>
    </w:p>
    <w:p>
      <w:r>
        <w:br/>
        <w:t>1979&lt;br /&gt;</w:t>
        <w:br/>
        <w:t>* * *</w:t>
      </w:r>
    </w:p>
    <w:p>
      <w:r>
        <w:br/>
        <w:t>Не вірю в те, що ми постали з глини,&lt;br /&gt;</w:t>
        <w:br/>
        <w:t>Що Бог нам з глею виліпив чоло.&lt;br /&gt;</w:t>
        <w:br/>
        <w:t>Немов стебло в міцне перевесло,&lt;br /&gt;</w:t>
        <w:br/>
        <w:t>Назавжди входжу в світлощі людини.</w:t>
      </w:r>
    </w:p>
    <w:p>
      <w:r>
        <w:br/>
        <w:t>З глибин душі моєї промінь лине&lt;br /&gt;</w:t>
        <w:br/>
        <w:t>До серця, що на світ ще не прийшло.&lt;br /&gt;</w:t>
        <w:br/>
        <w:t>Від моїх мислей відпадає зло,&lt;br /&gt;</w:t>
        <w:br/>
        <w:t>Як відпадають од дахів льодини.</w:t>
      </w:r>
    </w:p>
    <w:p>
      <w:r>
        <w:br/>
        <w:t>Я натикаюсь на біду й печаль&lt;br /&gt;</w:t>
        <w:br/>
        <w:t>І прокидаюсь, не сплячи, від болю;&lt;br /&gt;</w:t>
        <w:br/>
        <w:t>Я сонцем очищаюсь, мов кришталь;</w:t>
      </w:r>
    </w:p>
    <w:p>
      <w:r>
        <w:br/>
        <w:t>Та чую в тиші й гуркотінні бою,&lt;br /&gt;</w:t>
        <w:br/>
        <w:t>Як духу вічного тривожна даль&lt;br /&gt;</w:t>
        <w:br/>
        <w:t>Тече під серцем, сяючи любов'ю.</w:t>
      </w:r>
    </w:p>
    <w:p>
      <w:r>
        <w:br/>
        <w:t>1978&lt;br /&gt;</w:t>
        <w:br/>
        <w:t>* * *</w:t>
      </w:r>
    </w:p>
    <w:p>
      <w:r>
        <w:br/>
        <w:t>Андріївський узвіз. Подолу злотна скриня.&lt;br /&gt;</w:t>
        <w:br/>
        <w:t>Свічадне полотно Дніпрової води.&lt;br /&gt;</w:t>
        <w:br/>
        <w:t>Вже є царі, та ще нема Сковороди,&lt;br /&gt;</w:t>
        <w:br/>
        <w:t>Нема богів, та вже будується святиня.</w:t>
      </w:r>
    </w:p>
    <w:p>
      <w:r>
        <w:br/>
        <w:t>Тараса ще нема, але вже не рабиня&lt;br /&gt;</w:t>
        <w:br/>
        <w:t>Богданова земля, вся в струменях руди.&lt;br /&gt;</w:t>
        <w:br/>
        <w:t>Вітчизни ще нема, та скресли вже льоди,&lt;br /&gt;</w:t>
        <w:br/>
        <w:t>Цвіте над Києвом коругва жовто-синя.</w:t>
      </w:r>
    </w:p>
    <w:p>
      <w:r>
        <w:br/>
        <w:t>Ще на моїй землі манкурти і хохли&lt;br /&gt;</w:t>
        <w:br/>
        <w:t>Плодяться і живуть, як пажерні блощиці,&lt;br /&gt;</w:t>
        <w:br/>
        <w:t>Ти їх не зачіпай — хіба весь край спали…</w:t>
      </w:r>
    </w:p>
    <w:p>
      <w:r>
        <w:br/>
        <w:t>І завжди житимуть створіння темні й ниці,&lt;br /&gt;</w:t>
        <w:br/>
        <w:t>Щоб видно в їх ганьбі, в їх скверні і різниці,&lt;br /&gt;</w:t>
        <w:br/>
        <w:t>Що люди рідними їм бути не могли.</w:t>
      </w:r>
    </w:p>
    <w:p>
      <w:r>
        <w:br/>
        <w:t>2004&lt;br /&gt;</w:t>
        <w:br/>
        <w:t>* * *</w:t>
      </w:r>
    </w:p>
    <w:p>
      <w:r>
        <w:br/>
        <w:t>Крижини на Дніпрі проблискували з мли,&lt;br /&gt;</w:t>
        <w:br/>
        <w:t>А я, закоханий, ходив колядувати.&lt;br /&gt;</w:t>
        <w:br/>
        <w:t>Мій Київ був тоді у пазусі дівчати,&lt;br /&gt;</w:t>
        <w:br/>
        <w:t>І закривав кожух священні куполи.</w:t>
      </w:r>
    </w:p>
    <w:p>
      <w:r>
        <w:br/>
        <w:t>А дівчина була подібна до бджоли,&lt;br /&gt;</w:t>
        <w:br/>
        <w:t>Жалила, а при тім навчалася кохати…&lt;br /&gt;</w:t>
        <w:br/>
        <w:t>Без нас колядники заходили до хати,&lt;br /&gt;</w:t>
        <w:br/>
        <w:t>І, мов апостоли, сідали за столи.</w:t>
      </w:r>
    </w:p>
    <w:p>
      <w:r>
        <w:br/>
        <w:t>А ми — в замет, в сніги! Нас мучила тривога.&lt;br /&gt;</w:t>
        <w:br/>
        <w:t>Єднався подих наш, в одне зливався дух,&lt;br /&gt;</w:t>
        <w:br/>
        <w:t>Цілунки сяяли, як зоряна дорога.</w:t>
      </w:r>
    </w:p>
    <w:p>
      <w:r>
        <w:br/>
        <w:t>І мить була така: зайшов я під кожух,&lt;br /&gt;</w:t>
        <w:br/>
        <w:t>Відчув долонею сорочечки рантух,&lt;br /&gt;</w:t>
        <w:br/>
        <w:t>Молитву заспівав із вдячності до Бога.</w:t>
      </w:r>
    </w:p>
    <w:p>
      <w:r>
        <w:br/>
        <w:t>2004&lt;br /&gt;</w:t>
        <w:br/>
        <w:t>* * *</w:t>
      </w:r>
    </w:p>
    <w:p>
      <w:r>
        <w:br/>
        <w:t>Сусіди, і щури, і миші, і газети,&lt;br /&gt;</w:t>
        <w:br/>
        <w:t>І телевізора смертельного мана —&lt;br /&gt;</w:t>
        <w:br/>
        <w:t>Все чужомовне, все. Сотаються з вікна&lt;br /&gt;</w:t>
        <w:br/>
        <w:t>Нещадних матюків і п'яних криків сплети.</w:t>
      </w:r>
    </w:p>
    <w:p>
      <w:r>
        <w:br/>
        <w:t>Де я живу, скажіть? Чому проти рожна&lt;br /&gt;</w:t>
        <w:br/>
        <w:t>Щодня я мушу йти, кому найнявся в кмети,&lt;br /&gt;</w:t>
        <w:br/>
        <w:t>Для кого я пишу ці київські сонети,&lt;br /&gt;</w:t>
        <w:br/>
        <w:t>Коли надовкруги — суцільна чужина?</w:t>
      </w:r>
    </w:p>
    <w:p>
      <w:r>
        <w:br/>
        <w:t>Та ні! Суцільністю не може бути горе,&lt;br /&gt;</w:t>
        <w:br/>
        <w:t>А тут — земля твоя, печаль твоїх небес,&lt;br /&gt;</w:t>
        <w:br/>
        <w:t>Тут пісня мамина кладе нові собори.</w:t>
      </w:r>
    </w:p>
    <w:p>
      <w:r>
        <w:br/>
        <w:t>Ти вибрав сам свій шлях, ступав по гранях лез,&lt;br /&gt;</w:t>
        <w:br/>
        <w:t>Ти смерть свою спізнав, спізнав, коли воскрес,&lt;br /&gt;</w:t>
        <w:br/>
        <w:t>Тож пошануй свій дім, оселю непокори!</w:t>
      </w:r>
    </w:p>
    <w:p>
      <w:r>
        <w:br/>
        <w:t>2004&lt;br /&gt;</w:t>
        <w:br/>
        <w:t>* * *</w:t>
      </w:r>
    </w:p>
    <w:p>
      <w:r>
        <w:br/>
        <w:t>Свобода! Прапори! Юрба тісна, шалена,&lt;br /&gt;</w:t>
        <w:br/>
        <w:t>Мов океан, гуде, а я, немов з човна,&lt;br /&gt;</w:t>
        <w:br/>
        <w:t>З помосту річ веду: хоч мова голосна,&lt;br /&gt;</w:t>
        <w:br/>
        <w:t>Але слова старі, як жовте листя з клена.</w:t>
      </w:r>
    </w:p>
    <w:p>
      <w:r>
        <w:br/>
        <w:t>Втім, я впізнав її! Обличчя з-під знамена&lt;br /&gt;</w:t>
        <w:br/>
        <w:t>Осяяло мене сльозами — це вона&lt;br /&gt;</w:t>
        <w:br/>
        <w:t>За мною плакала, так, начебто труна&lt;br /&gt;</w:t>
        <w:br/>
        <w:t>Стояла тут моя, а не для віча сцена.</w:t>
      </w:r>
    </w:p>
    <w:p>
      <w:r>
        <w:br/>
        <w:t>Я перед матір'ю відкривсь до наготи,&lt;br /&gt;</w:t>
        <w:br/>
        <w:t>Я закликав народ повстати, я щосили&lt;br /&gt;</w:t>
        <w:br/>
        <w:t>Зривав з душі слова, неначе з ран бинти,</w:t>
      </w:r>
    </w:p>
    <w:p>
      <w:r>
        <w:br/>
        <w:t>Хоч знав: прийшла вона, піднявшись із могили,&lt;br /&gt;</w:t>
        <w:br/>
        <w:t>Благати, щоб змовчав, щоб недруги не вбили…&lt;br /&gt;</w:t>
        <w:br/>
        <w:t>Від найдорожчих слів прийшла застерегти.</w:t>
      </w:r>
    </w:p>
    <w:p>
      <w:r>
        <w:br/>
        <w:t>2004&lt;br /&gt;</w:t>
        <w:br/>
        <w:t>* * *</w:t>
      </w:r>
    </w:p>
    <w:p>
      <w:r>
        <w:br/>
        <w:t>Воскресли храми! Київ сяє знов!&lt;br /&gt;</w:t>
        <w:br/>
        <w:t>Але не чути голосу Предтечі,&lt;br /&gt;</w:t>
        <w:br/>
        <w:t>І висить Бог, блідий від кровотечі,&lt;br /&gt;</w:t>
        <w:br/>
        <w:t>Сумний від фарисейських молитов.</w:t>
      </w:r>
    </w:p>
    <w:p>
      <w:r>
        <w:br/>
        <w:t>Парторг вчорашній, наче богослов,&lt;br /&gt;</w:t>
        <w:br/>
        <w:t>Цитує Біблію, а з глибонечі&lt;br /&gt;</w:t>
        <w:br/>
        <w:t>Пітьми несе між голови старечі&lt;br /&gt;</w:t>
        <w:br/>
        <w:t>Церковну свічку шпик і грошолов.</w:t>
      </w:r>
    </w:p>
    <w:p>
      <w:r>
        <w:br/>
        <w:t>Попи московські й сірі кардинали&lt;br /&gt;</w:t>
        <w:br/>
        <w:t>Знов розпинають так, як розпинали&lt;br /&gt;</w:t>
        <w:br/>
        <w:t>Велику землю, — довгі цвяхи б'ють…</w:t>
      </w:r>
    </w:p>
    <w:p>
      <w:r>
        <w:br/>
        <w:t>А Київ жде, коли в його собори&lt;br /&gt;</w:t>
        <w:br/>
        <w:t>Дніпро пробитий і пробиті гори,&lt;br /&gt;</w:t>
        <w:br/>
        <w:t>Скалічені, але живі, прийдуть.</w:t>
      </w:r>
    </w:p>
    <w:p>
      <w:r>
        <w:br/>
        <w:t>2004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Київські сонети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