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Клеопатра</w:t>
      </w:r>
    </w:p>
    <w:p>
      <w:r>
        <w:br/>
        <w:t xml:space="preserve"> Перекладач: Л. С. Первомайський</w:t>
      </w:r>
    </w:p>
    <w:p>
      <w:r>
        <w:br/>
        <w:t>Клеопатра</w:t>
      </w:r>
    </w:p>
    <w:p>
      <w:r>
        <w:br/>
        <w:t>Цариця голосом і зором&lt;br /&gt;</w:t>
        <w:br/>
        <w:t>Бучний ожвавлювала пир.&lt;br /&gt;</w:t>
        <w:br/>
        <w:t>Вславляючи всевладну хором,&lt;br /&gt;</w:t>
        <w:br/>
        <w:t>Визнаючи в ній свій кумир,&lt;br /&gt;</w:t>
        <w:br/>
        <w:t>Всі тислись до її престолу,&lt;br /&gt;</w:t>
        <w:br/>
        <w:t>Та враз над чашею з вином&lt;br /&gt;</w:t>
        <w:br/>
        <w:t>Замислилась вона й додолу&lt;br /&gt;</w:t>
        <w:br/>
        <w:t>Схилилась різьбленим чолом.</w:t>
      </w:r>
    </w:p>
    <w:p>
      <w:r>
        <w:br/>
        <w:t>І пишний пир немов дрімає,&lt;br /&gt;</w:t>
        <w:br/>
        <w:t>І все, чекаючи, мовчить...&lt;br /&gt;</w:t>
        <w:br/>
        <w:t>Та знов вона чоло здіймає&lt;br /&gt;</w:t>
        <w:br/>
        <w:t>І починає говорить:&lt;br /&gt;</w:t>
        <w:br/>
        <w:t>"Вслухайтеся: я нині маю&lt;br /&gt;</w:t>
        <w:br/>
        <w:t>Між нами рівність поновить.&lt;br /&gt;</w:t>
        <w:br/>
        <w:t>В моїм коханні втіхи раю,&lt;br /&gt;</w:t>
        <w:br/>
        <w:t>Блаженство можна вам купить.&lt;br /&gt;</w:t>
        <w:br/>
        <w:t>Хто до торгів жаги приступить?&lt;br /&gt;</w:t>
        <w:br/>
        <w:t>Свої я ночі продаю.&lt;br /&gt;</w:t>
        <w:br/>
        <w:t>Озвіться: хто між вами купить&lt;br /&gt;</w:t>
        <w:br/>
        <w:t>Життя ціною ніч мою?"</w:t>
      </w:r>
    </w:p>
    <w:p>
      <w:r>
        <w:br/>
        <w:t>Вона рекла. Юрба в мовчанні,&lt;br /&gt;</w:t>
        <w:br/>
        <w:t>І в хвилюванні всі серця.&lt;br /&gt;</w:t>
        <w:br/>
        <w:t>Та Клеопатра вже в чеканні&lt;br /&gt;</w:t>
        <w:br/>
        <w:t>З холодним викликом лиця.&lt;br /&gt;</w:t>
        <w:br/>
        <w:t>"Я жду,— звіщає,— згоду дайте!&lt;br /&gt;</w:t>
        <w:br/>
        <w:t>Чи ви б тепер хотіли пріч?&lt;br /&gt;</w:t>
        <w:br/>
        <w:t>Було вас досить; починайте,&lt;br /&gt;</w:t>
        <w:br/>
        <w:t>Купуйте насолоди ніч!"</w:t>
      </w:r>
    </w:p>
    <w:p>
      <w:r>
        <w:br/>
        <w:t>Своїх поклонників обводить&lt;br /&gt;</w:t>
        <w:br/>
        <w:t>В погорді зором мовчазним...&lt;br /&gt;</w:t>
        <w:br/>
        <w:t>Враз із рядів один виходить&lt;br /&gt;</w:t>
        <w:br/>
        <w:t>І двоє інших вслід за ним.&lt;br /&gt;</w:t>
        <w:br/>
        <w:t>Хода смілива, світлі очі.&lt;br /&gt;</w:t>
        <w:br/>
        <w:t>Звелась цариця серед них.&lt;br /&gt;</w:t>
        <w:br/>
        <w:t>Звершилось: куплено три ночі,&lt;br /&gt;</w:t>
        <w:br/>
        <w:t>І ложе смерті кличе їх.</w:t>
      </w:r>
    </w:p>
    <w:p>
      <w:r>
        <w:br/>
        <w:t>І гордий голос знов возвисила цариця:&lt;br /&gt;</w:t>
        <w:br/>
        <w:t>"Нащо тепер мої вінець і багряниця!&lt;br /&gt;</w:t>
        <w:br/>
        <w:t>Мов проста найманка, на ложе в цій добі&lt;br /&gt;</w:t>
        <w:br/>
        <w:t>Зійду і послужу, Кіпрідо, я тобі,&lt;br /&gt;</w:t>
        <w:br/>
        <w:t>Нечувані дари знесу в твої чертоги.&lt;br /&gt;</w:t>
        <w:br/>
        <w:t>О боги пекла, ви вчувайте, грізні боги,&lt;br /&gt;</w:t>
        <w:br/>
        <w:t>Підземних острахів і тьми сумні царі!&lt;br /&gt;</w:t>
        <w:br/>
        <w:t>Я обіцяю вам: до світлої зорі&lt;br /&gt;</w:t>
        <w:br/>
        <w:t>Володарів моїх останні побажання&lt;br /&gt;</w:t>
        <w:br/>
        <w:t>І чаром ніжності, і тайною лобзання,&lt;br /&gt;</w:t>
        <w:br/>
        <w:t>Коханням сповна я слухняно напою...&lt;br /&gt;</w:t>
        <w:br/>
        <w:t>Коли ж з-поміж завіс в хоромину мою&lt;br /&gt;</w:t>
        <w:br/>
        <w:t>Аврора зазирне,— хай свідчить ця порфира,&lt;br /&gt;</w:t>
        <w:br/>
        <w:t>Їм зітне голови уранішня сокира!"</w:t>
      </w:r>
    </w:p>
    <w:p>
      <w:r>
        <w:br/>
        <w:t>Поблагосло&amp;#769;влені десницею жерця,&lt;br /&gt;</w:t>
        <w:br/>
        <w:t>Із урни жереби виносять вість кінця.&lt;br /&gt;</w:t>
        <w:br/>
        <w:t>І перший Аргілай, клеврет Помпея смілий,&lt;br /&gt;</w:t>
        <w:br/>
        <w:t>Порубаний в боях, в походах посивілий.&lt;br /&gt;</w:t>
        <w:br/>
        <w:t>Презирства зимного не зніс од жінки він&lt;br /&gt;</w:t>
        <w:br/>
        <w:t>І перший виступив, війни суворий син,&lt;br /&gt;</w:t>
        <w:br/>
        <w:t>Рокованих утіх спізнати насолоду,&lt;br /&gt;</w:t>
        <w:br/>
        <w:t>Як сміло виступав на славний клич походу.&lt;br /&gt;</w:t>
        <w:br/>
        <w:t>Крітон за ним, Крітон, той пещений мудрець,&lt;br /&gt;</w:t>
        <w:br/>
        <w:t>Народжений під небом Арголіди,&lt;br /&gt;</w:t>
        <w:br/>
        <w:t>Від ранніх днів своїх поклонник і співець&lt;br /&gt;</w:t>
        <w:br/>
        <w:t>Бенкетів запальних, жагучої Кінріди.&lt;br /&gt;</w:t>
        <w:br/>
        <w:t>Останній імені вікам не передав,&lt;br /&gt;</w:t>
        <w:br/>
        <w:t>Незнаний для людей, нічим не знаменитий;&lt;br /&gt;</w:t>
        <w:br/>
        <w:t>Ледь-ледь юнацький пух, темніючи, вкривав&lt;br /&gt;</w:t>
        <w:br/>
        <w:t>Його сором'язні ланіти.&lt;br /&gt;</w:t>
        <w:br/>
        <w:t>Вогонь жаги в його очах палав,&lt;br /&gt;</w:t>
        <w:br/>
        <w:t>В його лиці кохання відбивалось,&lt;br /&gt;</w:t>
        <w:br/>
        <w:t>Він Клеопатрі лиш свій подих віддавав,&lt;br /&gt;</w:t>
        <w:br/>
        <w:t>І мовчки довго ним цариця милувалась.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Клеопатра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