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Княжна</w:t>
      </w:r>
    </w:p>
    <w:p>
      <w:r>
        <w:br/>
        <w:t xml:space="preserve"> ПОЕМА</w:t>
      </w:r>
    </w:p>
    <w:p>
      <w:r>
        <w:br/>
        <w:t>Зоре моя вечірняя,&lt;br /&gt;</w:t>
        <w:br/>
        <w:t>Зійди над горою,&lt;br /&gt;</w:t>
        <w:br/>
        <w:t>Поговорим тихесенько&lt;br /&gt;</w:t>
        <w:br/>
        <w:t>В неволі з тобою.&lt;br /&gt;</w:t>
        <w:br/>
        <w:t>Розкажи, як за горою&lt;br /&gt;</w:t>
        <w:br/>
        <w:t>Сонечко сідає,&lt;br /&gt;</w:t>
        <w:br/>
        <w:t>Як у Дніпра веселочка&lt;br /&gt;</w:t>
        <w:br/>
        <w:t>Воду позичає.&lt;br /&gt;</w:t>
        <w:br/>
        <w:t>Як широка сокорина&lt;br /&gt;</w:t>
        <w:br/>
        <w:t>Віти розпустила...&lt;br /&gt;</w:t>
        <w:br/>
        <w:t>А над самою водою&lt;br /&gt;</w:t>
        <w:br/>
        <w:t>Верба похилилась, —&lt;br /&gt;</w:t>
        <w:br/>
        <w:t>Аж по воді розіслала&lt;br /&gt;</w:t>
        <w:br/>
        <w:t>Зеленії віти,&lt;br /&gt;</w:t>
        <w:br/>
        <w:t>А на вітах гойдаються&lt;br /&gt;</w:t>
        <w:br/>
        <w:t>Нехрещені діти.&lt;br /&gt;</w:t>
        <w:br/>
        <w:t>Як у полі на могилі&lt;br /&gt;</w:t>
        <w:br/>
        <w:t>Вовкулак ночує,&lt;br /&gt;</w:t>
        <w:br/>
        <w:t>А сич в лісі та на стрісі&lt;br /&gt;</w:t>
        <w:br/>
        <w:t>Недолю віщує.&lt;br /&gt;</w:t>
        <w:br/>
        <w:t>Як сон-трава при долині&lt;br /&gt;</w:t>
        <w:br/>
        <w:t>Вночі розцвітає...&lt;br /&gt;</w:t>
        <w:br/>
        <w:t>А про людей... Та нехай їм.&lt;br /&gt;</w:t>
        <w:br/>
        <w:t>Я їх, добрих, знаю, —&lt;br /&gt;</w:t>
        <w:br/>
        <w:t>Добре знаю. Зоре моя!&lt;br /&gt;</w:t>
        <w:br/>
        <w:t>Мій друже єдиний!&lt;br /&gt;</w:t>
        <w:br/>
        <w:t>І хто знає, що діється&lt;br /&gt;</w:t>
        <w:br/>
        <w:t>В нас на Україні?&lt;br /&gt;</w:t>
        <w:br/>
        <w:t>А я знаю. І розкажу&lt;br /&gt;</w:t>
        <w:br/>
        <w:t>Тобі й спать не ляжу.&lt;br /&gt;</w:t>
        <w:br/>
        <w:t>А ти завтра тихесенько&lt;br /&gt;</w:t>
        <w:br/>
        <w:t>Богові розкажеш.</w:t>
      </w:r>
    </w:p>
    <w:p>
      <w:r>
        <w:br/>
        <w:t>Село! І серце одпочине.&lt;br /&gt;</w:t>
        <w:br/>
        <w:t>Село на нашій Україні —&lt;br /&gt;</w:t>
        <w:br/>
        <w:t>Неначе писанка село,&lt;br /&gt;</w:t>
        <w:br/>
        <w:t>Зеленим гаєм поросло.&lt;br /&gt;</w:t>
        <w:br/>
        <w:t>Цвітуть сади, біліють хати,&lt;br /&gt;</w:t>
        <w:br/>
        <w:t>А на горі стоять палати,&lt;br /&gt;</w:t>
        <w:br/>
        <w:t>Неначе диво. А кругом&lt;br /&gt;</w:t>
        <w:br/>
        <w:t>Широколистії тополі,&lt;br /&gt;</w:t>
        <w:br/>
        <w:t>А там і ліс, і ліс, і поле,&lt;br /&gt;</w:t>
        <w:br/>
        <w:t>І сині гори за Дніпром.&lt;br /&gt;</w:t>
        <w:br/>
        <w:t>Сам бог витає над селом.&lt;br /&gt;</w:t>
        <w:br/>
        <w:t>Село! Село! Веселі хати!&lt;br /&gt;</w:t>
        <w:br/>
        <w:t>Веселі здалека палати —&lt;br /&gt;</w:t>
        <w:br/>
        <w:t>Бодай ви терном поросли!&lt;br /&gt;</w:t>
        <w:br/>
        <w:t>Щоб люди й сліду не найшли,&lt;br /&gt;</w:t>
        <w:br/>
        <w:t>Щоб і не знали, де й шукати.&lt;br /&gt;</w:t>
        <w:br/>
        <w:t>В тому господньому селі,&lt;br /&gt;</w:t>
        <w:br/>
        <w:t>На нашій славній Україні, —&lt;br /&gt;</w:t>
        <w:br/>
        <w:t>Не знаю, де вони взялись, —&lt;br /&gt;</w:t>
        <w:br/>
        <w:t>Приблуда князь, була й княгиня,&lt;br /&gt;</w:t>
        <w:br/>
        <w:t>Ще молоді собі були,&lt;br /&gt;</w:t>
        <w:br/>
        <w:t>Жили самі. Були багаті:&lt;br /&gt;</w:t>
        <w:br/>
        <w:t>Високі на горі палати,&lt;br /&gt;</w:t>
        <w:br/>
        <w:t>Чималий у яру ставок,&lt;br /&gt;</w:t>
        <w:br/>
        <w:t>Зелений по горі садок,&lt;br /&gt;</w:t>
        <w:br/>
        <w:t>І верби, і тополі,&lt;br /&gt;</w:t>
        <w:br/>
        <w:t>І вітряки на полі,&lt;br /&gt;</w:t>
        <w:br/>
        <w:t>І долом геть собі село&lt;br /&gt;</w:t>
        <w:br/>
        <w:t>Понад водою простяглось.</w:t>
      </w:r>
    </w:p>
    <w:p>
      <w:r>
        <w:br/>
        <w:t>Колись там весело було.&lt;br /&gt;</w:t>
        <w:br/>
        <w:t>Бувало, літом і зимою&lt;br /&gt;</w:t>
        <w:br/>
        <w:t>Музика тне, вино рікою&lt;br /&gt;</w:t>
        <w:br/>
        <w:t>Гостей неситих налива...&lt;br /&gt;</w:t>
        <w:br/>
        <w:t>А князь аж синій похожає,&lt;br /&gt;</w:t>
        <w:br/>
        <w:t>Та сам несмілих наливає,&lt;br /&gt;</w:t>
        <w:br/>
        <w:t>Та ще й покрикує "віват!"&lt;br /&gt;</w:t>
        <w:br/>
        <w:t>Гуляє князь, гуляють гості;&lt;br /&gt;</w:t>
        <w:br/>
        <w:t>І покотились на помості...&lt;br /&gt;</w:t>
        <w:br/>
        <w:t>А завтра знову ожива,&lt;br /&gt;</w:t>
        <w:br/>
        <w:t>І знову п'є, і знов гуляє;&lt;br /&gt;</w:t>
        <w:br/>
        <w:t>І так за днями день минає.&lt;br /&gt;</w:t>
        <w:br/>
        <w:t>Мужицькі душі аж пищать...&lt;br /&gt;</w:t>
        <w:br/>
        <w:t>Судовики благають бога...&lt;br /&gt;</w:t>
        <w:br/>
        <w:t>П'яниці, знай собі, кричать:&lt;br /&gt;</w:t>
        <w:br/>
        <w:t>— І патріоті і брат убогих!&lt;br /&gt;</w:t>
        <w:br/>
        <w:t>Наш славний князь! Віват! Віват! —&lt;br /&gt;</w:t>
        <w:br/>
        <w:t>А патріот, убогих брат...&lt;br /&gt;</w:t>
        <w:br/>
        <w:t>Дочку й теличку однімає&lt;br /&gt;</w:t>
        <w:br/>
        <w:t>У мужика... І бог не знає,&lt;br /&gt;</w:t>
        <w:br/>
        <w:t>А може й знає, та мовчить.</w:t>
      </w:r>
    </w:p>
    <w:p>
      <w:r>
        <w:br/>
        <w:t>Княгиня взаперті сидить.&lt;br /&gt;</w:t>
        <w:br/>
        <w:t>Її і в сіни не пускає&lt;br /&gt;</w:t>
        <w:br/>
        <w:t>Убогих брат. А що ж робить?&lt;br /&gt;</w:t>
        <w:br/>
        <w:t>Сама втекла і повінчалась.&lt;br /&gt;</w:t>
        <w:br/>
        <w:t>І батько й мати не пускали,&lt;br /&gt;</w:t>
        <w:br/>
        <w:t>Казали: — Вгору не залазь. —&lt;br /&gt;</w:t>
        <w:br/>
        <w:t>Так ні, за князя. От і князь!&lt;br /&gt;</w:t>
        <w:br/>
        <w:t>От і пишайсь тепер, княгине!</w:t>
      </w:r>
    </w:p>
    <w:p>
      <w:r>
        <w:br/>
        <w:t>Загинеш, серденько, загинеш,&lt;br /&gt;</w:t>
        <w:br/>
        <w:t>Мов ряст весною уночі.&lt;br /&gt;</w:t>
        <w:br/>
        <w:t>Засхнеш, не знатимеш нічого,&lt;br /&gt;</w:t>
        <w:br/>
        <w:t>Не знатимеш, як хвалять бога,&lt;br /&gt;</w:t>
        <w:br/>
        <w:t>Як люди люблять живучи.&lt;br /&gt;</w:t>
        <w:br/>
        <w:t>А жить так, господи, хотілось!&lt;br /&gt;</w:t>
        <w:br/>
        <w:t>Хотілось любити&lt;br /&gt;</w:t>
        <w:br/>
        <w:t>Хоч годочок, хоч часочок,&lt;br /&gt;</w:t>
        <w:br/>
        <w:t>На світ подивитись.&lt;br /&gt;</w:t>
        <w:br/>
        <w:t>Не довелось... А все було,&lt;br /&gt;</w:t>
        <w:br/>
        <w:t>Всього понадбала&lt;br /&gt;</w:t>
        <w:br/>
        <w:t>Стара мати. Саму тебе&lt;br /&gt;</w:t>
        <w:br/>
        <w:t>Мов намалювала,&lt;br /&gt;</w:t>
        <w:br/>
        <w:t>Хоч молись перед тобою,&lt;br /&gt;</w:t>
        <w:br/>
        <w:t>Мов перед святою...&lt;br /&gt;</w:t>
        <w:br/>
        <w:t>Красо моя молодая,&lt;br /&gt;</w:t>
        <w:br/>
        <w:t>Горенько з тобою!&lt;br /&gt;</w:t>
        <w:br/>
        <w:t>Жить би, жить, та славить бога&lt;br /&gt;</w:t>
        <w:br/>
        <w:t>І добро творити&lt;br /&gt;</w:t>
        <w:br/>
        <w:t>Та божою красотою&lt;br /&gt;</w:t>
        <w:br/>
        <w:t>Людей веселити.&lt;br /&gt;</w:t>
        <w:br/>
        <w:t>Так же ні. А молодії&lt;br /&gt;</w:t>
        <w:br/>
        <w:t>Та карії очі&lt;br /&gt;</w:t>
        <w:br/>
        <w:t>Щоб марніли в самотині...&lt;br /&gt;</w:t>
        <w:br/>
        <w:t>Може, бог так хоче?&lt;br /&gt;</w:t>
        <w:br/>
        <w:t>Боже! Божеі Даєш волю&lt;br /&gt;</w:t>
        <w:br/>
        <w:t>І розум на світі,&lt;br /&gt;</w:t>
        <w:br/>
        <w:t>Красу даєш, серце чисте...&lt;br /&gt;</w:t>
        <w:br/>
        <w:t>Та не даєш жити.&lt;br /&gt;</w:t>
        <w:br/>
        <w:t>Не даєш на рай веселий,&lt;br /&gt;</w:t>
        <w:br/>
        <w:t>На світ твій великий&lt;br /&gt;</w:t>
        <w:br/>
        <w:t>Надивитись, намолитись&lt;br /&gt;</w:t>
        <w:br/>
        <w:t>І заснуть навіки.</w:t>
      </w:r>
    </w:p>
    <w:p>
      <w:r>
        <w:br/>
        <w:t>Невесело на світі жить,&lt;br /&gt;</w:t>
        <w:br/>
        <w:t>Коли нема кого любить.&lt;br /&gt;</w:t>
        <w:br/>
        <w:t>Отак і їй, одній-єдиній,&lt;br /&gt;</w:t>
        <w:br/>
        <w:t>Ще молодій моїй княгині,&lt;br /&gt;</w:t>
        <w:br/>
        <w:t>Красу і серце засушить&lt;br /&gt;</w:t>
        <w:br/>
        <w:t>І марне згинуть в самотині —&lt;br /&gt;</w:t>
        <w:br/>
        <w:t>Аж страшно!.. А вона молилась&lt;br /&gt;</w:t>
        <w:br/>
        <w:t>І жить у господа просилась,&lt;br /&gt;</w:t>
        <w:br/>
        <w:t>Бо буде вже кого любить.&lt;br /&gt;</w:t>
        <w:br/>
        <w:t>Вона вже матір'ю ходила,&lt;br /&gt;</w:t>
        <w:br/>
        <w:t>Уже пишалась і любила&lt;br /&gt;</w:t>
        <w:br/>
        <w:t>Своє дитя. І дав дожить&lt;br /&gt;</w:t>
        <w:br/>
        <w:t>Господь їй радості на світі:&lt;br /&gt;</w:t>
        <w:br/>
        <w:t>Узріть його, поцілувать&lt;br /&gt;</w:t>
        <w:br/>
        <w:t>Своє єдинеє дитя&lt;br /&gt;</w:t>
        <w:br/>
        <w:t>І перший крик його почути...&lt;br /&gt;</w:t>
        <w:br/>
        <w:t>Ох, діти! Діти! Діти!&lt;br /&gt;</w:t>
        <w:br/>
        <w:t>Велика божа благодать!</w:t>
      </w:r>
    </w:p>
    <w:p>
      <w:r>
        <w:br/>
        <w:t>Сльози висохли, пропали,&lt;br /&gt;</w:t>
        <w:br/>
        <w:t>Сонце просіяло.&lt;br /&gt;</w:t>
        <w:br/>
        <w:t>І княгиня з дитиною&lt;br /&gt;</w:t>
        <w:br/>
        <w:t>Не тією стала.&lt;br /&gt;</w:t>
        <w:br/>
        <w:t>Ніби на світ народилась —&lt;br /&gt;</w:t>
        <w:br/>
        <w:t>Гралась, веселилась...&lt;br /&gt;</w:t>
        <w:br/>
        <w:t>І княжні своїй маленькій&lt;br /&gt;</w:t>
        <w:br/>
        <w:t>Сорочечки шила.&lt;br /&gt;</w:t>
        <w:br/>
        <w:t>І маленькі рукавчата&lt;br /&gt;</w:t>
        <w:br/>
        <w:t>Шовком вишивала,&lt;br /&gt;</w:t>
        <w:br/>
        <w:t>І купала, й колихала,&lt;br /&gt;</w:t>
        <w:br/>
        <w:t>Сама й годувала.&lt;br /&gt;</w:t>
        <w:br/>
        <w:t>Бо княгині тільки вміють&lt;br /&gt;</w:t>
        <w:br/>
        <w:t>Привести дитину,&lt;br /&gt;</w:t>
        <w:br/>
        <w:t>А годувать та доглядать&lt;br /&gt;</w:t>
        <w:br/>
        <w:t>Не вміють княгині.&lt;br /&gt;</w:t>
        <w:br/>
        <w:t>А потім оха: — Забуває&lt;br /&gt;</w:t>
        <w:br/>
        <w:t>Мене мій Поль або Філат! —&lt;br /&gt;</w:t>
        <w:br/>
        <w:t>За що ж воно тебе згадає?&lt;br /&gt;</w:t>
        <w:br/>
        <w:t>За те хіба, що привела?&lt;br /&gt;</w:t>
        <w:br/>
        <w:t>А моя свою дитину&lt;br /&gt;</w:t>
        <w:br/>
        <w:t>Сама доглядала.&lt;br /&gt;</w:t>
        <w:br/>
        <w:t>А п'яного свого князя&lt;br /&gt;</w:t>
        <w:br/>
        <w:t>І не допускала.&lt;br /&gt;</w:t>
        <w:br/>
        <w:t>Мов яблучко у садочку,&lt;br /&gt;</w:t>
        <w:br/>
        <w:t>Кохалась дитина.&lt;br /&gt;</w:t>
        <w:br/>
        <w:t>І говорить уже стало,&lt;br /&gt;</w:t>
        <w:br/>
        <w:t>І вчила княгиня&lt;br /&gt;</w:t>
        <w:br/>
        <w:t>Тільки "мамо" вимовляти,&lt;br /&gt;</w:t>
        <w:br/>
        <w:t>А "тато" не вчила...&lt;br /&gt;</w:t>
        <w:br/>
        <w:t>І книжечок з кунштиками&lt;br /&gt;</w:t>
        <w:br/>
        <w:t>В Ромні накупила.&lt;br /&gt;</w:t>
        <w:br/>
        <w:t>Забавляла, розмовляла&lt;br /&gt;</w:t>
        <w:br/>
        <w:t>І богу молитись&lt;br /&gt;</w:t>
        <w:br/>
        <w:t>І азбуку по кунштиках&lt;br /&gt;</w:t>
        <w:br/>
        <w:t>Заходилась вчити.&lt;br /&gt;</w:t>
        <w:br/>
        <w:t>І що божий день купала,&lt;br /&gt;</w:t>
        <w:br/>
        <w:t>Рано спати клала&lt;br /&gt;</w:t>
        <w:br/>
        <w:t>І пилиночки на неї&lt;br /&gt;</w:t>
        <w:br/>
        <w:t>Впасти не давала.&lt;br /&gt;</w:t>
        <w:br/>
        <w:t>І всю ніченьку над нею&lt;br /&gt;</w:t>
        <w:br/>
        <w:t>Витала, не спала.&lt;br /&gt;</w:t>
        <w:br/>
        <w:t>Надивлялась, любувалась&lt;br /&gt;</w:t>
        <w:br/>
        <w:t>Княжною своею...&lt;br /&gt;</w:t>
        <w:br/>
        <w:t>I жениха їй єднала,&lt;br /&gt;</w:t>
        <w:br/>
        <w:t>І раділа з нею,&lt;br /&gt;</w:t>
        <w:br/>
        <w:t>І плакала; довгі коси&lt;br /&gt;</w:t>
        <w:br/>
        <w:t>Уже розплітала&lt;br /&gt;</w:t>
        <w:br/>
        <w:t>І, лишенько, свого князя&lt;br /&gt;</w:t>
        <w:br/>
        <w:t>П'яного згадала —&lt;br /&gt;</w:t>
        <w:br/>
        <w:t>У мундирі. Та й закрила&lt;br /&gt;</w:t>
        <w:br/>
        <w:t>Заплакані очі.&lt;br /&gt;</w:t>
        <w:br/>
        <w:t>А дитині ніби сниться,&lt;br /&gt;</w:t>
        <w:br/>
        <w:t>Мов вимовить хоче:&lt;br /&gt;</w:t>
        <w:br/>
        <w:t>— Не плач, мамо, не розплітай&lt;br /&gt;</w:t>
        <w:br/>
        <w:t>Мої довгі коси:&lt;br /&gt;</w:t>
        <w:br/>
        <w:t>Посічуться... — Що день божий&lt;br /&gt;</w:t>
        <w:br/>
        <w:t>Радості приносить&lt;br /&gt;</w:t>
        <w:br/>
        <w:t>Своїй матері щасливій&lt;br /&gt;</w:t>
        <w:br/>
        <w:t>Дочка уродлива.&lt;br /&gt;</w:t>
        <w:br/>
        <w:t>Мов тополя, виростає&lt;br /&gt;</w:t>
        <w:br/>
        <w:t>Світові на диво.&lt;br /&gt;</w:t>
        <w:br/>
        <w:t>Виростає... Та недовго&lt;br /&gt;</w:t>
        <w:br/>
        <w:t>Буде веселити&lt;br /&gt;</w:t>
        <w:br/>
        <w:t>Свою матір. Бог карає&lt;br /&gt;</w:t>
        <w:br/>
        <w:t>Княгиню на світі...&lt;br /&gt;</w:t>
        <w:br/>
        <w:t>А'за віщо? Чудно людям,&lt;br /&gt;</w:t>
        <w:br/>
        <w:t>Бо^люди не знають,&lt;br /&gt;</w:t>
        <w:br/>
        <w:t>Чому добре умирає,&lt;br /&gt;</w:t>
        <w:br/>
        <w:t>Злеє оживає?&lt;br /&gt;</w:t>
        <w:br/>
        <w:t>Занедужала княгиня,&lt;br /&gt;</w:t>
        <w:br/>
        <w:t>І князь схаменувся,&lt;br /&gt;</w:t>
        <w:br/>
        <w:t>За бабами-знахарками&lt;br /&gt;</w:t>
        <w:br/>
        <w:t>По селах метнувся.&lt;br /&gt;</w:t>
        <w:br/>
        <w:t>Наїхали... Заходились.&lt;br /&gt;</w:t>
        <w:br/>
        <w:t>Лічили, лічили...&lt;br /&gt;</w:t>
        <w:br/>
        <w:t>Поки її, безталанну,&lt;br /&gt;</w:t>
        <w:br/>
        <w:t>В труну положили.</w:t>
      </w:r>
    </w:p>
    <w:p>
      <w:r>
        <w:br/>
        <w:t>Не стало на селі княгині,&lt;br /&gt;</w:t>
        <w:br/>
        <w:t>І гусла знову загули.&lt;br /&gt;</w:t>
        <w:br/>
        <w:t>А сирота її в селі,&lt;br /&gt;</w:t>
        <w:br/>
        <w:t>її єдиная дитина! —&lt;br /&gt;</w:t>
        <w:br/>
        <w:t>Мов одірвалось од гіллі:&lt;br /&gt;</w:t>
        <w:br/>
        <w:t>Ненагодоване і босе,&lt;br /&gt;</w:t>
        <w:br/>
        <w:t>Сорочечку до зносу носить.&lt;br /&gt;</w:t>
        <w:br/>
        <w:t>Спеклося, бідне, на жару.&lt;br /&gt;</w:t>
        <w:br/>
        <w:t>Лопуцьки їсть, ставочки гатить&lt;br /&gt;</w:t>
        <w:br/>
        <w:t>В калюжах з дітьми у яру.&lt;br /&gt;</w:t>
        <w:br/>
        <w:t>Умийся, серденько! Бо мати&lt;br /&gt;</w:t>
        <w:br/>
        <w:t>Он дивиться й не пізнає&lt;br /&gt;</w:t>
        <w:br/>
        <w:t>Межи дітьми дитя своє.&lt;br /&gt;</w:t>
        <w:br/>
        <w:t>І думає: тебе не стало...&lt;br /&gt;</w:t>
        <w:br/>
        <w:t>Умийся, серце, щоб пізнала&lt;br /&gt;</w:t>
        <w:br/>
        <w:t>Тебе, єдиную свою...&lt;br /&gt;</w:t>
        <w:br/>
        <w:t>І господа б благословляла&lt;br /&gt;</w:t>
        <w:br/>
        <w:t>За долю добрую твою.&lt;br /&gt;</w:t>
        <w:br/>
        <w:t>Умилася. А добрі люди&lt;br /&gt;</w:t>
        <w:br/>
        <w:t>Прибрали, в Київ одвезли&lt;br /&gt;</w:t>
        <w:br/>
        <w:t>У інститут. А там що буде,&lt;br /&gt;</w:t>
        <w:br/>
        <w:t>Побачим.&lt;br /&gt;</w:t>
        <w:br/>
        <w:t>Гусла загули...&lt;br /&gt;</w:t>
        <w:br/>
        <w:t>Гуляє князь, гуляють гості,&lt;br /&gt;</w:t>
        <w:br/>
        <w:t>Ревуть палати на помості,&lt;br /&gt;</w:t>
        <w:br/>
        <w:t>А голод стогне на селі.&lt;br /&gt;</w:t>
        <w:br/>
        <w:t>І стогне він, стогне по всій Україні.&lt;br /&gt;</w:t>
        <w:br/>
        <w:t>Кара господева. Тисячами гинуть&lt;br /&gt;</w:t>
        <w:br/>
        <w:t>Голоднії люди. А скирти гниють.&lt;br /&gt;</w:t>
        <w:br/>
        <w:t>А пани й полову жидам продають.&lt;br /&gt;</w:t>
        <w:br/>
        <w:t>Та голоду раді, та бога благають,&lt;br /&gt;</w:t>
        <w:br/>
        <w:t>Щоб ще хоч годочок хлібець не рожав.&lt;br /&gt;</w:t>
        <w:br/>
        <w:t>Тоді б і в Парижі і іному краї&lt;br /&gt;</w:t>
        <w:br/>
        <w:t>Наш брат хуторянин себе показав.&lt;br /&gt;</w:t>
        <w:br/>
        <w:t>А бог куняє. Бо се було б диво,&lt;br /&gt;</w:t>
        <w:br/>
        <w:t>Щоб чути і бачить — і не покарать.&lt;br /&gt;</w:t>
        <w:br/>
        <w:t>Або вже аж надто довготерпеливий...&lt;br /&gt;</w:t>
        <w:br/>
        <w:t>— Віруйте і гиньте! — пророки гласять.&lt;br /&gt;</w:t>
        <w:br/>
        <w:t>Як же його вірить?&lt;br /&gt;</w:t>
        <w:br/>
        <w:t>Заплющивши очі?&lt;br /&gt;</w:t>
        <w:br/>
        <w:t>Ох, рад би я вірить, та серце не хоче.&lt;br /&gt;</w:t>
        <w:br/>
        <w:t>Минають літа; люди гинуть,&lt;br /&gt;</w:t>
        <w:br/>
        <w:t>Лютує голод в Україні,&lt;br /&gt;</w:t>
        <w:br/>
        <w:t>Лютує в княжому селі.&lt;br /&gt;</w:t>
        <w:br/>
        <w:t>Скирти вже княжі погнили.&lt;br /&gt;</w:t>
        <w:br/>
        <w:t>А він байдуже, п'є, гуляє&lt;br /&gt;</w:t>
        <w:br/>
        <w:t>Та жида з грішми виглядає.&lt;br /&gt;</w:t>
        <w:br/>
        <w:t>Нема жидка... Хліба зійшли,&lt;br /&gt;</w:t>
        <w:br/>
        <w:t>Радіють люди, бога просять...&lt;br /&gt;</w:t>
        <w:br/>
        <w:t>Аж ось із Києва привозять&lt;br /&gt;</w:t>
        <w:br/>
        <w:t>Княжну. Мов сонечко зійшло&lt;br /&gt;</w:t>
        <w:br/>
        <w:t>Над обікраденим селом.&lt;br /&gt;</w:t>
        <w:br/>
        <w:t>Чорнобрива, кароока,&lt;br /&gt;</w:t>
        <w:br/>
        <w:t>Вилитая мати.&lt;br /&gt;</w:t>
        <w:br/>
        <w:t>Тільки смутна, невесела...&lt;br /&gt;</w:t>
        <w:br/>
        <w:t>Чого б сумувати?&lt;br /&gt;</w:t>
        <w:br/>
        <w:t>Або, може, вже такою&lt;br /&gt;</w:t>
        <w:br/>
        <w:t>Воно й уродилось?&lt;br /&gt;</w:t>
        <w:br/>
        <w:t>Або, може, молодеє&lt;br /&gt;</w:t>
        <w:br/>
        <w:t>Чи не полюбило&lt;br /&gt;</w:t>
        <w:br/>
        <w:t>Кого-небудь? Ні, нікого.&lt;br /&gt;</w:t>
        <w:br/>
        <w:t>Весела гуляла,&lt;br /&gt;</w:t>
        <w:br/>
        <w:t>Мов ласочка з кубелечка,&lt;br /&gt;</w:t>
        <w:br/>
        <w:t>На світ виглядала&lt;br /&gt;</w:t>
        <w:br/>
        <w:t>З того Києва. Аж поки&lt;br /&gt;</w:t>
        <w:br/>
        <w:t>Побачила села&lt;br /&gt;</w:t>
        <w:br/>
        <w:t>Знівечені. З того часу&lt;br /&gt;</w:t>
        <w:br/>
        <w:t>Стала невесела.</w:t>
      </w:r>
    </w:p>
    <w:p>
      <w:r>
        <w:br/>
        <w:t>Мов сизая голубонька,&lt;br /&gt;</w:t>
        <w:br/>
        <w:t>Село облетіла.&lt;br /&gt;</w:t>
        <w:br/>
        <w:t>У всіх була, всіх бачила,&lt;br /&gt;</w:t>
        <w:br/>
        <w:t>Всі повеселіли.&lt;br /&gt;</w:t>
        <w:br/>
        <w:t>Там словами привітала,&lt;br /&gt;</w:t>
        <w:br/>
        <w:t>Там нагодувала...&lt;br /&gt;</w:t>
        <w:br/>
        <w:t>Що день божий обходила&lt;br /&gt;</w:t>
        <w:br/>
        <w:t>Село. Помагала&lt;br /&gt;</w:t>
        <w:br/>
        <w:t>Усякому. А сироти&lt;br /&gt;</w:t>
        <w:br/>
        <w:t>До неї в покої&lt;br /&gt;</w:t>
        <w:br/>
        <w:t>Приходили. І матір'ю&lt;br /&gt;</w:t>
        <w:br/>
        <w:t>Своєю святою&lt;br /&gt;</w:t>
        <w:br/>
        <w:t>Її звали. І все село&lt;br /&gt;</w:t>
        <w:br/>
        <w:t>За неї молилось...&lt;br /&gt;</w:t>
        <w:br/>
        <w:t>А тимчасом жиди в селі&lt;br /&gt;</w:t>
        <w:br/>
        <w:t>З грішми появились.&lt;br /&gt;</w:t>
        <w:br/>
        <w:t>Радіє князь, запродує&lt;br /&gt;</w:t>
        <w:br/>
        <w:t>З половою жито&lt;br /&gt;</w:t>
        <w:br/>
        <w:t>І молотить виганяє&lt;br /&gt;</w:t>
        <w:br/>
        <w:t>Людей недобитих.&lt;br /&gt;</w:t>
        <w:br/>
        <w:t>Змолотили, нівроку їм,&lt;br /&gt;</w:t>
        <w:br/>
        <w:t>За одну годину&lt;br /&gt;</w:t>
        <w:br/>
        <w:t>І з клунею провіяли...&lt;br /&gt;</w:t>
        <w:br/>
        <w:t>Князь і не спочинув,&lt;br /&gt;</w:t>
        <w:br/>
        <w:t>На могорич закликає,&lt;br /&gt;</w:t>
        <w:br/>
        <w:t>Та п'є, та гуляє&lt;br /&gt;</w:t>
        <w:br/>
        <w:t>Аж у гаї... Бо в покоях&lt;br /&gt;</w:t>
        <w:br/>
        <w:t>Дочка спочиває.</w:t>
      </w:r>
    </w:p>
    <w:p>
      <w:r>
        <w:br/>
        <w:t>Гармидер, галас, гам у гаї,&lt;br /&gt;</w:t>
        <w:br/>
        <w:t>Срамотні співи. Аж лящить&lt;br /&gt;</w:t>
        <w:br/>
        <w:t>Жіночий регіт. Завиває,&lt;br /&gt;</w:t>
        <w:br/>
        <w:t>Реве хазяїн: — Будем пить,&lt;br /&gt;</w:t>
        <w:br/>
        <w:t>Аж поки наша доня спить. —&lt;br /&gt;</w:t>
        <w:br/>
        <w:t>А доня взаперті— сидить&lt;br /&gt;</w:t>
        <w:br/>
        <w:t>В своєму сумному покої&lt;br /&gt;</w:t>
        <w:br/>
        <w:t>І дивиться, як над горою&lt;br /&gt;</w:t>
        <w:br/>
        <w:t>Червоний місяць аж горить,&lt;br /&gt;</w:t>
        <w:br/>
        <w:t>З-за хмари тихо виступає.&lt;br /&gt;</w:t>
        <w:br/>
        <w:t>І ніби гори оживають.&lt;br /&gt;</w:t>
        <w:br/>
        <w:t>Дуби з діброви, мов дива,&lt;br /&gt;</w:t>
        <w:br/>
        <w:t>У поле тихо одхожають.&lt;br /&gt;</w:t>
        <w:br/>
        <w:t>І пугач пуга, і сова&lt;br /&gt;</w:t>
        <w:br/>
        <w:t>З-під стріхи в поле вилітає,&lt;br /&gt;</w:t>
        <w:br/>
        <w:t>А жаби крякають, гудуть.&lt;br /&gt;</w:t>
        <w:br/>
        <w:t>Дивітесь, очі молодії,&lt;br /&gt;</w:t>
        <w:br/>
        <w:t>Як зорі божії встають,&lt;br /&gt;</w:t>
        <w:br/>
        <w:t>Як сходить місяць, червоніє...&lt;br /&gt;</w:t>
        <w:br/>
        <w:t>Дивітеся, поки вас гріє,&lt;br /&gt;</w:t>
        <w:br/>
        <w:t>А зорі спати не дають.&lt;br /&gt;</w:t>
        <w:br/>
        <w:t>Головою молодою&lt;br /&gt;</w:t>
        <w:br/>
        <w:t>На руку схилилась,&lt;br /&gt;</w:t>
        <w:br/>
        <w:t>До півночі невесела&lt;br /&gt;</w:t>
        <w:br/>
        <w:t>На зорі дивилась&lt;br /&gt;</w:t>
        <w:br/>
        <w:t>Княжна моя. Дивилася...&lt;br /&gt;</w:t>
        <w:br/>
        <w:t>Та й плакати стала.&lt;br /&gt;</w:t>
        <w:br/>
        <w:t>Може, серце яке лихо&lt;br /&gt;</w:t>
        <w:br/>
        <w:t>Тихо прошептало?&lt;br /&gt;</w:t>
        <w:br/>
        <w:t>Та й байдуже. Поплакала&lt;br /&gt;</w:t>
        <w:br/>
        <w:t>Трошки, усміхнулась,&lt;br /&gt;</w:t>
        <w:br/>
        <w:t>Помолилась, та й спать лягла,&lt;br /&gt;</w:t>
        <w:br/>
        <w:t>І тихо заснула.&lt;br /&gt;</w:t>
        <w:br/>
        <w:t>В гаю все покотом лежало —&lt;br /&gt;</w:t>
        <w:br/>
        <w:t>Пляшки і гості: де що впало,&lt;br /&gt;</w:t>
        <w:br/>
        <w:t>Там і осталось. Сам не впав,&lt;br /&gt;</w:t>
        <w:br/>
        <w:t>Остатню каплю допивав&lt;br /&gt;</w:t>
        <w:br/>
        <w:t>Та й ту допив. Встає, не пада,&lt;br /&gt;</w:t>
        <w:br/>
        <w:t>Іде в покої... Скверний гадеї&lt;br /&gt;</w:t>
        <w:br/>
        <w:t>Куди ти лізеш? Схаменись!&lt;br /&gt;</w:t>
        <w:br/>
        <w:t>Не схаменувся. Ключ виймає,&lt;br /&gt;</w:t>
        <w:br/>
        <w:t>Прийшов, і двері одмикає,&lt;br /&gt;</w:t>
        <w:br/>
        <w:t>І лізе до дочки. Прокиньсь!&lt;br /&gt;</w:t>
        <w:br/>
        <w:t>Прокинься, чистая! Схопись,&lt;br /&gt;</w:t>
        <w:br/>
        <w:t>Убий гадюку, покусає!&lt;br /&gt;</w:t>
        <w:br/>
        <w:t>Убий, і бог не покарає!&lt;br /&gt;</w:t>
        <w:br/>
        <w:t>Як тая Ченчіо колись&lt;br /&gt;</w:t>
        <w:br/>
        <w:t>Убила батька кардинала&lt;br /&gt;</w:t>
        <w:br/>
        <w:t>І саваофа не злякалась.&lt;br /&gt;</w:t>
        <w:br/>
        <w:t>Ні, не прокинулася, спить,&lt;br /&gt;</w:t>
        <w:br/>
        <w:t>А бог хоч бачить, та мовчить,&lt;br /&gt;</w:t>
        <w:br/>
        <w:t>Гріхам великим потурає...&lt;br /&gt;</w:t>
        <w:br/>
        <w:t>Не чуть нічого. Час минає.&lt;br /&gt;</w:t>
        <w:br/>
        <w:t>А потім крик, а потім гвалт&lt;br /&gt;</w:t>
        <w:br/>
        <w:t>І плач почули із палат...&lt;br /&gt;</w:t>
        <w:br/>
        <w:t>Почули сови. Потім знову&lt;br /&gt;</w:t>
        <w:br/>
        <w:t>Не чуть нічого. І в той час&lt;br /&gt;</w:t>
        <w:br/>
        <w:t>Скирти і клуня зайнялась,&lt;br /&gt;</w:t>
        <w:br/>
        <w:t>І зорі зникли. Хоч би слово,&lt;br /&gt;</w:t>
        <w:br/>
        <w:t>Хоч би де голос обізвавсь.&lt;br /&gt;</w:t>
        <w:br/>
        <w:t>Пани в гаю не ворушились,&lt;br /&gt;</w:t>
        <w:br/>
        <w:t>А люди збіглись та дивились,&lt;br /&gt;</w:t>
        <w:br/>
        <w:t>Як дим до неба підіймавсь...</w:t>
      </w:r>
    </w:p>
    <w:p>
      <w:r>
        <w:br/>
        <w:t>Прокинулись вранці гості,&lt;br /&gt;</w:t>
        <w:br/>
        <w:t>Аж бачать, що лихо, —&lt;br /&gt;</w:t>
        <w:br/>
        <w:t>Покинули свого князя,&lt;br /&gt;</w:t>
        <w:br/>
        <w:t>Та любо та тихо...&lt;br /&gt;</w:t>
        <w:br/>
        <w:t>Так і ми його покинем,&lt;br /&gt;</w:t>
        <w:br/>
        <w:t>Так і бог покине.&lt;br /&gt;</w:t>
        <w:br/>
        <w:t>Тебе тільки не покине&lt;br /&gt;</w:t>
        <w:br/>
        <w:t>Лихая година —&lt;br /&gt;</w:t>
        <w:br/>
        <w:t>Княжно моя безсталанна,&lt;br /&gt;</w:t>
        <w:br/>
        <w:t>Знівечений цвіте.&lt;br /&gt;</w:t>
        <w:br/>
        <w:t>Ти ще будеш покутувать&lt;br /&gt;</w:t>
        <w:br/>
        <w:t>Гріхи на сім світі,&lt;br /&gt;</w:t>
        <w:br/>
        <w:t>Гріхи батькові. О доле!&lt;br /&gt;</w:t>
        <w:br/>
        <w:t>Лукавая доле!&lt;br /&gt;</w:t>
        <w:br/>
        <w:t>Покинь її хоть на старість,&lt;br /&gt;</w:t>
        <w:br/>
        <w:t>Хоть на чужім полі&lt;br /&gt;</w:t>
        <w:br/>
        <w:t>На безлюдді. Не покинеш,&lt;br /&gt;</w:t>
        <w:br/>
        <w:t>Поведеш до краю,&lt;br /&gt;</w:t>
        <w:br/>
        <w:t>До самої домовини,&lt;br /&gt;</w:t>
        <w:br/>
        <w:t>Сама й поховаєш.</w:t>
      </w:r>
    </w:p>
    <w:p>
      <w:r>
        <w:br/>
        <w:t>В селі не бачили й не чули,&lt;br /&gt;</w:t>
        <w:br/>
        <w:t>Де вона поділась.&lt;br /&gt;</w:t>
        <w:br/>
        <w:t>Думали, на пожарищі&lt;br /&gt;</w:t>
        <w:br/>
        <w:t>Небога згоріла.</w:t>
      </w:r>
    </w:p>
    <w:p>
      <w:r>
        <w:br/>
        <w:t>Стоїть село. Невесело&lt;br /&gt;</w:t>
        <w:br/>
        <w:t>На горі палати&lt;br /&gt;</w:t>
        <w:br/>
        <w:t>Почорніли. Князь хиріє,&lt;br /&gt;</w:t>
        <w:br/>
        <w:t>Не здужає встати,&lt;br /&gt;</w:t>
        <w:br/>
        <w:t>А підвести нема кому,&lt;br /&gt;</w:t>
        <w:br/>
        <w:t>Ніхто й не загляне&lt;br /&gt;</w:t>
        <w:br/>
        <w:t>До грішного болящого&lt;br /&gt;</w:t>
        <w:br/>
        <w:t>В будинки погані.&lt;br /&gt;</w:t>
        <w:br/>
        <w:t>Люди трохи очуняли,&lt;br /&gt;</w:t>
        <w:br/>
        <w:t>Господа благають,&lt;br /&gt;</w:t>
        <w:br/>
        <w:t>Щоб княжна до їх вернулась.&lt;br /&gt;</w:t>
        <w:br/>
        <w:t>А її немає&lt;br /&gt;</w:t>
        <w:br/>
        <w:t>І не буде вже, святої..&lt;br /&gt;</w:t>
        <w:br/>
        <w:t>Де ж вона поділась?&lt;br /&gt;</w:t>
        <w:br/>
        <w:t>У Києві пресвятому&lt;br /&gt;</w:t>
        <w:br/>
        <w:t>В черниці постриглась.</w:t>
      </w:r>
    </w:p>
    <w:p>
      <w:r>
        <w:br/>
        <w:t>Родилась на світ жить, любить,&lt;br /&gt;</w:t>
        <w:br/>
        <w:t>Сіять господньою красою,&lt;br /&gt;</w:t>
        <w:br/>
        <w:t>Витать над грішними святою&lt;br /&gt;</w:t>
        <w:br/>
        <w:t>І всякому добро творить,&lt;br /&gt;</w:t>
        <w:br/>
        <w:t>А сталось ось як. У черницях&lt;br /&gt;</w:t>
        <w:br/>
        <w:t>Занапастилося добро...</w:t>
      </w:r>
    </w:p>
    <w:p>
      <w:r>
        <w:br/>
        <w:t>Блукаючи по Україні,&lt;br /&gt;</w:t>
        <w:br/>
        <w:t>Прибивсь якось і в Чигирин&lt;br /&gt;</w:t>
        <w:br/>
        <w:t>І в монастир отой дівочий,&lt;br /&gt;</w:t>
        <w:br/>
        <w:t>Що за пісками на болоті&lt;br /&gt;</w:t>
        <w:br/>
        <w:t>У лозах самотний стоїть.&lt;br /&gt;</w:t>
        <w:br/>
        <w:t>Отам мені і розказала&lt;br /&gt;</w:t>
        <w:br/>
        <w:t>Стара черниця новину,&lt;br /&gt;</w:t>
        <w:br/>
        <w:t>Що в монастир до їх зайшла&lt;br /&gt;</w:t>
        <w:br/>
        <w:t>Княжна якась із-за Дніпра&lt;br /&gt;</w:t>
        <w:br/>
        <w:t>Позаторік. Одпочивала&lt;br /&gt;</w:t>
        <w:br/>
        <w:t>Та й богу душу оддала...&lt;br /&gt;</w:t>
        <w:br/>
        <w:t>— Вона була ще молодою&lt;br /&gt;</w:t>
        <w:br/>
        <w:t>І прехорошая собою.&lt;br /&gt;</w:t>
        <w:br/>
        <w:t>На сонці дуже запеклась,&lt;br /&gt;</w:t>
        <w:br/>
        <w:t>Та й занедужала. Лежала&lt;br /&gt;</w:t>
        <w:br/>
        <w:t>Недовго щось, седмиці з три.&lt;br /&gt;</w:t>
        <w:br/>
        <w:t>І все до крихти розказала...&lt;br /&gt;</w:t>
        <w:br/>
        <w:t>Мені і Ксенії сестрі.&lt;br /&gt;</w:t>
        <w:br/>
        <w:t>І вмерла в нас. І де ходила,&lt;br /&gt;</w:t>
        <w:br/>
        <w:t>В яких-то праведних містах,&lt;br /&gt;</w:t>
        <w:br/>
        <w:t>А в .нас, сердешна, опочила.&lt;br /&gt;</w:t>
        <w:br/>
        <w:t>Оце її свята могила...&lt;br /&gt;</w:t>
        <w:br/>
        <w:t>Ще не поставили хреста.</w:t>
      </w:r>
    </w:p>
    <w:p>
      <w:r>
        <w:br/>
        <w:t>[Орська кріпость 1847] — [Нижній Новгород] 1858 лютий 24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Княжна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