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Коштовності</w:t>
      </w:r>
    </w:p>
    <w:p>
      <w:r>
        <w:br/>
        <w:t xml:space="preserve"> &lt;p&gt;Пан Лантен зустрів цю молоду дівчину на вечірці у помічника свого начальника відділу, і кохання обплутало його, мов тенета.</w:t>
      </w:r>
    </w:p>
    <w:p>
      <w:r>
        <w:br/>
        <w:t>Батько її, провінціальний збирач податків, помер кілька років тому. Вона переїхала до Парижа разом з матір'ю, яка познайомилась тут з кількома буржуазними родинами свого кварталу, сподіваючись знайти партію для молодої дівчини. Вони були бідні, але порядні, спокійні й лагідні люди. Дочка здавалася тим довершеним зразком чесної дівчини, якій кожний розсудливий молодий чоловік мріє вручити своє життя, її скромна краса мала принадність ангельської чистоти і невловима посмішка, що ніколи не сходила з уст, здавалась відблиском її душі.</w:t>
      </w:r>
    </w:p>
    <w:p>
      <w:r>
        <w:br/>
        <w:t>Всі були нею захоплені, всі, хто знав її, без упину повторювали:</w:t>
      </w:r>
    </w:p>
    <w:p>
      <w:r>
        <w:br/>
        <w:t>— Щасливий буде той, хто одружиться з нею. Кращої дружини не знайдеш.</w:t>
      </w:r>
    </w:p>
    <w:p>
      <w:r>
        <w:br/>
        <w:t>Пан Лантен, який служив тоді столоначальником у міністерстві внутрішніх справ з річним окладом у три тисячі п'ятсот франків, освідчився і одружився з нею.</w:t>
      </w:r>
    </w:p>
    <w:p>
      <w:r>
        <w:br/>
        <w:t>Він був з нею невимовно щасливий. Вона вела господарство з такою майстерною ощадливістю, що вони жили майже розкішно. Якими тільки турботами, ніжністю, пестощами не обдаровувала вона чоловіка; вона була така чарівна, що після шести років подружнього життя він кохав її ще більше, ніж у перші дні.</w:t>
      </w:r>
    </w:p>
    <w:p>
      <w:r>
        <w:br/>
        <w:t>Він не схвалював у ній тільки пристрасті до театру і фальшивих коштовностей.</w:t>
      </w:r>
    </w:p>
    <w:p>
      <w:r>
        <w:br/>
        <w:t>Її приятельки (вона була знайома з дружинами кількох скромних чиновників) раз у раз діставали їй ложі на модні вистави і навіть на прем'єри: і чоловік хоч-не-хоч тягнувся з нею, хоч ці розваги страшенно втомлювали його після трудового дня. Він просив її їздити в театр з якою-небудь знайомою дамою, що могла б проводити її потім додому. Вона довго не погоджувалась, вважаючи це не зовсім пристойним. Нарешті, поступилася, йому на догоду, і він був їй за це безмежно вдячний.</w:t>
      </w:r>
    </w:p>
    <w:p>
      <w:r>
        <w:br/>
        <w:t>Але пристрасть до театру скоро викликала в ній потребу прикрашати себе. Одягалась вона, правда, завжди з смаком, але дуже просто, скромно, і здавалось, що її тиха принадна чарівність, невимушена чарівність, яка вся світилася посмішкою, набувала в простому вбранні якоїсь особливої пікантності. Але вона засвоїла звичку одягати великі сережки з фальшивими діамантами і носила фальшиві перли, браслети з низькопробного золота, гребінці, оздоблені різнокольоровими скельцями, що правили за дорогоцінні камені.</w:t>
      </w:r>
    </w:p>
    <w:p>
      <w:r>
        <w:br/>
        <w:t>Чоловікові була неприємна ця пристрасть до мішури, і він часто говорив їй:</w:t>
      </w:r>
    </w:p>
    <w:p>
      <w:r>
        <w:br/>
        <w:t>— Люба моя, у кого немає можливості купувати справжні коштовності, для того краса і грація повинні бути єдиною прикрасою; це справді найрідкісніші скарби.</w:t>
      </w:r>
    </w:p>
    <w:p>
      <w:r>
        <w:br/>
        <w:t>Але вона тихенько посміхалась і повторювала:</w:t>
      </w:r>
    </w:p>
    <w:p>
      <w:r>
        <w:br/>
        <w:t>— Що вдієш? Мені це подобається. Це моя пристрасть. Я чудово розумію, що ти правий, але себе не переробиш. А я так люблю коштовності!</w:t>
      </w:r>
    </w:p>
    <w:p>
      <w:r>
        <w:br/>
        <w:t>І, перебираючи перлини, милуючись блиском і переливами гранчастих камінців, вона казала:</w:t>
      </w:r>
    </w:p>
    <w:p>
      <w:r>
        <w:br/>
        <w:t>— Ти поглянь, як вони чудово зроблені. Зовсім як справжні.</w:t>
      </w:r>
    </w:p>
    <w:p>
      <w:r>
        <w:br/>
        <w:t>Він посміхався.</w:t>
      </w:r>
    </w:p>
    <w:p>
      <w:r>
        <w:br/>
        <w:t>— У тебе циганський смак.</w:t>
      </w:r>
    </w:p>
    <w:p>
      <w:r>
        <w:br/>
        <w:t>Бувало, коли вони проводили вечори вдвох, вона ставила на чайний стіл сап'янову шкатулку з своїми "витребеньками", як називав їх пан Лантен, і починала розглядати фальшиві коштовності з такою пристрасною увагою, наче відчувала глибоку й таємну насолоду. При цьому вона незмінне одягала на чоловіка яке-небудь кольє і від щирого серця сміялась, вигукуючи: "Який же ти кумедний!", а потім кидалась йому на шию і палко цілувала його.</w:t>
      </w:r>
    </w:p>
    <w:p>
      <w:r>
        <w:br/>
        <w:t>Якось узимку, повертаючись з опери, вона дуже перемерзла. На другий день у неї почався кашель. Через тиждень вона померла від запалення легенів.</w:t>
      </w:r>
    </w:p>
    <w:p>
      <w:r>
        <w:br/>
        <w:t>Лантен мало сам не пішов за нею в могилу. Його розпач був такий жахливий, що він посивів за один місяць. Він плакав з ранку до вечора, серце йому краялось від нестерпної муки; голос, посмішка, вся принадність покійниці невідступне стояли в його уяві.</w:t>
      </w:r>
    </w:p>
    <w:p>
      <w:r>
        <w:br/>
        <w:t>Час не заспокоїв його горя. Навіть на службі, коли чиновники збирались разом поговорити про новини, щоки його раптом надимались, ніс морщився, очі наповнювались слізьми, обличчя скривлювалось, — і він починав ридати.</w:t>
      </w:r>
    </w:p>
    <w:p>
      <w:r>
        <w:br/>
        <w:t>Він зберіг недоторканною спальню своєї подруги і щодня замикався там, щоб думати про неї. Все в кімнаті — меблі і навіть сукні — лишались на тому ж місці, де вони були в останній день її життя.</w:t>
      </w:r>
    </w:p>
    <w:p>
      <w:r>
        <w:br/>
        <w:t>Але жити йому стало важко. В жінчиних руках його платні цілком вистачало на всі господарчі потреби, а тепер її не вистачало для нього самого. Він не міг зрозуміти, як вона умудрялася завжди подавати йому чудове вино і тонкі страви, яких тепер, на свої скромні кошти, він уже не міг собі дозволити.</w:t>
      </w:r>
    </w:p>
    <w:p>
      <w:r>
        <w:br/>
        <w:t>Він почав робити борги і бігав, шукаючи грошей, як людина, доведена до скрути. Нарешті, лишившись одного разу без копійки за цілий тиждень до кінця місяця, він вирішив щось продати, і зараз же йому спало на думку позбутися жінчиних "витребеньок", бо в глибині душі він зберіг неприязне почуття до цієї "бутафорії", яка колись так дратувала його. Ці речі, які щодня потрапляли йому на очі, навіть трохи затьмарювали спогад про кохану жінку.</w:t>
      </w:r>
    </w:p>
    <w:p>
      <w:r>
        <w:br/>
        <w:t>Він довго розбирав купу мішури, що лишилась після неї, тому що до останніх днів свого життя вона вперто продовжувала купувати блискучі дрібнички і майже щовечора приносила додому щось нове. Нарешті, він вибрав довге кольє, що його вона, як видно, найбільше любила; він вважав, що може одержати за нього шість-вісім франків, бо, справді, для фальшивого воно було зроблено дуже майстерно.</w:t>
      </w:r>
    </w:p>
    <w:p>
      <w:r>
        <w:br/>
        <w:t>Він поклав кольє у кишеню і пішов бульварами у міністерство, розшукуючи по дорозі якийсь солідний ювелірний магазин.</w:t>
      </w:r>
    </w:p>
    <w:p>
      <w:r>
        <w:br/>
        <w:t>Нарешті він побачив потрібний магазин і ввійшов, трохи соромлячись виставляти напоказ свою бідність, продаючи таку малоцінну річ.</w:t>
      </w:r>
    </w:p>
    <w:p>
      <w:r>
        <w:br/>
        <w:t>— Пане, — звернувся він до ювеліра, — мені хотілося б знати, скільки це, на вашу думку, коштує?</w:t>
      </w:r>
    </w:p>
    <w:p>
      <w:r>
        <w:br/>
        <w:t>Ювелір взяв кольє, оглянув його з усіх боків, зважив у руці, подивився ще раз через лупу, покликав прикажчика, щось тихо сказав йому, поклав його назад на прилавок і подивився на нього здалеку, щоб краще судити про ефект.</w:t>
      </w:r>
    </w:p>
    <w:p>
      <w:r>
        <w:br/>
        <w:t>Пан Лантен, збентежений такою довгою процедурою, вже відкрив було рота, щоб промовити: "Ну, та я добре знаю, що воно зовсім нічого не варте" — як раптом ювелір сказав:</w:t>
      </w:r>
    </w:p>
    <w:p>
      <w:r>
        <w:br/>
        <w:t>— Це кольє, пане, коштує від дванадцяти до п'ятнадцяти тисяч франків; але я куплю його тільки в тому разі, коли ви точно вкажете, яким чином воно вам дісталося.</w:t>
      </w:r>
    </w:p>
    <w:p>
      <w:r>
        <w:br/>
        <w:t>Удівець витріщив очі та так і скам'янів на місці з роззявленим ротом, нічого не розуміючи. Нарешті він пробурмотів:</w:t>
      </w:r>
    </w:p>
    <w:p>
      <w:r>
        <w:br/>
        <w:t>— Що ви кажете?.. Ви певні?..</w:t>
      </w:r>
    </w:p>
    <w:p>
      <w:r>
        <w:br/>
        <w:t>Ювелір по-своєму зрозумів його здивування і сухо відповів:</w:t>
      </w:r>
    </w:p>
    <w:p>
      <w:r>
        <w:br/>
        <w:t>— Зверніться ще куди-небудь, може, в іншому місці вам дадуть дорожче. По-моєму, воно коштує, щонайбільше, п'ятнадцять тисяч. Коли не знайдете нічого вигіднішого, приходьте до мене.</w:t>
      </w:r>
    </w:p>
    <w:p>
      <w:r>
        <w:br/>
        <w:t>Приголомшений пан Лантен забрав своє кольє і поспішив вийти, підкоряючись невиразному бажанню обдумати все на самоті.</w:t>
      </w:r>
    </w:p>
    <w:p>
      <w:r>
        <w:br/>
        <w:t>Але на вулиці він не зміг стриматись від сміху: "Ох, і бовдур! Спіймати б його на слові! От так ювелір: не може відрізнити підробку від справжнього!"</w:t>
      </w:r>
    </w:p>
    <w:p>
      <w:r>
        <w:br/>
        <w:t>І він пішов у другий магазин, на розі вулиці Миру. Як тільки ювелір побачив коштовність, він вигукнув:</w:t>
      </w:r>
    </w:p>
    <w:p>
      <w:r>
        <w:br/>
        <w:t>— А, я чудово знаю це кольє, воно у мене куплене.</w:t>
      </w:r>
    </w:p>
    <w:p>
      <w:r>
        <w:br/>
        <w:t>Надзвичайно схвильований, пан Лантен спитав:</w:t>
      </w:r>
    </w:p>
    <w:p>
      <w:r>
        <w:br/>
        <w:t>— Яка йому ціна?</w:t>
      </w:r>
    </w:p>
    <w:p>
      <w:r>
        <w:br/>
        <w:t>— Я продав його за двадцять п'ять тисяч. Можу вам дати за нього вісімнадцять, але за законом належить, щоб ви спочатку вказали, як воно стало вашою власністю.</w:t>
      </w:r>
    </w:p>
    <w:p>
      <w:r>
        <w:br/>
        <w:t>Пан Лантен навіть сів, у нього ноги підломилися від здивовання.</w:t>
      </w:r>
    </w:p>
    <w:p>
      <w:r>
        <w:br/>
        <w:t>— Так... але... все-таки огляньте його уважніше, пане, я завжди був певен, що кольє... фальшиве.</w:t>
      </w:r>
    </w:p>
    <w:p>
      <w:r>
        <w:br/>
        <w:t>— Будьте ласкаві назвати ваше прізвище, — сказав ювелір.</w:t>
      </w:r>
    </w:p>
    <w:p>
      <w:r>
        <w:br/>
        <w:t>— Прошу. Моє прізвище Лантен, я служу в міністерстві внутрішніх справ, живу на вулиці Мучеників, дім шістнадцять.</w:t>
      </w:r>
    </w:p>
    <w:p>
      <w:r>
        <w:br/>
        <w:t>Ювелір розгорнув книги, відшукав у них щось і сказав:</w:t>
      </w:r>
    </w:p>
    <w:p>
      <w:r>
        <w:br/>
        <w:t>— Це кольє, справді, було послано пані Лантен, вулиця Мучеників, дім шістнадцять, двадцятого липня тисяча вісімсот сімдесят шостого року.</w:t>
      </w:r>
    </w:p>
    <w:p>
      <w:r>
        <w:br/>
        <w:t>Обидва подивились пильно у вічі один одному — чиновник — не тямлячи себе від здивування, ювелір — підозріваючи в ньому злодія.</w:t>
      </w:r>
    </w:p>
    <w:p>
      <w:r>
        <w:br/>
        <w:t>Ювелір продовжував:</w:t>
      </w:r>
    </w:p>
    <w:p>
      <w:r>
        <w:br/>
        <w:t>— Ви можете лишити мені кольє на одну добу? Я видам вам розписку.</w:t>
      </w:r>
    </w:p>
    <w:p>
      <w:r>
        <w:br/>
        <w:t>— Так, звичайно, — промимрив пан Лантен і вийшов, засунувши в кишеню згорнену квитанцію.</w:t>
      </w:r>
    </w:p>
    <w:p>
      <w:r>
        <w:br/>
        <w:t>Він перетнув вулицю, попрямував в один бік, помітив, що помилився дорогою, повернув до Тюїльрі, перейшов Сену, зрозумів, що знову йде не туди, і повернувся до Єчісейських полів, йдучи без будь-якої певної думки. Він силкувався обдумати, зрозуміти, в чому тут справа, його дружина не мала можливості придбати таку. дорогу річ. Безумовно, ні. Тоді, значить, це подарунок! Подарунок! Від кого? За що?</w:t>
      </w:r>
    </w:p>
    <w:p>
      <w:r>
        <w:br/>
        <w:t>Він зупинився посеред вулиці, мов укопаний. Жахлива підозра ворухнулась у ньому: "Невже вона?.."</w:t>
      </w:r>
    </w:p>
    <w:p>
      <w:r>
        <w:br/>
        <w:t>Значить, і решта коштовностей теж подарунки! Йому здалось, що земля хитається, що дерево, яке стояло перед ним, падає; він простяг руку і впав непритомний.</w:t>
      </w:r>
    </w:p>
    <w:p>
      <w:r>
        <w:br/>
        <w:t>Він прийшов до пам'яті в аптеці, куди його занесли перехожі. Його провели додому, і він замкнувся у себе.</w:t>
      </w:r>
    </w:p>
    <w:p>
      <w:r>
        <w:br/>
        <w:t>До самої ночі він нестримно ридав, кусаючи хусточку, щоб не кричати. Потім, знесилений втомою і горем, ліг і заснув важким сном.</w:t>
      </w:r>
    </w:p>
    <w:p>
      <w:r>
        <w:br/>
        <w:t>Сонце розбудило його, він повільно встав, треба було йти в міністерство. Але після пережитого потрясіння працювати було важко. Він вирішив, що не піде на службу, і послав своєму начальникові записку. Потім згадав, що йому треба побувати в ювеліра, і почервонів від сорому. Він довго вагався. Проте не міг же він залишити кольє в магазині; він одягся і вийшов.</w:t>
      </w:r>
    </w:p>
    <w:p>
      <w:r>
        <w:br/>
        <w:t>Погода була чудова, синє небо розстелилось над усміхненим містом. Люди, засунувши руки в кишені, прогулювались по вулицях.</w:t>
      </w:r>
    </w:p>
    <w:p>
      <w:r>
        <w:br/>
        <w:t>Дивлячись на них, Лантен думав: "Які щасливі багаті люди! З грішми можна розвіяти навіть журбу; їдь собі, куди хочеш, подорожуй, розважайся! Ах, коли б я був багатим!"</w:t>
      </w:r>
    </w:p>
    <w:p>
      <w:r>
        <w:br/>
        <w:t>Він раптом відчув голод, бо нічого не їв з учорашнього дня. Але в кишені у нього було порожньо, і він знову згадав про кольє. Вісімнадцять тисяч! Вісімнадцять тисяч! Чимала сума!</w:t>
      </w:r>
    </w:p>
    <w:p>
      <w:r>
        <w:br/>
        <w:t>Він попрямував до вулиці Миру і почав ходити туди й сюди тротуаром, напроти магазина. Вісімнадцять тисяч франків! Двадцять разів він поривався зайти, і щоразу сором спиняв його.</w:t>
      </w:r>
    </w:p>
    <w:p>
      <w:r>
        <w:br/>
        <w:t>Але йому страшенно хотілось їсти, а в нього не було жодного су. Раптом він наважився, і щоб не дати собі часу передумати, перебіг вулицю і швидко увійшов у магазин.</w:t>
      </w:r>
    </w:p>
    <w:p>
      <w:r>
        <w:br/>
        <w:t>Побачивши його, хазяїн заметушився, ввічливо посміхаючись, подав стілець. Підійшли й прикажчики і, ховаючи посмішки, скоса весело поглядали на Лантена.</w:t>
      </w:r>
    </w:p>
    <w:p>
      <w:r>
        <w:br/>
        <w:t>— Я зібрав відомості, пане, — сказав ювелір, — і якщо ви не змінили наміру, я можу заплатити запропоновану мною суму.</w:t>
      </w:r>
    </w:p>
    <w:p>
      <w:r>
        <w:br/>
        <w:t>— Так, будь ласка, — пробурмотів чиновник. Ювелір витяг із скриньки вісімнадцять великих асигнацій, перелічив їх і вручив Лантену. Той підписався на квитанції і тремтячою рукою засунув гроші в кишеню.</w:t>
      </w:r>
    </w:p>
    <w:p>
      <w:r>
        <w:br/>
        <w:t>Потім, збираючись уже виходити, він обернувся до ювеліра, який усе ще посміхався, і сказав, опустивши очі:</w:t>
      </w:r>
    </w:p>
    <w:p>
      <w:r>
        <w:br/>
        <w:t>— У мене... лишились; ще коштовності... теж у спадщину... Може, ви і їх купите?</w:t>
      </w:r>
    </w:p>
    <w:p>
      <w:r>
        <w:br/>
        <w:t>— Звичайно, пане, — кланяючись, відповів ювелір. Один прикажчик утік, щоб не зареготати, другий почав голосно сякатися.</w:t>
      </w:r>
    </w:p>
    <w:p>
      <w:r>
        <w:br/>
        <w:t>Лантен, весь червоний, спокійно і поважно заявив:</w:t>
      </w:r>
    </w:p>
    <w:p>
      <w:r>
        <w:br/>
        <w:t>— Зараз я їх привезу.</w:t>
      </w:r>
    </w:p>
    <w:p>
      <w:r>
        <w:br/>
        <w:t>Він найняв фіакр і поїхав за коштовностями. Через годину він повернувся, так і не поснідавши. Вони почали перебирати коштовності, оцінюючи кожну зокрема. Майже всі були придбані в цьому магазині.</w:t>
      </w:r>
    </w:p>
    <w:p>
      <w:r>
        <w:br/>
        <w:t>Тепер Лантен сперечався про ціни, гнівався, вимагав, щоб йому показали торгові книги, і в міру зростання суми все більше підвищував голос.</w:t>
      </w:r>
    </w:p>
    <w:p>
      <w:r>
        <w:br/>
        <w:t>Сережки з великими діамантами були оцінені в двадцять п'ять тисяч франків, браслети — в тридцять п'ять, брошки, персні й медальйони — в шістнадцять тисяч; убір з сапфірів та ізумрудів — у чотирнадцять тисяч, солітер на золотому ланцюжку у вигляді кольє — в сорок тисяч; все разом коштувало сто дев'яносто шість тисяч франків.</w:t>
      </w:r>
    </w:p>
    <w:p>
      <w:r>
        <w:br/>
        <w:t>— Видно, особа, якій це належало, вкладала всі свої заощадження в коштовності, — добродушно підсміювався ювелір.</w:t>
      </w:r>
    </w:p>
    <w:p>
      <w:r>
        <w:br/>
        <w:t>— Такий спосіб вміщення грошей нітрохи не гірший від усякого іншого, — поважно відповів Лантен.</w:t>
      </w:r>
    </w:p>
    <w:p>
      <w:r>
        <w:br/>
        <w:t>Домовившись з ювеліром, що остаточна експертиза призначається на наступний день, він пішов.</w:t>
      </w:r>
    </w:p>
    <w:p>
      <w:r>
        <w:br/>
        <w:t>На вулиці він побачив Вандомську колону, і йому захотів лось вилізти на неї, як на призову вишку. Він відчував у собі таку легкість, що здатний був зіграти в чехарду з статуєю Імператора, яка маячила високо на небі.</w:t>
      </w:r>
    </w:p>
    <w:p>
      <w:r>
        <w:br/>
        <w:t>Снідати він пішов до Вуазена і пив вино по двадцять франків за пляшку.</w:t>
      </w:r>
    </w:p>
    <w:p>
      <w:r>
        <w:br/>
        <w:t>Потім він найняв фіакр і прокатався Булонським лісом. Він оглядав зустрічні екіпажі з деяким презирством, насилу стримуючись, щоб не вигукнути: "Я теж багатий! У мене двісті тисяч франків".</w:t>
      </w:r>
    </w:p>
    <w:p>
      <w:r>
        <w:br/>
        <w:t>Згадавши про міністерство, він поїхав туди, розв'язне зайшов до начальника і заявив:</w:t>
      </w:r>
    </w:p>
    <w:p>
      <w:r>
        <w:br/>
        <w:t>— Шановний пане, я подаю у відставку. Я одержав спадщину в триста тисяч франків.</w:t>
      </w:r>
    </w:p>
    <w:p>
      <w:r>
        <w:br/>
        <w:t>Він попрощався з колишніми співробітниками і поділився з ними своїми планами на майбутнє; потім пообідав в Англійському кафе.</w:t>
      </w:r>
    </w:p>
    <w:p>
      <w:r>
        <w:br/>
        <w:t>Сидячи поруч з якимсь паном, що здався йому цілком порядним, він не зміг подолати спокусу і повідомив, з деякою манірністю, що одержав спадщину в чотириста тисяч франків.</w:t>
      </w:r>
    </w:p>
    <w:p>
      <w:r>
        <w:br/>
        <w:t>Уперше в житті йому не було нудно в театрі, а ніч він провів з повіями.</w:t>
      </w:r>
    </w:p>
    <w:p>
      <w:r>
        <w:br/>
        <w:t>Через півроку він одружився, його друга жінка була цілком порядною, але вдача у неї була важка. Вона добре-таки помучила його.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Коштовності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